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30 BÀI TẬP ĐẾM SỐ NÂNG CAO TRONG PHẠM VI 10 LỚP 1</w:t>
      </w:r>
    </w:p>
    <w:p>
      <w:pPr>
        <w:jc w:val="center"/>
      </w:pPr>
      <w:r>
        <w:rPr>
          <w:i/>
        </w:rPr>
        <w:t>Đếm tiến - đếm lùi - đếm cách - số bị che - vị trí trong dãy</w:t>
      </w:r>
    </w:p>
    <w:p>
      <w:pPr>
        <w:jc w:val="center"/>
      </w:pPr>
      <w:r>
        <w:t>ToanCap1.com - Toán tiểu học</w:t>
      </w:r>
    </w:p>
    <w:p>
      <w:r>
        <w:t>Học sinh nên tự làm trước, sau đó mới xem đáp án. Với dãy số, hãy nói rõ quy luật tăng hoặc giảm bao nhiêu mỗi bước.</w:t>
      </w:r>
    </w:p>
    <w:p>
      <w:pPr>
        <w:pStyle w:val="Heading1"/>
      </w:pPr>
      <w:r>
        <w:t>Phần 1. Đếm tiến, đếm lùi và dãy số</w:t>
      </w:r>
    </w:p>
    <w:p>
      <w:pPr>
        <w:spacing w:after="80"/>
      </w:pPr>
      <w:r>
        <w:rPr>
          <w:b/>
        </w:rPr>
        <w:t xml:space="preserve">Câu 1. </w:t>
      </w:r>
      <w:r>
        <w:t>Đếm tiếp: 3, 4, 5, __, __.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2. </w:t>
      </w:r>
      <w:r>
        <w:t>Đếm lùi: 9, 8, 7, __, __.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3. </w:t>
      </w:r>
      <w:r>
        <w:t>Điền số: 2, 4, 6, __, 10.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4. </w:t>
      </w:r>
      <w:r>
        <w:t>Điền số: 1, 3, 5, __, 9.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5. </w:t>
      </w:r>
      <w:r>
        <w:t>Bắt đầu từ 5, đếm thêm 3 bước. Dừng ở số nào?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6. </w:t>
      </w:r>
      <w:r>
        <w:t>Bắt đầu từ 8, đếm lùi 4 bước. Dừng ở số nào?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7. </w:t>
      </w:r>
      <w:r>
        <w:t>Trong dãy 2, 4, 6, 8, 10, số thứ 4 là số nào?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8. </w:t>
      </w:r>
      <w:r>
        <w:t>Trong dãy 1, 3, 5, 7, 9, số thứ 3 là số nào?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9. </w:t>
      </w:r>
      <w:r>
        <w:t>Có 10 chấm, nhìn thấy 6 chấm. Có bao nhiêu chấm bị che?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10. </w:t>
      </w:r>
      <w:r>
        <w:t>Có 9 viên bi, 4 viên ở ngoài hộp. Trong hộp có bao nhiêu viên?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2. Điền số và vị trí</w:t>
      </w:r>
    </w:p>
    <w:p>
      <w:pPr>
        <w:spacing w:after="80"/>
      </w:pPr>
      <w:r>
        <w:rPr>
          <w:b/>
        </w:rPr>
        <w:t xml:space="preserve">Câu 11. </w:t>
      </w:r>
      <w:r>
        <w:t>Dãy 4, 5, __, 7, 8. Điền số.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12. </w:t>
      </w:r>
      <w:r>
        <w:t>Dãy 10, 9, __, 7, 6. Điền số.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13. </w:t>
      </w:r>
      <w:r>
        <w:t>Điền hai số: 2, __, 6, __, 10.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14. </w:t>
      </w:r>
      <w:r>
        <w:t>Điền hai số: 9, __, 5, __, 1.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15. </w:t>
      </w:r>
      <w:r>
        <w:t>Số liền sau của 7 là số nào?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16. </w:t>
      </w:r>
      <w:r>
        <w:t>Số liền trước của 6 là số nào?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17. </w:t>
      </w:r>
      <w:r>
        <w:t>Số nào đứng giữa 4 và 6?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18. </w:t>
      </w:r>
      <w:r>
        <w:t>Số nào lớn hơn 7 nhưng bé hơn 9?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19. </w:t>
      </w:r>
      <w:r>
        <w:t>Từ 1 đến 10 có bao nhiêu số?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20. </w:t>
      </w:r>
      <w:r>
        <w:t>Từ 3 đến 8 có bao nhiêu số nếu tính cả 3 và 8?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3. Vận dụng</w:t>
      </w:r>
    </w:p>
    <w:p>
      <w:pPr>
        <w:spacing w:after="80"/>
      </w:pPr>
      <w:r>
        <w:rPr>
          <w:b/>
        </w:rPr>
        <w:t xml:space="preserve">Câu 21. </w:t>
      </w:r>
      <w:r>
        <w:t>Có 8 con cá, thêm 2 con. Có tất cả bao nhiêu con?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22. </w:t>
      </w:r>
      <w:r>
        <w:t>Có 10 quả bóng, bớt 3 quả. Còn bao nhiêu quả?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23. </w:t>
      </w:r>
      <w:r>
        <w:t>Lan đếm 2, 4, 6, 8. Lan đang đếm cách mấy?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24. </w:t>
      </w:r>
      <w:r>
        <w:t>Minh đếm 10, 8, 6, 4. Minh đang đếm lùi cách mấy?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25. </w:t>
      </w:r>
      <w:r>
        <w:t>Điền số thích hợp: 3 &lt; __ &lt; 5.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26. </w:t>
      </w:r>
      <w:r>
        <w:t>Điền số thích hợp: 8 &gt; __ &gt; 6.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27. </w:t>
      </w:r>
      <w:r>
        <w:t>Trong các số 2, 5, 7, 9, số bé nhất là số nào?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28. </w:t>
      </w:r>
      <w:r>
        <w:t>Trong các số 1, 4, 6, 10, số lớn nhất là số nào?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29. </w:t>
      </w:r>
      <w:r>
        <w:t>Một hàng có 7 bạn, thêm 1 bạn đứng cuối. Bạn cuối cùng mang số thứ tự mấy?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30. </w:t>
      </w:r>
      <w:r>
        <w:t>Có 10 ô, đã tô 7 ô. Còn bao nhiêu ô chưa tô?</w:t>
      </w:r>
    </w:p>
    <w:p>
      <w:pPr>
        <w:ind w:left="283"/>
      </w:pPr>
      <w:r>
        <w:t>Đáp số: ........................................................</w:t>
      </w:r>
    </w:p>
    <w:p>
      <w:r>
        <w:br w:type="page"/>
      </w:r>
    </w:p>
    <w:p>
      <w:pPr>
        <w:pStyle w:val="Heading1"/>
      </w:pPr>
      <w:r>
        <w:t>Đáp án - Câu 1 đến 15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47"/>
        <w:gridCol w:w="7937"/>
      </w:tblGrid>
      <w:tr>
        <w:trPr>
          <w:cantSplit/>
        </w:trPr>
        <w:tc>
          <w:tcPr>
            <w:tcW w:type="dxa" w:w="5043"/>
          </w:tcPr>
          <w:p>
            <w:r>
              <w:t>Câu</w:t>
            </w:r>
          </w:p>
        </w:tc>
        <w:tc>
          <w:tcPr>
            <w:tcW w:type="dxa" w:w="5043"/>
          </w:tcPr>
          <w:p>
            <w:r>
              <w:t>Đáp 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6, 7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6, 5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8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7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5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8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6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4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7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8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8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5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9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4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10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5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11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6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12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8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13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4, 8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14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7, 3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15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8</w:t>
            </w:r>
          </w:p>
        </w:tc>
      </w:tr>
    </w:tbl>
    <w:p>
      <w:r>
        <w:br w:type="page"/>
      </w:r>
    </w:p>
    <w:p>
      <w:pPr>
        <w:pStyle w:val="Heading1"/>
      </w:pPr>
      <w:r>
        <w:t>Đáp án - Câu 16 đến 30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47"/>
        <w:gridCol w:w="7937"/>
      </w:tblGrid>
      <w:tr>
        <w:trPr>
          <w:cantSplit/>
        </w:trPr>
        <w:tc>
          <w:tcPr>
            <w:tcW w:type="dxa" w:w="5043"/>
          </w:tcPr>
          <w:p>
            <w:r>
              <w:t>Câu</w:t>
            </w:r>
          </w:p>
        </w:tc>
        <w:tc>
          <w:tcPr>
            <w:tcW w:type="dxa" w:w="5043"/>
          </w:tcPr>
          <w:p>
            <w:r>
              <w:t>Đáp 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16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5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17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5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18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8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19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10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20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6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21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10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22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7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23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24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25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4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26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7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27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28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10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29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8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30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3</w:t>
            </w:r>
          </w:p>
        </w:tc>
      </w:tr>
    </w:tbl>
    <w:sectPr w:rsidR="00FC693F" w:rsidRPr="0006063C" w:rsidSect="00034616">
      <w:pgSz w:w="12240" w:h="15840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