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b/>
        </w:rPr>
        <w:t>50 BÀI TẬP CẤU TẠO SỐ: CHỤC VÀ ĐƠN VỊ LỚP 1</w:t>
      </w:r>
    </w:p>
    <w:p>
      <w:pPr>
        <w:jc w:val="center"/>
      </w:pPr>
      <w:r>
        <w:rPr>
          <w:i/>
        </w:rPr>
        <w:t>Phân tích số - ghép số - điền số - nhận biết chục đơn vị - vận dụng; có đáp án</w:t>
      </w:r>
    </w:p>
    <w:p>
      <w:pPr>
        <w:jc w:val="center"/>
      </w:pPr>
      <w:r>
        <w:t>ToanCap1.com - Toán tiểu học</w:t>
      </w:r>
    </w:p>
    <w:p>
      <w:r>
        <w:t>Mẫu: 34 gồm 3 chục và 4 đơn vị. Khi ghép số, số chục đứng trước số đơn vị. Số tròn chục có 0 đơn vị.</w:t>
      </w:r>
    </w:p>
    <w:p>
      <w:pPr>
        <w:pStyle w:val="Heading1"/>
      </w:pPr>
      <w:r>
        <w:t>Phần 1. Phân tích số</w:t>
      </w:r>
    </w:p>
    <w:p>
      <w:r>
        <w:rPr>
          <w:b/>
        </w:rPr>
        <w:t xml:space="preserve">Câu 1. </w:t>
      </w:r>
      <w:r>
        <w:t>12 = __ chục và __ đơn vị.</w:t>
      </w:r>
    </w:p>
    <w:p>
      <w:pPr>
        <w:ind w:left="283"/>
      </w:pPr>
      <w:r>
        <w:t>Đáp số: ........................................................</w:t>
      </w:r>
    </w:p>
    <w:p>
      <w:r>
        <w:rPr>
          <w:b/>
        </w:rPr>
        <w:t xml:space="preserve">Câu 2. </w:t>
      </w:r>
      <w:r>
        <w:t>18 = __ chục và __ đơn vị.</w:t>
      </w:r>
    </w:p>
    <w:p>
      <w:pPr>
        <w:ind w:left="283"/>
      </w:pPr>
      <w:r>
        <w:t>Đáp số: ........................................................</w:t>
      </w:r>
    </w:p>
    <w:p>
      <w:r>
        <w:rPr>
          <w:b/>
        </w:rPr>
        <w:t xml:space="preserve">Câu 3. </w:t>
      </w:r>
      <w:r>
        <w:t>20 = __ chục và __ đơn vị.</w:t>
      </w:r>
    </w:p>
    <w:p>
      <w:pPr>
        <w:ind w:left="283"/>
      </w:pPr>
      <w:r>
        <w:t>Đáp số: ........................................................</w:t>
      </w:r>
    </w:p>
    <w:p>
      <w:r>
        <w:rPr>
          <w:b/>
        </w:rPr>
        <w:t xml:space="preserve">Câu 4. </w:t>
      </w:r>
      <w:r>
        <w:t>25 = __ chục và __ đơn vị.</w:t>
      </w:r>
    </w:p>
    <w:p>
      <w:pPr>
        <w:ind w:left="283"/>
      </w:pPr>
      <w:r>
        <w:t>Đáp số: ........................................................</w:t>
      </w:r>
    </w:p>
    <w:p>
      <w:r>
        <w:rPr>
          <w:b/>
        </w:rPr>
        <w:t xml:space="preserve">Câu 5. </w:t>
      </w:r>
      <w:r>
        <w:t>30 = __ chục và __ đơn vị.</w:t>
      </w:r>
    </w:p>
    <w:p>
      <w:pPr>
        <w:ind w:left="283"/>
      </w:pPr>
      <w:r>
        <w:t>Đáp số: ........................................................</w:t>
      </w:r>
    </w:p>
    <w:p>
      <w:r>
        <w:rPr>
          <w:b/>
        </w:rPr>
        <w:t xml:space="preserve">Câu 6. </w:t>
      </w:r>
      <w:r>
        <w:t>36 = __ chục và __ đơn vị.</w:t>
      </w:r>
    </w:p>
    <w:p>
      <w:pPr>
        <w:ind w:left="283"/>
      </w:pPr>
      <w:r>
        <w:t>Đáp số: ........................................................</w:t>
      </w:r>
    </w:p>
    <w:p>
      <w:r>
        <w:rPr>
          <w:b/>
        </w:rPr>
        <w:t xml:space="preserve">Câu 7. </w:t>
      </w:r>
      <w:r>
        <w:t>40 = __ chục và __ đơn vị.</w:t>
      </w:r>
    </w:p>
    <w:p>
      <w:pPr>
        <w:ind w:left="283"/>
      </w:pPr>
      <w:r>
        <w:t>Đáp số: ........................................................</w:t>
      </w:r>
    </w:p>
    <w:p>
      <w:r>
        <w:rPr>
          <w:b/>
        </w:rPr>
        <w:t xml:space="preserve">Câu 8. </w:t>
      </w:r>
      <w:r>
        <w:t>48 = __ chục và __ đơn vị.</w:t>
      </w:r>
    </w:p>
    <w:p>
      <w:pPr>
        <w:ind w:left="283"/>
      </w:pPr>
      <w:r>
        <w:t>Đáp số: ........................................................</w:t>
      </w:r>
    </w:p>
    <w:p>
      <w:r>
        <w:rPr>
          <w:b/>
        </w:rPr>
        <w:t xml:space="preserve">Câu 9. </w:t>
      </w:r>
      <w:r>
        <w:t>50 = __ chục và __ đơn vị.</w:t>
      </w:r>
    </w:p>
    <w:p>
      <w:pPr>
        <w:ind w:left="283"/>
      </w:pPr>
      <w:r>
        <w:t>Đáp số: ........................................................</w:t>
      </w:r>
    </w:p>
    <w:p>
      <w:r>
        <w:rPr>
          <w:b/>
        </w:rPr>
        <w:t xml:space="preserve">Câu 10. </w:t>
      </w:r>
      <w:r>
        <w:t>57 = __ chục và __ đơn vị.</w:t>
      </w:r>
    </w:p>
    <w:p>
      <w:pPr>
        <w:ind w:left="283"/>
      </w:pPr>
      <w:r>
        <w:t>Đáp số: ........................................................</w:t>
      </w:r>
    </w:p>
    <w:p>
      <w:pPr>
        <w:pStyle w:val="Heading1"/>
      </w:pPr>
      <w:r>
        <w:t>Phần 2. Ghép số từ chục và đơn vị</w:t>
      </w:r>
    </w:p>
    <w:p>
      <w:r>
        <w:rPr>
          <w:b/>
        </w:rPr>
        <w:t xml:space="preserve">Câu 11. </w:t>
      </w:r>
      <w:r>
        <w:t>Viết số gồm 1 chục và 5 đơn vị.</w:t>
      </w:r>
    </w:p>
    <w:p>
      <w:pPr>
        <w:ind w:left="283"/>
      </w:pPr>
      <w:r>
        <w:t>Đáp số: ........................................................</w:t>
      </w:r>
    </w:p>
    <w:p>
      <w:r>
        <w:rPr>
          <w:b/>
        </w:rPr>
        <w:t xml:space="preserve">Câu 12. </w:t>
      </w:r>
      <w:r>
        <w:t>Viết số gồm 2 chục và 3 đơn vị.</w:t>
      </w:r>
    </w:p>
    <w:p>
      <w:pPr>
        <w:ind w:left="283"/>
      </w:pPr>
      <w:r>
        <w:t>Đáp số: ........................................................</w:t>
      </w:r>
    </w:p>
    <w:p>
      <w:r>
        <w:rPr>
          <w:b/>
        </w:rPr>
        <w:t xml:space="preserve">Câu 13. </w:t>
      </w:r>
      <w:r>
        <w:t>Viết số gồm 2 chục và 0 đơn vị.</w:t>
      </w:r>
    </w:p>
    <w:p>
      <w:pPr>
        <w:ind w:left="283"/>
      </w:pPr>
      <w:r>
        <w:t>Đáp số: ........................................................</w:t>
      </w:r>
    </w:p>
    <w:p>
      <w:r>
        <w:rPr>
          <w:b/>
        </w:rPr>
        <w:t xml:space="preserve">Câu 14. </w:t>
      </w:r>
      <w:r>
        <w:t>Viết số gồm 3 chục và 7 đơn vị.</w:t>
      </w:r>
    </w:p>
    <w:p>
      <w:pPr>
        <w:ind w:left="283"/>
      </w:pPr>
      <w:r>
        <w:t>Đáp số: ........................................................</w:t>
      </w:r>
    </w:p>
    <w:p>
      <w:r>
        <w:rPr>
          <w:b/>
        </w:rPr>
        <w:t xml:space="preserve">Câu 15. </w:t>
      </w:r>
      <w:r>
        <w:t>Viết số gồm 4 chục và 2 đơn vị.</w:t>
      </w:r>
    </w:p>
    <w:p>
      <w:pPr>
        <w:ind w:left="283"/>
      </w:pPr>
      <w:r>
        <w:t>Đáp số: ........................................................</w:t>
      </w:r>
    </w:p>
    <w:p>
      <w:r>
        <w:rPr>
          <w:b/>
        </w:rPr>
        <w:t xml:space="preserve">Câu 16. </w:t>
      </w:r>
      <w:r>
        <w:t>Viết số gồm 4 chục và 0 đơn vị.</w:t>
      </w:r>
    </w:p>
    <w:p>
      <w:pPr>
        <w:ind w:left="283"/>
      </w:pPr>
      <w:r>
        <w:t>Đáp số: ........................................................</w:t>
      </w:r>
    </w:p>
    <w:p>
      <w:r>
        <w:rPr>
          <w:b/>
        </w:rPr>
        <w:t xml:space="preserve">Câu 17. </w:t>
      </w:r>
      <w:r>
        <w:t>Viết số gồm 5 chục và 6 đơn vị.</w:t>
      </w:r>
    </w:p>
    <w:p>
      <w:pPr>
        <w:ind w:left="283"/>
      </w:pPr>
      <w:r>
        <w:t>Đáp số: ........................................................</w:t>
      </w:r>
    </w:p>
    <w:p>
      <w:r>
        <w:rPr>
          <w:b/>
        </w:rPr>
        <w:t xml:space="preserve">Câu 18. </w:t>
      </w:r>
      <w:r>
        <w:t>Viết số gồm 6 chục và 1 đơn vị.</w:t>
      </w:r>
    </w:p>
    <w:p>
      <w:pPr>
        <w:ind w:left="283"/>
      </w:pPr>
      <w:r>
        <w:t>Đáp số: ........................................................</w:t>
      </w:r>
    </w:p>
    <w:p>
      <w:r>
        <w:rPr>
          <w:b/>
        </w:rPr>
        <w:t xml:space="preserve">Câu 19. </w:t>
      </w:r>
      <w:r>
        <w:t>Viết số gồm 7 chục và 4 đơn vị.</w:t>
      </w:r>
    </w:p>
    <w:p>
      <w:pPr>
        <w:ind w:left="283"/>
      </w:pPr>
      <w:r>
        <w:t>Đáp số: ........................................................</w:t>
      </w:r>
    </w:p>
    <w:p>
      <w:r>
        <w:rPr>
          <w:b/>
        </w:rPr>
        <w:t xml:space="preserve">Câu 20. </w:t>
      </w:r>
      <w:r>
        <w:t>Viết số gồm 8 chục và 0 đơn vị.</w:t>
      </w:r>
    </w:p>
    <w:p>
      <w:pPr>
        <w:ind w:left="283"/>
      </w:pPr>
      <w:r>
        <w:t>Đáp số: ........................................................</w:t>
      </w:r>
    </w:p>
    <w:p>
      <w:pPr>
        <w:pStyle w:val="Heading1"/>
      </w:pPr>
      <w:r>
        <w:t>Phần 3. Điền số còn thiếu</w:t>
      </w:r>
    </w:p>
    <w:p>
      <w:r>
        <w:rPr>
          <w:b/>
        </w:rPr>
        <w:t xml:space="preserve">Câu 21. </w:t>
      </w:r>
      <w:r>
        <w:t>Điền số: __ = 1 chục và 9 đơn vị.</w:t>
      </w:r>
    </w:p>
    <w:p>
      <w:pPr>
        <w:ind w:left="283"/>
      </w:pPr>
      <w:r>
        <w:t>Đáp số: ........................................................</w:t>
      </w:r>
    </w:p>
    <w:p>
      <w:r>
        <w:rPr>
          <w:b/>
        </w:rPr>
        <w:t xml:space="preserve">Câu 22. </w:t>
      </w:r>
      <w:r>
        <w:t>Điền số: __ = 2 chục và 6 đơn vị.</w:t>
      </w:r>
    </w:p>
    <w:p>
      <w:pPr>
        <w:ind w:left="283"/>
      </w:pPr>
      <w:r>
        <w:t>Đáp số: ........................................................</w:t>
      </w:r>
    </w:p>
    <w:p>
      <w:r>
        <w:rPr>
          <w:b/>
        </w:rPr>
        <w:t xml:space="preserve">Câu 23. </w:t>
      </w:r>
      <w:r>
        <w:t>Điền số: __ = 3 chục và 0 đơn vị.</w:t>
      </w:r>
    </w:p>
    <w:p>
      <w:pPr>
        <w:ind w:left="283"/>
      </w:pPr>
      <w:r>
        <w:t>Đáp số: ........................................................</w:t>
      </w:r>
    </w:p>
    <w:p>
      <w:r>
        <w:rPr>
          <w:b/>
        </w:rPr>
        <w:t xml:space="preserve">Câu 24. </w:t>
      </w:r>
      <w:r>
        <w:t>Điền số: __ = 4 chục và 5 đơn vị.</w:t>
      </w:r>
    </w:p>
    <w:p>
      <w:pPr>
        <w:ind w:left="283"/>
      </w:pPr>
      <w:r>
        <w:t>Đáp số: ........................................................</w:t>
      </w:r>
    </w:p>
    <w:p>
      <w:r>
        <w:rPr>
          <w:b/>
        </w:rPr>
        <w:t xml:space="preserve">Câu 25. </w:t>
      </w:r>
      <w:r>
        <w:t>Điền số: __ = 5 chục và 2 đơn vị.</w:t>
      </w:r>
    </w:p>
    <w:p>
      <w:pPr>
        <w:ind w:left="283"/>
      </w:pPr>
      <w:r>
        <w:t>Đáp số: ........................................................</w:t>
      </w:r>
    </w:p>
    <w:p>
      <w:r>
        <w:rPr>
          <w:b/>
        </w:rPr>
        <w:t xml:space="preserve">Câu 26. </w:t>
      </w:r>
      <w:r>
        <w:t>Điền số: __ = 6 chục và 8 đơn vị.</w:t>
      </w:r>
    </w:p>
    <w:p>
      <w:pPr>
        <w:ind w:left="283"/>
      </w:pPr>
      <w:r>
        <w:t>Đáp số: ........................................................</w:t>
      </w:r>
    </w:p>
    <w:p>
      <w:r>
        <w:rPr>
          <w:b/>
        </w:rPr>
        <w:t xml:space="preserve">Câu 27. </w:t>
      </w:r>
      <w:r>
        <w:t>Điền số: __ = 7 chục và 0 đơn vị.</w:t>
      </w:r>
    </w:p>
    <w:p>
      <w:pPr>
        <w:ind w:left="283"/>
      </w:pPr>
      <w:r>
        <w:t>Đáp số: ........................................................</w:t>
      </w:r>
    </w:p>
    <w:p>
      <w:r>
        <w:rPr>
          <w:b/>
        </w:rPr>
        <w:t xml:space="preserve">Câu 28. </w:t>
      </w:r>
      <w:r>
        <w:t>Điền số: __ = 8 chục và 3 đơn vị.</w:t>
      </w:r>
    </w:p>
    <w:p>
      <w:pPr>
        <w:ind w:left="283"/>
      </w:pPr>
      <w:r>
        <w:t>Đáp số: ........................................................</w:t>
      </w:r>
    </w:p>
    <w:p>
      <w:r>
        <w:rPr>
          <w:b/>
        </w:rPr>
        <w:t xml:space="preserve">Câu 29. </w:t>
      </w:r>
      <w:r>
        <w:t>Điền số: __ = 9 chục và 6 đơn vị.</w:t>
      </w:r>
    </w:p>
    <w:p>
      <w:pPr>
        <w:ind w:left="283"/>
      </w:pPr>
      <w:r>
        <w:t>Đáp số: ........................................................</w:t>
      </w:r>
    </w:p>
    <w:p>
      <w:r>
        <w:rPr>
          <w:b/>
        </w:rPr>
        <w:t xml:space="preserve">Câu 30. </w:t>
      </w:r>
      <w:r>
        <w:t>Điền số: __ = 9 chục và 0 đơn vị.</w:t>
      </w:r>
    </w:p>
    <w:p>
      <w:pPr>
        <w:ind w:left="283"/>
      </w:pPr>
      <w:r>
        <w:t>Đáp số: ........................................................</w:t>
      </w:r>
    </w:p>
    <w:p>
      <w:pPr>
        <w:pStyle w:val="Heading1"/>
      </w:pPr>
      <w:r>
        <w:t>Phần 4. Nhận biết chục và đơn vị</w:t>
      </w:r>
    </w:p>
    <w:p>
      <w:r>
        <w:rPr>
          <w:b/>
        </w:rPr>
        <w:t xml:space="preserve">Câu 31. </w:t>
      </w:r>
      <w:r>
        <w:t>Số 24 có bao nhiêu chục và bao nhiêu đơn vị?</w:t>
      </w:r>
    </w:p>
    <w:p>
      <w:pPr>
        <w:ind w:left="283"/>
      </w:pPr>
      <w:r>
        <w:t>Đáp số: ........................................................</w:t>
      </w:r>
    </w:p>
    <w:p>
      <w:r>
        <w:rPr>
          <w:b/>
        </w:rPr>
        <w:t xml:space="preserve">Câu 32. </w:t>
      </w:r>
      <w:r>
        <w:t>Số 39 có bao nhiêu chục và bao nhiêu đơn vị?</w:t>
      </w:r>
    </w:p>
    <w:p>
      <w:pPr>
        <w:ind w:left="283"/>
      </w:pPr>
      <w:r>
        <w:t>Đáp số: ........................................................</w:t>
      </w:r>
    </w:p>
    <w:p>
      <w:r>
        <w:rPr>
          <w:b/>
        </w:rPr>
        <w:t xml:space="preserve">Câu 33. </w:t>
      </w:r>
      <w:r>
        <w:t>Số 41 có bao nhiêu chục và bao nhiêu đơn vị?</w:t>
      </w:r>
    </w:p>
    <w:p>
      <w:pPr>
        <w:ind w:left="283"/>
      </w:pPr>
      <w:r>
        <w:t>Đáp số: ........................................................</w:t>
      </w:r>
    </w:p>
    <w:p>
      <w:r>
        <w:rPr>
          <w:b/>
        </w:rPr>
        <w:t xml:space="preserve">Câu 34. </w:t>
      </w:r>
      <w:r>
        <w:t>Số 58 có bao nhiêu chục và bao nhiêu đơn vị?</w:t>
      </w:r>
    </w:p>
    <w:p>
      <w:pPr>
        <w:ind w:left="283"/>
      </w:pPr>
      <w:r>
        <w:t>Đáp số: ........................................................</w:t>
      </w:r>
    </w:p>
    <w:p>
      <w:r>
        <w:rPr>
          <w:b/>
        </w:rPr>
        <w:t xml:space="preserve">Câu 35. </w:t>
      </w:r>
      <w:r>
        <w:t>Số 60 có bao nhiêu chục và bao nhiêu đơn vị?</w:t>
      </w:r>
    </w:p>
    <w:p>
      <w:pPr>
        <w:ind w:left="283"/>
      </w:pPr>
      <w:r>
        <w:t>Đáp số: ........................................................</w:t>
      </w:r>
    </w:p>
    <w:p>
      <w:r>
        <w:rPr>
          <w:b/>
        </w:rPr>
        <w:t xml:space="preserve">Câu 36. </w:t>
      </w:r>
      <w:r>
        <w:t>Số 72 có bao nhiêu chục và bao nhiêu đơn vị?</w:t>
      </w:r>
    </w:p>
    <w:p>
      <w:pPr>
        <w:ind w:left="283"/>
      </w:pPr>
      <w:r>
        <w:t>Đáp số: ........................................................</w:t>
      </w:r>
    </w:p>
    <w:p>
      <w:r>
        <w:rPr>
          <w:b/>
        </w:rPr>
        <w:t xml:space="preserve">Câu 37. </w:t>
      </w:r>
      <w:r>
        <w:t>Số 80 có bao nhiêu chục và bao nhiêu đơn vị?</w:t>
      </w:r>
    </w:p>
    <w:p>
      <w:pPr>
        <w:ind w:left="283"/>
      </w:pPr>
      <w:r>
        <w:t>Đáp số: ........................................................</w:t>
      </w:r>
    </w:p>
    <w:p>
      <w:r>
        <w:rPr>
          <w:b/>
        </w:rPr>
        <w:t xml:space="preserve">Câu 38. </w:t>
      </w:r>
      <w:r>
        <w:t>Số 94 có bao nhiêu chục và bao nhiêu đơn vị?</w:t>
      </w:r>
    </w:p>
    <w:p>
      <w:pPr>
        <w:ind w:left="283"/>
      </w:pPr>
      <w:r>
        <w:t>Đáp số: ........................................................</w:t>
      </w:r>
    </w:p>
    <w:p>
      <w:r>
        <w:rPr>
          <w:b/>
        </w:rPr>
        <w:t xml:space="preserve">Câu 39. </w:t>
      </w:r>
      <w:r>
        <w:t>Số 99 có bao nhiêu chục và bao nhiêu đơn vị?</w:t>
      </w:r>
    </w:p>
    <w:p>
      <w:pPr>
        <w:ind w:left="283"/>
      </w:pPr>
      <w:r>
        <w:t>Đáp số: ........................................................</w:t>
      </w:r>
    </w:p>
    <w:p>
      <w:r>
        <w:rPr>
          <w:b/>
        </w:rPr>
        <w:t xml:space="preserve">Câu 40. </w:t>
      </w:r>
      <w:r>
        <w:t>Số 100 có bao nhiêu chục và bao nhiêu đơn vị?</w:t>
      </w:r>
    </w:p>
    <w:p>
      <w:pPr>
        <w:ind w:left="283"/>
      </w:pPr>
      <w:r>
        <w:t>Đáp số: ........................................................</w:t>
      </w:r>
    </w:p>
    <w:p>
      <w:pPr>
        <w:pStyle w:val="Heading1"/>
      </w:pPr>
      <w:r>
        <w:t>Phần 5. Vận dụng</w:t>
      </w:r>
    </w:p>
    <w:p>
      <w:r>
        <w:rPr>
          <w:b/>
        </w:rPr>
        <w:t xml:space="preserve">Câu 41. </w:t>
      </w:r>
      <w:r>
        <w:t>Viết số gồm 3 chục và 9 đơn vị.</w:t>
      </w:r>
    </w:p>
    <w:p>
      <w:pPr>
        <w:ind w:left="283"/>
      </w:pPr>
      <w:r>
        <w:t>Đáp số: ........................................................</w:t>
      </w:r>
    </w:p>
    <w:p>
      <w:r>
        <w:rPr>
          <w:b/>
        </w:rPr>
        <w:t xml:space="preserve">Câu 42. </w:t>
      </w:r>
      <w:r>
        <w:t>Viết số gồm 5 chục và 0 đơn vị.</w:t>
      </w:r>
    </w:p>
    <w:p>
      <w:pPr>
        <w:ind w:left="283"/>
      </w:pPr>
      <w:r>
        <w:t>Đáp số: ........................................................</w:t>
      </w:r>
    </w:p>
    <w:p>
      <w:r>
        <w:rPr>
          <w:b/>
        </w:rPr>
        <w:t xml:space="preserve">Câu 43. </w:t>
      </w:r>
      <w:r>
        <w:t>Viết số có 6 chục và 5 đơn vị.</w:t>
      </w:r>
    </w:p>
    <w:p>
      <w:pPr>
        <w:ind w:left="283"/>
      </w:pPr>
      <w:r>
        <w:t>Đáp số: ........................................................</w:t>
      </w:r>
    </w:p>
    <w:p>
      <w:r>
        <w:rPr>
          <w:b/>
        </w:rPr>
        <w:t xml:space="preserve">Câu 44. </w:t>
      </w:r>
      <w:r>
        <w:t>Viết số có 4 chục và 4 đơn vị.</w:t>
      </w:r>
    </w:p>
    <w:p>
      <w:pPr>
        <w:ind w:left="283"/>
      </w:pPr>
      <w:r>
        <w:t>Đáp số: ........................................................</w:t>
      </w:r>
    </w:p>
    <w:p>
      <w:r>
        <w:rPr>
          <w:b/>
        </w:rPr>
        <w:t xml:space="preserve">Câu 45. </w:t>
      </w:r>
      <w:r>
        <w:t>Viết số có 7 chục và 7 đơn vị.</w:t>
      </w:r>
    </w:p>
    <w:p>
      <w:pPr>
        <w:ind w:left="283"/>
      </w:pPr>
      <w:r>
        <w:t>Đáp số: ........................................................</w:t>
      </w:r>
    </w:p>
    <w:p>
      <w:r>
        <w:rPr>
          <w:b/>
        </w:rPr>
        <w:t xml:space="preserve">Câu 46. </w:t>
      </w:r>
      <w:r>
        <w:t>Viết số có 8 chục và 1 đơn vị.</w:t>
      </w:r>
    </w:p>
    <w:p>
      <w:pPr>
        <w:ind w:left="283"/>
      </w:pPr>
      <w:r>
        <w:t>Đáp số: ........................................................</w:t>
      </w:r>
    </w:p>
    <w:p>
      <w:r>
        <w:rPr>
          <w:b/>
        </w:rPr>
        <w:t xml:space="preserve">Câu 47. </w:t>
      </w:r>
      <w:r>
        <w:t>Viết số có 9 chục và 4 đơn vị.</w:t>
      </w:r>
    </w:p>
    <w:p>
      <w:pPr>
        <w:ind w:left="283"/>
      </w:pPr>
      <w:r>
        <w:t>Đáp số: ........................................................</w:t>
      </w:r>
    </w:p>
    <w:p>
      <w:r>
        <w:rPr>
          <w:b/>
        </w:rPr>
        <w:t xml:space="preserve">Câu 48. </w:t>
      </w:r>
      <w:r>
        <w:t>Viết số có 2 chục và 9 đơn vị.</w:t>
      </w:r>
    </w:p>
    <w:p>
      <w:pPr>
        <w:ind w:left="283"/>
      </w:pPr>
      <w:r>
        <w:t>Đáp số: ........................................................</w:t>
      </w:r>
    </w:p>
    <w:p>
      <w:r>
        <w:rPr>
          <w:b/>
        </w:rPr>
        <w:t xml:space="preserve">Câu 49. </w:t>
      </w:r>
      <w:r>
        <w:t>Viết số có 1 chục và 0 đơn vị.</w:t>
      </w:r>
    </w:p>
    <w:p>
      <w:pPr>
        <w:ind w:left="283"/>
      </w:pPr>
      <w:r>
        <w:t>Đáp số: ........................................................</w:t>
      </w:r>
    </w:p>
    <w:p>
      <w:r>
        <w:rPr>
          <w:b/>
        </w:rPr>
        <w:t xml:space="preserve">Câu 50. </w:t>
      </w:r>
      <w:r>
        <w:t>Viết số có 10 chục.</w:t>
      </w:r>
    </w:p>
    <w:p>
      <w:pPr>
        <w:ind w:left="283"/>
      </w:pPr>
      <w:r>
        <w:t>Đáp số: ........................................................</w:t>
      </w:r>
    </w:p>
    <w:p>
      <w:r>
        <w:br w:type="page"/>
      </w:r>
    </w:p>
    <w:p>
      <w:pPr>
        <w:pStyle w:val="Heading1"/>
      </w:pPr>
      <w:r>
        <w:t>Đáp án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sz w:val="19"/>
              </w:rPr>
              <w:t>Câu</w:t>
            </w:r>
          </w:p>
        </w:tc>
        <w:tc>
          <w:tcPr>
            <w:tcW w:type="dxa" w:w="2521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sz w:val="19"/>
              </w:rPr>
              <w:t>Đáp án</w:t>
            </w:r>
          </w:p>
        </w:tc>
        <w:tc>
          <w:tcPr>
            <w:tcW w:type="dxa" w:w="2521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sz w:val="19"/>
              </w:rPr>
              <w:t>Câu</w:t>
            </w:r>
          </w:p>
        </w:tc>
        <w:tc>
          <w:tcPr>
            <w:tcW w:type="dxa" w:w="2521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sz w:val="19"/>
              </w:rPr>
              <w:t>Đáp án</w:t>
            </w:r>
          </w:p>
        </w:tc>
      </w:tr>
      <w:tr>
        <w:trPr>
          <w:cantSplit/>
        </w:trPr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1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1 chục, 2 đơn vị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26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68</w:t>
            </w:r>
          </w:p>
        </w:tc>
      </w:tr>
      <w:tr>
        <w:trPr>
          <w:cantSplit/>
        </w:trPr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2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1 chục, 8 đơn vị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27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70</w:t>
            </w:r>
          </w:p>
        </w:tc>
      </w:tr>
      <w:tr>
        <w:trPr>
          <w:cantSplit/>
        </w:trPr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3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2 chục, 0 đơn vị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28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83</w:t>
            </w:r>
          </w:p>
        </w:tc>
      </w:tr>
      <w:tr>
        <w:trPr>
          <w:cantSplit/>
        </w:trPr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4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2 chục, 5 đơn vị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29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96</w:t>
            </w:r>
          </w:p>
        </w:tc>
      </w:tr>
      <w:tr>
        <w:trPr>
          <w:cantSplit/>
        </w:trPr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5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3 chục, 0 đơn vị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30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90</w:t>
            </w:r>
          </w:p>
        </w:tc>
      </w:tr>
      <w:tr>
        <w:trPr>
          <w:cantSplit/>
        </w:trPr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6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3 chục, 6 đơn vị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31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2 chục, 4 đơn vị</w:t>
            </w:r>
          </w:p>
        </w:tc>
      </w:tr>
      <w:tr>
        <w:trPr>
          <w:cantSplit/>
        </w:trPr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4 chục, 0 đơn vị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32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3 chục, 9 đơn vị</w:t>
            </w:r>
          </w:p>
        </w:tc>
      </w:tr>
      <w:tr>
        <w:trPr>
          <w:cantSplit/>
        </w:trPr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8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4 chục, 8 đơn vị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33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4 chục, 1 đơn vị</w:t>
            </w:r>
          </w:p>
        </w:tc>
      </w:tr>
      <w:tr>
        <w:trPr>
          <w:cantSplit/>
        </w:trPr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9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5 chục, 0 đơn vị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34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5 chục, 8 đơn vị</w:t>
            </w:r>
          </w:p>
        </w:tc>
      </w:tr>
      <w:tr>
        <w:trPr>
          <w:cantSplit/>
        </w:trPr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10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5 chục, 7 đơn vị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35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6 chục, 0 đơn vị</w:t>
            </w:r>
          </w:p>
        </w:tc>
      </w:tr>
      <w:tr>
        <w:trPr>
          <w:cantSplit/>
        </w:trPr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11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15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36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7 chục, 2 đơn vị</w:t>
            </w:r>
          </w:p>
        </w:tc>
      </w:tr>
      <w:tr>
        <w:trPr>
          <w:cantSplit/>
        </w:trPr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12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23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37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8 chục, 0 đơn vị</w:t>
            </w:r>
          </w:p>
        </w:tc>
      </w:tr>
      <w:tr>
        <w:trPr>
          <w:cantSplit/>
        </w:trPr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13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20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38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9 chục, 4 đơn vị</w:t>
            </w:r>
          </w:p>
        </w:tc>
      </w:tr>
      <w:tr>
        <w:trPr>
          <w:cantSplit/>
        </w:trPr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14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37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39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9 chục, 9 đơn vị</w:t>
            </w:r>
          </w:p>
        </w:tc>
      </w:tr>
      <w:tr>
        <w:trPr>
          <w:cantSplit/>
        </w:trPr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15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42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40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10 chục, 0 đơn vị</w:t>
            </w:r>
          </w:p>
        </w:tc>
      </w:tr>
      <w:tr>
        <w:trPr>
          <w:cantSplit/>
        </w:trPr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16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40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41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39</w:t>
            </w:r>
          </w:p>
        </w:tc>
      </w:tr>
      <w:tr>
        <w:trPr>
          <w:cantSplit/>
        </w:trPr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56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42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50</w:t>
            </w:r>
          </w:p>
        </w:tc>
      </w:tr>
      <w:tr>
        <w:trPr>
          <w:cantSplit/>
        </w:trPr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18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61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43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65</w:t>
            </w:r>
          </w:p>
        </w:tc>
      </w:tr>
      <w:tr>
        <w:trPr>
          <w:cantSplit/>
        </w:trPr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19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74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44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44</w:t>
            </w:r>
          </w:p>
        </w:tc>
      </w:tr>
      <w:tr>
        <w:trPr>
          <w:cantSplit/>
        </w:trPr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20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80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45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77</w:t>
            </w:r>
          </w:p>
        </w:tc>
      </w:tr>
      <w:tr>
        <w:trPr>
          <w:cantSplit/>
        </w:trPr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21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19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46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81</w:t>
            </w:r>
          </w:p>
        </w:tc>
      </w:tr>
      <w:tr>
        <w:trPr>
          <w:cantSplit/>
        </w:trPr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22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26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47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94</w:t>
            </w:r>
          </w:p>
        </w:tc>
      </w:tr>
      <w:tr>
        <w:trPr>
          <w:cantSplit/>
        </w:trPr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23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30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48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29</w:t>
            </w:r>
          </w:p>
        </w:tc>
      </w:tr>
      <w:tr>
        <w:trPr>
          <w:cantSplit/>
        </w:trPr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24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45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49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10</w:t>
            </w:r>
          </w:p>
        </w:tc>
      </w:tr>
      <w:tr>
        <w:trPr>
          <w:cantSplit/>
        </w:trPr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25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52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50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100</w:t>
            </w:r>
          </w:p>
        </w:tc>
      </w:tr>
    </w:tbl>
    <w:sectPr w:rsidR="00FC693F" w:rsidRPr="0006063C" w:rsidSect="00034616">
      <w:pgSz w:w="12240" w:h="15840"/>
      <w:pgMar w:top="964" w:right="1077" w:bottom="96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color w:val="17365D" w:themeColor="text2" w:themeShade="BF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