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50 BÀI TẬP ĐẾM SỐ LỚP 1 CÓ ĐÁP ÁN</w:t>
      </w:r>
    </w:p>
    <w:p>
      <w:pPr>
        <w:jc w:val="center"/>
      </w:pPr>
      <w:r>
        <w:rPr>
          <w:i/>
        </w:rPr>
        <w:t>Đếm xuôi - đếm ngược - số liền trước, liền sau - đếm qua chục</w:t>
      </w:r>
    </w:p>
    <w:p>
      <w:pPr>
        <w:jc w:val="center"/>
      </w:pPr>
      <w:r>
        <w:t>ToanCap1.com - Toán tiểu học</w:t>
      </w:r>
    </w:p>
    <w:p>
      <w:r>
        <w:t>Học sinh nên tự làm trước, sau đó mới xem đáp án. Với dãy số, hãy nói rõ quy luật tăng hoặc giảm bao nhiêu mỗi bước.</w:t>
      </w:r>
    </w:p>
    <w:p>
      <w:pPr>
        <w:pStyle w:val="Heading1"/>
      </w:pPr>
      <w:r>
        <w:t>Phần 1. Đếm xuôi</w:t>
      </w:r>
    </w:p>
    <w:p>
      <w:pPr>
        <w:spacing w:after="80"/>
      </w:pPr>
      <w:r>
        <w:rPr>
          <w:b/>
        </w:rPr>
        <w:t xml:space="preserve">Câu 1. </w:t>
      </w:r>
      <w:r>
        <w:t>1, 2, __, __, 5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2. </w:t>
      </w:r>
      <w:r>
        <w:t>3, 4, __, __, 7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3. </w:t>
      </w:r>
      <w:r>
        <w:t>6, __, __, 9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4. </w:t>
      </w:r>
      <w:r>
        <w:t>8, 9, __,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5. </w:t>
      </w:r>
      <w:r>
        <w:t>11, 12, __, __, 15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6. </w:t>
      </w:r>
      <w:r>
        <w:t>14, __, __, 17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7. </w:t>
      </w:r>
      <w:r>
        <w:t>18, 19, __,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8. </w:t>
      </w:r>
      <w:r>
        <w:t>21, 22, __, __, 25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9. </w:t>
      </w:r>
      <w:r>
        <w:t>26, __, __, 29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10. </w:t>
      </w:r>
      <w:r>
        <w:t>30, __, __, 33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2. Đếm ngược</w:t>
      </w:r>
    </w:p>
    <w:p>
      <w:pPr>
        <w:spacing w:after="80"/>
      </w:pPr>
      <w:r>
        <w:rPr>
          <w:b/>
        </w:rPr>
        <w:t xml:space="preserve">Câu 11. </w:t>
      </w:r>
      <w:r>
        <w:t>10, 9, __, __, 6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12. </w:t>
      </w:r>
      <w:r>
        <w:t>12, 11, __,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13. </w:t>
      </w:r>
      <w:r>
        <w:t>15, __, __, 12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14. </w:t>
      </w:r>
      <w:r>
        <w:t>20, __, __, 17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15. </w:t>
      </w:r>
      <w:r>
        <w:t>25, 24, __,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16. </w:t>
      </w:r>
      <w:r>
        <w:t>30, __, __, 27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17. </w:t>
      </w:r>
      <w:r>
        <w:t>35, 34, __,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18. </w:t>
      </w:r>
      <w:r>
        <w:t>40, __, __, 37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19. </w:t>
      </w:r>
      <w:r>
        <w:t>50, __, __, 47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20. </w:t>
      </w:r>
      <w:r>
        <w:t>60, 59, __, __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3. Số liền trước - liền sau</w:t>
      </w:r>
    </w:p>
    <w:p>
      <w:pPr>
        <w:spacing w:after="80"/>
      </w:pPr>
      <w:r>
        <w:rPr>
          <w:b/>
        </w:rPr>
        <w:t xml:space="preserve">Câu 21. </w:t>
      </w:r>
      <w:r>
        <w:t>Số liền sau của 6 là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22. </w:t>
      </w:r>
      <w:r>
        <w:t>Số liền trước của 10 là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23. </w:t>
      </w:r>
      <w:r>
        <w:t>Số liền sau của 19 là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24. </w:t>
      </w:r>
      <w:r>
        <w:t>Số liền trước của 25 là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25. </w:t>
      </w:r>
      <w:r>
        <w:t>Số liền sau của 39 là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26. </w:t>
      </w:r>
      <w:r>
        <w:t>Số liền trước của 40 là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27. </w:t>
      </w:r>
      <w:r>
        <w:t>Số liền sau của 59 là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28. </w:t>
      </w:r>
      <w:r>
        <w:t>Số liền trước của 60 là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29. </w:t>
      </w:r>
      <w:r>
        <w:t>Số liền sau của 79 là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30. </w:t>
      </w:r>
      <w:r>
        <w:t>Số liền trước của 80 là __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4. Dãy số và đếm qua chục</w:t>
      </w:r>
    </w:p>
    <w:p>
      <w:pPr>
        <w:spacing w:after="80"/>
      </w:pPr>
      <w:r>
        <w:rPr>
          <w:b/>
        </w:rPr>
        <w:t xml:space="preserve">Câu 31. </w:t>
      </w:r>
      <w:r>
        <w:t>2, 3, 4, __,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32. </w:t>
      </w:r>
      <w:r>
        <w:t>7, 8, __, __, 11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33. </w:t>
      </w:r>
      <w:r>
        <w:t>16, __, __, 19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34. </w:t>
      </w:r>
      <w:r>
        <w:t>28, 29, __,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35. </w:t>
      </w:r>
      <w:r>
        <w:t>38, __, __, 41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36. </w:t>
      </w:r>
      <w:r>
        <w:t>48, 49, __,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37. </w:t>
      </w:r>
      <w:r>
        <w:t>58, __, __, 61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38. </w:t>
      </w:r>
      <w:r>
        <w:t>68, 69, __,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39. </w:t>
      </w:r>
      <w:r>
        <w:t>78, __, __, 81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40. </w:t>
      </w:r>
      <w:r>
        <w:t>88, 89, __,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41. </w:t>
      </w:r>
      <w:r>
        <w:t>9, __, __, 12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42. </w:t>
      </w:r>
      <w:r>
        <w:t>19, __, __, 22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43. </w:t>
      </w:r>
      <w:r>
        <w:t>29, __, __, 32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44. </w:t>
      </w:r>
      <w:r>
        <w:t>39, __, __, 42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45. </w:t>
      </w:r>
      <w:r>
        <w:t>49, __, __, 52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46. </w:t>
      </w:r>
      <w:r>
        <w:t>59, __, __, 62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47. </w:t>
      </w:r>
      <w:r>
        <w:t>69, __, __, 72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48. </w:t>
      </w:r>
      <w:r>
        <w:t>79, __, __, 82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49. </w:t>
      </w:r>
      <w:r>
        <w:t>89, __, __, 92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50. </w:t>
      </w:r>
      <w:r>
        <w:t>98, 99, __</w:t>
      </w:r>
    </w:p>
    <w:p>
      <w:pPr>
        <w:ind w:left="283"/>
      </w:pPr>
      <w:r>
        <w:t>Đáp số: ........................................................</w:t>
      </w:r>
    </w:p>
    <w:p>
      <w:r>
        <w:br w:type="page"/>
      </w:r>
    </w:p>
    <w:p>
      <w:pPr>
        <w:pStyle w:val="Heading1"/>
      </w:pPr>
      <w:r>
        <w:t>Đáp án - Câu 1 đến 25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47"/>
        <w:gridCol w:w="7937"/>
      </w:tblGrid>
      <w:tr>
        <w:trPr>
          <w:cantSplit/>
        </w:trPr>
        <w:tc>
          <w:tcPr>
            <w:tcW w:type="dxa" w:w="5043"/>
          </w:tcPr>
          <w:p>
            <w:r>
              <w:t>Câu</w:t>
            </w:r>
          </w:p>
        </w:tc>
        <w:tc>
          <w:tcPr>
            <w:tcW w:type="dxa" w:w="5043"/>
          </w:tcPr>
          <w:p>
            <w:r>
              <w:t>Đáp 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3, 4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5, 6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7, 8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10, 11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5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13, 14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6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15, 16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7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20, 21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8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23, 24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9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27, 28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10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31, 32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11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8, 7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12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10, 9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13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14, 13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14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19, 18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15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23, 22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16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29, 28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17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33, 32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18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39, 38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19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49, 48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20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58, 57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21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7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22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9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23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20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24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24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25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40</w:t>
            </w:r>
          </w:p>
        </w:tc>
      </w:tr>
    </w:tbl>
    <w:p>
      <w:r>
        <w:br w:type="page"/>
      </w:r>
    </w:p>
    <w:p>
      <w:pPr>
        <w:pStyle w:val="Heading1"/>
      </w:pPr>
      <w:r>
        <w:t>Đáp án - Câu 26 đến 50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47"/>
        <w:gridCol w:w="7937"/>
      </w:tblGrid>
      <w:tr>
        <w:trPr>
          <w:cantSplit/>
        </w:trPr>
        <w:tc>
          <w:tcPr>
            <w:tcW w:type="dxa" w:w="5043"/>
          </w:tcPr>
          <w:p>
            <w:r>
              <w:t>Câu</w:t>
            </w:r>
          </w:p>
        </w:tc>
        <w:tc>
          <w:tcPr>
            <w:tcW w:type="dxa" w:w="5043"/>
          </w:tcPr>
          <w:p>
            <w:r>
              <w:t>Đáp 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26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39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27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60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28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59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29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80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30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79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31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5, 6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32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9, 10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33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17, 18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34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30, 31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35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39, 40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36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50, 51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37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59, 60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38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70, 71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39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79, 80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40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90, 91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41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10, 11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42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20, 21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43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30, 31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44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40, 41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45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50, 51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46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60, 61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47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70, 71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48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80, 81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49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90, 91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50</w:t>
            </w:r>
          </w:p>
        </w:tc>
        <w:tc>
          <w:tcPr>
            <w:tcW w:type="dxa" w:w="7937"/>
            <w:vAlign w:val="center"/>
          </w:tcPr>
          <w:p>
            <w:r>
              <w:t>100</w:t>
            </w:r>
          </w:p>
        </w:tc>
      </w:tr>
    </w:tbl>
    <w:sectPr w:rsidR="00FC693F" w:rsidRPr="0006063C" w:rsidSect="00034616">
      <w:pgSz w:w="12240" w:h="15840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