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ĐIỀN SỐ CÒN THIẾU LỚP 1</w:t>
      </w:r>
    </w:p>
    <w:p>
      <w:pPr>
        <w:jc w:val="center"/>
      </w:pPr>
      <w:r>
        <w:rPr>
          <w:i/>
        </w:rPr>
        <w:t>Dãy số - thứ tự số - phép cộng trừ - phạm vi 10, 20 và 100; có đáp án</w:t>
      </w:r>
    </w:p>
    <w:p>
      <w:pPr>
        <w:jc w:val="center"/>
      </w:pPr>
      <w:r>
        <w:t>ToanCap1.com - Toán tiểu học</w:t>
      </w:r>
    </w:p>
    <w:p>
      <w:r>
        <w:t>Học sinh nên quan sát quy luật trước khi điền. Với phép tính, dùng quan hệ cộng - trừ để tìm số còn thiếu; với dãy số, xem số tăng hoặc giảm bao nhiêu mỗi bước.</w:t>
      </w:r>
    </w:p>
    <w:p>
      <w:pPr>
        <w:pStyle w:val="Heading1"/>
      </w:pPr>
      <w:r>
        <w:t>Phần 1. Phạm vi 10</w:t>
      </w:r>
    </w:p>
    <w:p>
      <w:pPr>
        <w:spacing w:after="80"/>
      </w:pPr>
      <w:r>
        <w:rPr>
          <w:b/>
        </w:rPr>
        <w:t xml:space="preserve">Câu 1. </w:t>
      </w:r>
      <w:r>
        <w:t>0, 1, __, 3, __, 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10, 9, __, 7, __, 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2, 4, __, 8,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1, 3, __, 7,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5, __, 7, __, 9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6 + __ = 10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__ + 3 = 9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10 - __ = 4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__ - 5 = 3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7 + __ = 7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Phạm vi 20</w:t>
      </w:r>
    </w:p>
    <w:p>
      <w:pPr>
        <w:spacing w:after="80"/>
      </w:pPr>
      <w:r>
        <w:rPr>
          <w:b/>
        </w:rPr>
        <w:t xml:space="preserve">Câu 11. </w:t>
      </w:r>
      <w:r>
        <w:t>11, 12, __, 14, __, 16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20, 19, __, 17,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10, 12, __, 16, __, 20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1, 4, __, 10,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5, 10, __, 20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13 + __ = 20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__ + 8 = 17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19 - __ = 10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__ - 6 = 12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15 + __ = 18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Đến 100</w:t>
      </w:r>
    </w:p>
    <w:p>
      <w:pPr>
        <w:spacing w:after="80"/>
      </w:pPr>
      <w:r>
        <w:rPr>
          <w:b/>
        </w:rPr>
        <w:t xml:space="preserve">Câu 21. </w:t>
      </w:r>
      <w:r>
        <w:t>21, 22, __, 24,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30, __, 50, __, 70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95, 96, __, 98,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10, 20, __, 40,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100, 90, __, 70, __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34 + __ = 40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__ + 25 = 50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72 - __ = 70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__ - 10 = 45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60 + __ = 68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31. </w:t>
      </w:r>
      <w:r>
        <w:t>Điền một số thích hợp: 45 &lt; __ &lt; 50.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32. </w:t>
      </w:r>
      <w:r>
        <w:t>Điền một số thích hợp: __ &gt; 72 và __ &lt; 75.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33. </w:t>
      </w:r>
      <w:r>
        <w:t>Số liền trước 40 là __.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34. </w:t>
      </w:r>
      <w:r>
        <w:t>Số liền sau 69 là __.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35. </w:t>
      </w:r>
      <w:r>
        <w:t>Điền số: __ chục 5 đơn vị = 35.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Điền số vận dụng</w:t>
      </w:r>
    </w:p>
    <w:p>
      <w:pPr>
        <w:spacing w:after="80"/>
      </w:pPr>
      <w:r>
        <w:rPr>
          <w:b/>
        </w:rPr>
        <w:t xml:space="preserve">Câu 36. </w:t>
      </w:r>
      <w:r>
        <w:t>Điền số: 6 chục __ đơn vị = 64.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37. </w:t>
      </w:r>
      <w:r>
        <w:t>Điền số để đúng: 28 &lt; __ &lt; 30.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38. </w:t>
      </w:r>
      <w:r>
        <w:t>Điền số để đúng: 51 &gt; __ &gt; 49.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39. </w:t>
      </w:r>
      <w:r>
        <w:t>Điền số: 4 + __ + 3 =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40. </w:t>
      </w:r>
      <w:r>
        <w:t>Điền số: 20 - __ - 5 =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41. </w:t>
      </w:r>
      <w:r>
        <w:t>Điền số: __ + 10 = 37.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42. </w:t>
      </w:r>
      <w:r>
        <w:t>Điền số: 80 - __ = 30.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43. </w:t>
      </w:r>
      <w:r>
        <w:t>Điền số: 12 + __ = 12.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44. </w:t>
      </w:r>
      <w:r>
        <w:t>Điền số: 65 - __ = 65.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45. </w:t>
      </w:r>
      <w:r>
        <w:t>Dãy 2, 5, 8, __, 14. Điền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46. </w:t>
      </w:r>
      <w:r>
        <w:t>Dãy 90, 80, __, 60, 50. Điền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47. </w:t>
      </w:r>
      <w:r>
        <w:t>Dãy 1, 2, 4, 5, 7, 8, __. Điền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48. </w:t>
      </w:r>
      <w:r>
        <w:t>Dãy 10, 20, 30, __, __. Điền hai số.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49. </w:t>
      </w:r>
      <w:r>
        <w:t>Điền số thích hợp để 25 + __ = 30 + 5.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50. </w:t>
      </w:r>
      <w:r>
        <w:t>Điền số thích hợp để 70 - __ = 40 + 10.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</w:tcPr>
          <w:p>
            <w:r>
              <w:t>Câu</w:t>
            </w:r>
          </w:p>
        </w:tc>
        <w:tc>
          <w:tcPr>
            <w:tcW w:type="dxa" w:w="2521"/>
            <w:vAlign w:val="center"/>
          </w:tcPr>
          <w:p>
            <w:r>
              <w:t>Đáp án</w:t>
            </w:r>
          </w:p>
        </w:tc>
        <w:tc>
          <w:tcPr>
            <w:tcW w:type="dxa" w:w="2521"/>
            <w:vAlign w:val="center"/>
          </w:tcPr>
          <w:p>
            <w:r>
              <w:t>Câu</w:t>
            </w:r>
          </w:p>
        </w:tc>
        <w:tc>
          <w:tcPr>
            <w:tcW w:type="dxa" w:w="2521"/>
            <w:vAlign w:val="center"/>
          </w:tcPr>
          <w:p>
            <w:r>
              <w:t>Đáp án</w:t>
            </w:r>
          </w:p>
        </w:tc>
      </w:tr>
      <w:tr>
        <w:tc>
          <w:tcPr>
            <w:tcW w:type="dxa" w:w="2521"/>
          </w:tcPr>
          <w:p>
            <w:r>
              <w:t>1</w:t>
            </w:r>
          </w:p>
        </w:tc>
        <w:tc>
          <w:tcPr>
            <w:tcW w:type="dxa" w:w="2521"/>
          </w:tcPr>
          <w:p>
            <w:r>
              <w:t>2, 4</w:t>
            </w:r>
          </w:p>
        </w:tc>
        <w:tc>
          <w:tcPr>
            <w:tcW w:type="dxa" w:w="2521"/>
          </w:tcPr>
          <w:p>
            <w:r>
              <w:t>26</w:t>
            </w:r>
          </w:p>
        </w:tc>
        <w:tc>
          <w:tcPr>
            <w:tcW w:type="dxa" w:w="2521"/>
          </w:tcPr>
          <w:p>
            <w:r>
              <w:t>6</w:t>
            </w:r>
          </w:p>
        </w:tc>
      </w:tr>
      <w:tr>
        <w:tc>
          <w:tcPr>
            <w:tcW w:type="dxa" w:w="2521"/>
          </w:tcPr>
          <w:p>
            <w:r>
              <w:t>2</w:t>
            </w:r>
          </w:p>
        </w:tc>
        <w:tc>
          <w:tcPr>
            <w:tcW w:type="dxa" w:w="2521"/>
          </w:tcPr>
          <w:p>
            <w:r>
              <w:t>8, 6</w:t>
            </w:r>
          </w:p>
        </w:tc>
        <w:tc>
          <w:tcPr>
            <w:tcW w:type="dxa" w:w="2521"/>
          </w:tcPr>
          <w:p>
            <w:r>
              <w:t>27</w:t>
            </w:r>
          </w:p>
        </w:tc>
        <w:tc>
          <w:tcPr>
            <w:tcW w:type="dxa" w:w="2521"/>
          </w:tcPr>
          <w:p>
            <w:r>
              <w:t>25</w:t>
            </w:r>
          </w:p>
        </w:tc>
      </w:tr>
      <w:tr>
        <w:tc>
          <w:tcPr>
            <w:tcW w:type="dxa" w:w="2521"/>
          </w:tcPr>
          <w:p>
            <w:r>
              <w:t>3</w:t>
            </w:r>
          </w:p>
        </w:tc>
        <w:tc>
          <w:tcPr>
            <w:tcW w:type="dxa" w:w="2521"/>
          </w:tcPr>
          <w:p>
            <w:r>
              <w:t>6, 10</w:t>
            </w:r>
          </w:p>
        </w:tc>
        <w:tc>
          <w:tcPr>
            <w:tcW w:type="dxa" w:w="2521"/>
          </w:tcPr>
          <w:p>
            <w:r>
              <w:t>28</w:t>
            </w:r>
          </w:p>
        </w:tc>
        <w:tc>
          <w:tcPr>
            <w:tcW w:type="dxa" w:w="2521"/>
          </w:tcPr>
          <w:p>
            <w:r>
              <w:t>2</w:t>
            </w:r>
          </w:p>
        </w:tc>
      </w:tr>
      <w:tr>
        <w:tc>
          <w:tcPr>
            <w:tcW w:type="dxa" w:w="2521"/>
          </w:tcPr>
          <w:p>
            <w:r>
              <w:t>4</w:t>
            </w:r>
          </w:p>
        </w:tc>
        <w:tc>
          <w:tcPr>
            <w:tcW w:type="dxa" w:w="2521"/>
          </w:tcPr>
          <w:p>
            <w:r>
              <w:t>5, 9</w:t>
            </w:r>
          </w:p>
        </w:tc>
        <w:tc>
          <w:tcPr>
            <w:tcW w:type="dxa" w:w="2521"/>
          </w:tcPr>
          <w:p>
            <w:r>
              <w:t>29</w:t>
            </w:r>
          </w:p>
        </w:tc>
        <w:tc>
          <w:tcPr>
            <w:tcW w:type="dxa" w:w="2521"/>
          </w:tcPr>
          <w:p>
            <w:r>
              <w:t>55</w:t>
            </w:r>
          </w:p>
        </w:tc>
      </w:tr>
      <w:tr>
        <w:tc>
          <w:tcPr>
            <w:tcW w:type="dxa" w:w="2521"/>
          </w:tcPr>
          <w:p>
            <w:r>
              <w:t>5</w:t>
            </w:r>
          </w:p>
        </w:tc>
        <w:tc>
          <w:tcPr>
            <w:tcW w:type="dxa" w:w="2521"/>
          </w:tcPr>
          <w:p>
            <w:r>
              <w:t>6, 8</w:t>
            </w:r>
          </w:p>
        </w:tc>
        <w:tc>
          <w:tcPr>
            <w:tcW w:type="dxa" w:w="2521"/>
          </w:tcPr>
          <w:p>
            <w:r>
              <w:t>30</w:t>
            </w:r>
          </w:p>
        </w:tc>
        <w:tc>
          <w:tcPr>
            <w:tcW w:type="dxa" w:w="2521"/>
          </w:tcPr>
          <w:p>
            <w:r>
              <w:t>8</w:t>
            </w:r>
          </w:p>
        </w:tc>
      </w:tr>
      <w:tr>
        <w:tc>
          <w:tcPr>
            <w:tcW w:type="dxa" w:w="2521"/>
          </w:tcPr>
          <w:p>
            <w:r>
              <w:t>6</w:t>
            </w:r>
          </w:p>
        </w:tc>
        <w:tc>
          <w:tcPr>
            <w:tcW w:type="dxa" w:w="2521"/>
          </w:tcPr>
          <w:p>
            <w:r>
              <w:t>4</w:t>
            </w:r>
          </w:p>
        </w:tc>
        <w:tc>
          <w:tcPr>
            <w:tcW w:type="dxa" w:w="2521"/>
          </w:tcPr>
          <w:p>
            <w:r>
              <w:t>31</w:t>
            </w:r>
          </w:p>
        </w:tc>
        <w:tc>
          <w:tcPr>
            <w:tcW w:type="dxa" w:w="2521"/>
          </w:tcPr>
          <w:p>
            <w:r>
              <w:t>46, 47, 48 hoặc 49</w:t>
            </w:r>
          </w:p>
        </w:tc>
      </w:tr>
      <w:tr>
        <w:tc>
          <w:tcPr>
            <w:tcW w:type="dxa" w:w="2521"/>
          </w:tcPr>
          <w:p>
            <w:r>
              <w:t>7</w:t>
            </w:r>
          </w:p>
        </w:tc>
        <w:tc>
          <w:tcPr>
            <w:tcW w:type="dxa" w:w="2521"/>
          </w:tcPr>
          <w:p>
            <w:r>
              <w:t>6</w:t>
            </w:r>
          </w:p>
        </w:tc>
        <w:tc>
          <w:tcPr>
            <w:tcW w:type="dxa" w:w="2521"/>
          </w:tcPr>
          <w:p>
            <w:r>
              <w:t>32</w:t>
            </w:r>
          </w:p>
        </w:tc>
        <w:tc>
          <w:tcPr>
            <w:tcW w:type="dxa" w:w="2521"/>
          </w:tcPr>
          <w:p>
            <w:r>
              <w:t>73 hoặc 74</w:t>
            </w:r>
          </w:p>
        </w:tc>
      </w:tr>
      <w:tr>
        <w:tc>
          <w:tcPr>
            <w:tcW w:type="dxa" w:w="2521"/>
          </w:tcPr>
          <w:p>
            <w:r>
              <w:t>8</w:t>
            </w:r>
          </w:p>
        </w:tc>
        <w:tc>
          <w:tcPr>
            <w:tcW w:type="dxa" w:w="2521"/>
          </w:tcPr>
          <w:p>
            <w:r>
              <w:t>6</w:t>
            </w:r>
          </w:p>
        </w:tc>
        <w:tc>
          <w:tcPr>
            <w:tcW w:type="dxa" w:w="2521"/>
          </w:tcPr>
          <w:p>
            <w:r>
              <w:t>33</w:t>
            </w:r>
          </w:p>
        </w:tc>
        <w:tc>
          <w:tcPr>
            <w:tcW w:type="dxa" w:w="2521"/>
          </w:tcPr>
          <w:p>
            <w:r>
              <w:t>39</w:t>
            </w:r>
          </w:p>
        </w:tc>
      </w:tr>
      <w:tr>
        <w:tc>
          <w:tcPr>
            <w:tcW w:type="dxa" w:w="2521"/>
          </w:tcPr>
          <w:p>
            <w:r>
              <w:t>9</w:t>
            </w:r>
          </w:p>
        </w:tc>
        <w:tc>
          <w:tcPr>
            <w:tcW w:type="dxa" w:w="2521"/>
          </w:tcPr>
          <w:p>
            <w:r>
              <w:t>8</w:t>
            </w:r>
          </w:p>
        </w:tc>
        <w:tc>
          <w:tcPr>
            <w:tcW w:type="dxa" w:w="2521"/>
          </w:tcPr>
          <w:p>
            <w:r>
              <w:t>34</w:t>
            </w:r>
          </w:p>
        </w:tc>
        <w:tc>
          <w:tcPr>
            <w:tcW w:type="dxa" w:w="2521"/>
          </w:tcPr>
          <w:p>
            <w:r>
              <w:t>70</w:t>
            </w:r>
          </w:p>
        </w:tc>
      </w:tr>
      <w:tr>
        <w:tc>
          <w:tcPr>
            <w:tcW w:type="dxa" w:w="2521"/>
          </w:tcPr>
          <w:p>
            <w:r>
              <w:t>10</w:t>
            </w:r>
          </w:p>
        </w:tc>
        <w:tc>
          <w:tcPr>
            <w:tcW w:type="dxa" w:w="2521"/>
          </w:tcPr>
          <w:p>
            <w:r>
              <w:t>0</w:t>
            </w:r>
          </w:p>
        </w:tc>
        <w:tc>
          <w:tcPr>
            <w:tcW w:type="dxa" w:w="2521"/>
          </w:tcPr>
          <w:p>
            <w:r>
              <w:t>35</w:t>
            </w:r>
          </w:p>
        </w:tc>
        <w:tc>
          <w:tcPr>
            <w:tcW w:type="dxa" w:w="2521"/>
          </w:tcPr>
          <w:p>
            <w:r>
              <w:t>3</w:t>
            </w:r>
          </w:p>
        </w:tc>
      </w:tr>
      <w:tr>
        <w:tc>
          <w:tcPr>
            <w:tcW w:type="dxa" w:w="2521"/>
          </w:tcPr>
          <w:p>
            <w:r>
              <w:t>11</w:t>
            </w:r>
          </w:p>
        </w:tc>
        <w:tc>
          <w:tcPr>
            <w:tcW w:type="dxa" w:w="2521"/>
          </w:tcPr>
          <w:p>
            <w:r>
              <w:t>13, 15</w:t>
            </w:r>
          </w:p>
        </w:tc>
        <w:tc>
          <w:tcPr>
            <w:tcW w:type="dxa" w:w="2521"/>
          </w:tcPr>
          <w:p>
            <w:r>
              <w:t>36</w:t>
            </w:r>
          </w:p>
        </w:tc>
        <w:tc>
          <w:tcPr>
            <w:tcW w:type="dxa" w:w="2521"/>
          </w:tcPr>
          <w:p>
            <w:r>
              <w:t>4</w:t>
            </w:r>
          </w:p>
        </w:tc>
      </w:tr>
      <w:tr>
        <w:tc>
          <w:tcPr>
            <w:tcW w:type="dxa" w:w="2521"/>
          </w:tcPr>
          <w:p>
            <w:r>
              <w:t>12</w:t>
            </w:r>
          </w:p>
        </w:tc>
        <w:tc>
          <w:tcPr>
            <w:tcW w:type="dxa" w:w="2521"/>
          </w:tcPr>
          <w:p>
            <w:r>
              <w:t>18, 16</w:t>
            </w:r>
          </w:p>
        </w:tc>
        <w:tc>
          <w:tcPr>
            <w:tcW w:type="dxa" w:w="2521"/>
          </w:tcPr>
          <w:p>
            <w:r>
              <w:t>37</w:t>
            </w:r>
          </w:p>
        </w:tc>
        <w:tc>
          <w:tcPr>
            <w:tcW w:type="dxa" w:w="2521"/>
          </w:tcPr>
          <w:p>
            <w:r>
              <w:t>29</w:t>
            </w:r>
          </w:p>
        </w:tc>
      </w:tr>
      <w:tr>
        <w:tc>
          <w:tcPr>
            <w:tcW w:type="dxa" w:w="2521"/>
          </w:tcPr>
          <w:p>
            <w:r>
              <w:t>13</w:t>
            </w:r>
          </w:p>
        </w:tc>
        <w:tc>
          <w:tcPr>
            <w:tcW w:type="dxa" w:w="2521"/>
          </w:tcPr>
          <w:p>
            <w:r>
              <w:t>14, 18</w:t>
            </w:r>
          </w:p>
        </w:tc>
        <w:tc>
          <w:tcPr>
            <w:tcW w:type="dxa" w:w="2521"/>
          </w:tcPr>
          <w:p>
            <w:r>
              <w:t>38</w:t>
            </w:r>
          </w:p>
        </w:tc>
        <w:tc>
          <w:tcPr>
            <w:tcW w:type="dxa" w:w="2521"/>
          </w:tcPr>
          <w:p>
            <w:r>
              <w:t>50</w:t>
            </w:r>
          </w:p>
        </w:tc>
      </w:tr>
      <w:tr>
        <w:tc>
          <w:tcPr>
            <w:tcW w:type="dxa" w:w="2521"/>
          </w:tcPr>
          <w:p>
            <w:r>
              <w:t>14</w:t>
            </w:r>
          </w:p>
        </w:tc>
        <w:tc>
          <w:tcPr>
            <w:tcW w:type="dxa" w:w="2521"/>
          </w:tcPr>
          <w:p>
            <w:r>
              <w:t>7, 13</w:t>
            </w:r>
          </w:p>
        </w:tc>
        <w:tc>
          <w:tcPr>
            <w:tcW w:type="dxa" w:w="2521"/>
          </w:tcPr>
          <w:p>
            <w:r>
              <w:t>39</w:t>
            </w:r>
          </w:p>
        </w:tc>
        <w:tc>
          <w:tcPr>
            <w:tcW w:type="dxa" w:w="2521"/>
          </w:tcPr>
          <w:p>
            <w:r>
              <w:t>3</w:t>
            </w:r>
          </w:p>
        </w:tc>
      </w:tr>
      <w:tr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40</w:t>
            </w:r>
          </w:p>
        </w:tc>
        <w:tc>
          <w:tcPr>
            <w:tcW w:type="dxa" w:w="2521"/>
          </w:tcPr>
          <w:p>
            <w:r>
              <w:t>5</w:t>
            </w:r>
          </w:p>
        </w:tc>
      </w:tr>
      <w:tr>
        <w:tc>
          <w:tcPr>
            <w:tcW w:type="dxa" w:w="2521"/>
          </w:tcPr>
          <w:p>
            <w:r>
              <w:t>16</w:t>
            </w:r>
          </w:p>
        </w:tc>
        <w:tc>
          <w:tcPr>
            <w:tcW w:type="dxa" w:w="2521"/>
          </w:tcPr>
          <w:p>
            <w:r>
              <w:t>7</w:t>
            </w:r>
          </w:p>
        </w:tc>
        <w:tc>
          <w:tcPr>
            <w:tcW w:type="dxa" w:w="2521"/>
          </w:tcPr>
          <w:p>
            <w:r>
              <w:t>41</w:t>
            </w:r>
          </w:p>
        </w:tc>
        <w:tc>
          <w:tcPr>
            <w:tcW w:type="dxa" w:w="2521"/>
          </w:tcPr>
          <w:p>
            <w:r>
              <w:t>27</w:t>
            </w:r>
          </w:p>
        </w:tc>
      </w:tr>
      <w:tr>
        <w:tc>
          <w:tcPr>
            <w:tcW w:type="dxa" w:w="2521"/>
          </w:tcPr>
          <w:p>
            <w:r>
              <w:t>17</w:t>
            </w:r>
          </w:p>
        </w:tc>
        <w:tc>
          <w:tcPr>
            <w:tcW w:type="dxa" w:w="2521"/>
          </w:tcPr>
          <w:p>
            <w:r>
              <w:t>9</w:t>
            </w:r>
          </w:p>
        </w:tc>
        <w:tc>
          <w:tcPr>
            <w:tcW w:type="dxa" w:w="2521"/>
          </w:tcPr>
          <w:p>
            <w:r>
              <w:t>42</w:t>
            </w:r>
          </w:p>
        </w:tc>
        <w:tc>
          <w:tcPr>
            <w:tcW w:type="dxa" w:w="2521"/>
          </w:tcPr>
          <w:p>
            <w:r>
              <w:t>50</w:t>
            </w:r>
          </w:p>
        </w:tc>
      </w:tr>
      <w:tr>
        <w:tc>
          <w:tcPr>
            <w:tcW w:type="dxa" w:w="2521"/>
          </w:tcPr>
          <w:p>
            <w:r>
              <w:t>18</w:t>
            </w:r>
          </w:p>
        </w:tc>
        <w:tc>
          <w:tcPr>
            <w:tcW w:type="dxa" w:w="2521"/>
          </w:tcPr>
          <w:p>
            <w:r>
              <w:t>9</w:t>
            </w:r>
          </w:p>
        </w:tc>
        <w:tc>
          <w:tcPr>
            <w:tcW w:type="dxa" w:w="2521"/>
          </w:tcPr>
          <w:p>
            <w:r>
              <w:t>43</w:t>
            </w:r>
          </w:p>
        </w:tc>
        <w:tc>
          <w:tcPr>
            <w:tcW w:type="dxa" w:w="2521"/>
          </w:tcPr>
          <w:p>
            <w:r>
              <w:t>0</w:t>
            </w:r>
          </w:p>
        </w:tc>
      </w:tr>
      <w:tr>
        <w:tc>
          <w:tcPr>
            <w:tcW w:type="dxa" w:w="2521"/>
          </w:tcPr>
          <w:p>
            <w:r>
              <w:t>19</w:t>
            </w:r>
          </w:p>
        </w:tc>
        <w:tc>
          <w:tcPr>
            <w:tcW w:type="dxa" w:w="2521"/>
          </w:tcPr>
          <w:p>
            <w:r>
              <w:t>18</w:t>
            </w:r>
          </w:p>
        </w:tc>
        <w:tc>
          <w:tcPr>
            <w:tcW w:type="dxa" w:w="2521"/>
          </w:tcPr>
          <w:p>
            <w:r>
              <w:t>44</w:t>
            </w:r>
          </w:p>
        </w:tc>
        <w:tc>
          <w:tcPr>
            <w:tcW w:type="dxa" w:w="2521"/>
          </w:tcPr>
          <w:p>
            <w:r>
              <w:t>0</w:t>
            </w:r>
          </w:p>
        </w:tc>
      </w:tr>
      <w:tr>
        <w:tc>
          <w:tcPr>
            <w:tcW w:type="dxa" w:w="2521"/>
          </w:tcPr>
          <w:p>
            <w:r>
              <w:t>20</w:t>
            </w:r>
          </w:p>
        </w:tc>
        <w:tc>
          <w:tcPr>
            <w:tcW w:type="dxa" w:w="2521"/>
          </w:tcPr>
          <w:p>
            <w:r>
              <w:t>3</w:t>
            </w:r>
          </w:p>
        </w:tc>
        <w:tc>
          <w:tcPr>
            <w:tcW w:type="dxa" w:w="2521"/>
          </w:tcPr>
          <w:p>
            <w:r>
              <w:t>45</w:t>
            </w:r>
          </w:p>
        </w:tc>
        <w:tc>
          <w:tcPr>
            <w:tcW w:type="dxa" w:w="2521"/>
          </w:tcPr>
          <w:p>
            <w:r>
              <w:t>11</w:t>
            </w:r>
          </w:p>
        </w:tc>
      </w:tr>
      <w:tr>
        <w:tc>
          <w:tcPr>
            <w:tcW w:type="dxa" w:w="2521"/>
          </w:tcPr>
          <w:p>
            <w:r>
              <w:t>21</w:t>
            </w:r>
          </w:p>
        </w:tc>
        <w:tc>
          <w:tcPr>
            <w:tcW w:type="dxa" w:w="2521"/>
          </w:tcPr>
          <w:p>
            <w:r>
              <w:t>23, 25</w:t>
            </w:r>
          </w:p>
        </w:tc>
        <w:tc>
          <w:tcPr>
            <w:tcW w:type="dxa" w:w="2521"/>
          </w:tcPr>
          <w:p>
            <w:r>
              <w:t>46</w:t>
            </w:r>
          </w:p>
        </w:tc>
        <w:tc>
          <w:tcPr>
            <w:tcW w:type="dxa" w:w="2521"/>
          </w:tcPr>
          <w:p>
            <w:r>
              <w:t>70</w:t>
            </w:r>
          </w:p>
        </w:tc>
      </w:tr>
      <w:tr>
        <w:tc>
          <w:tcPr>
            <w:tcW w:type="dxa" w:w="2521"/>
          </w:tcPr>
          <w:p>
            <w:r>
              <w:t>22</w:t>
            </w:r>
          </w:p>
        </w:tc>
        <w:tc>
          <w:tcPr>
            <w:tcW w:type="dxa" w:w="2521"/>
          </w:tcPr>
          <w:p>
            <w:r>
              <w:t>40, 60</w:t>
            </w:r>
          </w:p>
        </w:tc>
        <w:tc>
          <w:tcPr>
            <w:tcW w:type="dxa" w:w="2521"/>
          </w:tcPr>
          <w:p>
            <w:r>
              <w:t>47</w:t>
            </w:r>
          </w:p>
        </w:tc>
        <w:tc>
          <w:tcPr>
            <w:tcW w:type="dxa" w:w="2521"/>
          </w:tcPr>
          <w:p>
            <w:r>
              <w:t>10</w:t>
            </w:r>
          </w:p>
        </w:tc>
      </w:tr>
      <w:tr>
        <w:tc>
          <w:tcPr>
            <w:tcW w:type="dxa" w:w="2521"/>
          </w:tcPr>
          <w:p>
            <w:r>
              <w:t>23</w:t>
            </w:r>
          </w:p>
        </w:tc>
        <w:tc>
          <w:tcPr>
            <w:tcW w:type="dxa" w:w="2521"/>
          </w:tcPr>
          <w:p>
            <w:r>
              <w:t>97, 99</w:t>
            </w:r>
          </w:p>
        </w:tc>
        <w:tc>
          <w:tcPr>
            <w:tcW w:type="dxa" w:w="2521"/>
          </w:tcPr>
          <w:p>
            <w:r>
              <w:t>48</w:t>
            </w:r>
          </w:p>
        </w:tc>
        <w:tc>
          <w:tcPr>
            <w:tcW w:type="dxa" w:w="2521"/>
          </w:tcPr>
          <w:p>
            <w:r>
              <w:t>40, 50</w:t>
            </w:r>
          </w:p>
        </w:tc>
      </w:tr>
      <w:tr>
        <w:tc>
          <w:tcPr>
            <w:tcW w:type="dxa" w:w="2521"/>
          </w:tcPr>
          <w:p>
            <w:r>
              <w:t>24</w:t>
            </w:r>
          </w:p>
        </w:tc>
        <w:tc>
          <w:tcPr>
            <w:tcW w:type="dxa" w:w="2521"/>
          </w:tcPr>
          <w:p>
            <w:r>
              <w:t>30, 50</w:t>
            </w:r>
          </w:p>
        </w:tc>
        <w:tc>
          <w:tcPr>
            <w:tcW w:type="dxa" w:w="2521"/>
          </w:tcPr>
          <w:p>
            <w:r>
              <w:t>49</w:t>
            </w:r>
          </w:p>
        </w:tc>
        <w:tc>
          <w:tcPr>
            <w:tcW w:type="dxa" w:w="2521"/>
          </w:tcPr>
          <w:p>
            <w:r>
              <w:t>10</w:t>
            </w:r>
          </w:p>
        </w:tc>
      </w:tr>
      <w:tr>
        <w:tc>
          <w:tcPr>
            <w:tcW w:type="dxa" w:w="2521"/>
          </w:tcPr>
          <w:p>
            <w:r>
              <w:t>25</w:t>
            </w:r>
          </w:p>
        </w:tc>
        <w:tc>
          <w:tcPr>
            <w:tcW w:type="dxa" w:w="2521"/>
          </w:tcPr>
          <w:p>
            <w:r>
              <w:t>80, 60</w:t>
            </w:r>
          </w:p>
        </w:tc>
        <w:tc>
          <w:tcPr>
            <w:tcW w:type="dxa" w:w="2521"/>
          </w:tcPr>
          <w:p>
            <w:r>
              <w:t>50</w:t>
            </w:r>
          </w:p>
        </w:tc>
        <w:tc>
          <w:tcPr>
            <w:tcW w:type="dxa" w:w="2521"/>
          </w:tcPr>
          <w:p>
            <w:r>
              <w:t>20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