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BÀI TẬP TOÁN LỚP 1 CƠ BẢN</w:t>
      </w:r>
    </w:p>
    <w:p>
      <w:pPr>
        <w:jc w:val="center"/>
      </w:pPr>
      <w:r>
        <w:rPr>
          <w:i/>
        </w:rPr>
        <w:t>Số học - cộng trừ - đo lường - thời gian - hình học - toán có lời văn</w:t>
      </w:r>
    </w:p>
    <w:p>
      <w:r>
        <w:t>ToanCap1.com - Toán tiểu học</w:t>
      </w:r>
    </w:p>
    <w:p>
      <w:r>
        <w:t>Tài liệu gồm các bài luyện ngắn, phù hợp cho học sinh lớp 1 ôn từng mạch kiến thức. Nên làm từng phần rồi mới xem đáp án.</w:t>
      </w:r>
    </w:p>
    <w:p>
      <w:pPr>
        <w:pStyle w:val="Heading1"/>
      </w:pPr>
      <w:r>
        <w:t>Phần 1. Số và phép tính</w:t>
      </w:r>
    </w:p>
    <w:p>
      <w:pPr>
        <w:spacing w:after="100"/>
      </w:pPr>
      <w:r>
        <w:rPr>
          <w:b/>
        </w:rPr>
        <w:t xml:space="preserve">Câu 1. </w:t>
      </w:r>
      <w:r>
        <w:t>Điền số còn thiếu: 0, 1, __, 3, __, 5, 6, __, 8, __.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2. </w:t>
      </w:r>
      <w:r>
        <w:t>Viết bằng chữ các số: 12; 20; 35; 48; 71.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3. </w:t>
      </w:r>
      <w:r>
        <w:t>Số 46 gồm mấy chục và mấy đơn vị?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4. </w:t>
      </w:r>
      <w:r>
        <w:t>Điền dấu &gt;, &lt; hoặc =: 17 __ 19; 30 __ 30; 52 __ 49.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5. </w:t>
      </w:r>
      <w:r>
        <w:t>Viết số liền trước và số liền sau của 25; 50; 79.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6. </w:t>
      </w:r>
      <w:r>
        <w:t>Sắp xếp 18, 42, 27, 35 theo thứ tự từ bé đến lớn.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7. </w:t>
      </w:r>
      <w:r>
        <w:t>Tính: 7 + 2; 10 - 6; 8 + 5; 17 - 9.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8. </w:t>
      </w:r>
      <w:r>
        <w:t>Điền số: 6 + __ = 10; __ + 7 = 15; 14 - __ = 8.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9. </w:t>
      </w:r>
      <w:r>
        <w:t>Tính: 23 + 5; 46 - 4; 30 + 20; 78 - 30.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10. </w:t>
      </w:r>
      <w:r>
        <w:t>Đặt tính rồi tính: 24 + 15; 67 - 23.</w:t>
      </w:r>
    </w:p>
    <w:p>
      <w:pPr>
        <w:spacing w:after="100"/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Phần 2. Đo lường, thời gian, hình học và bài toán</w:t>
      </w:r>
    </w:p>
    <w:p>
      <w:pPr>
        <w:spacing w:after="100"/>
      </w:pPr>
      <w:r>
        <w:rPr>
          <w:b/>
        </w:rPr>
        <w:t xml:space="preserve">Câu 11. </w:t>
      </w:r>
      <w:r>
        <w:t>Một đoạn dây dài 15 cm, cắt bớt 4 cm. Đoạn dây còn lại dài bao nhiêu xăng-ti-mét?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12. </w:t>
      </w:r>
      <w:r>
        <w:t>Chiếc bút chì dài khoảng 15 __. Điền đơn vị thích hợp.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13. </w:t>
      </w:r>
      <w:r>
        <w:t>Đồng hồ có kim phút ở số 12, kim giờ ở số 7. Đồng hồ chỉ mấy giờ?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14. </w:t>
      </w:r>
      <w:r>
        <w:t>Nếu hôm nay là Thứ Tư thì ngày mai là thứ mấy? Hôm qua là thứ mấy?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15. </w:t>
      </w:r>
      <w:r>
        <w:t>Kể tên bốn hình phẳng quen thuộc đã học ở lớp 1.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16. </w:t>
      </w:r>
      <w:r>
        <w:t>Một hình vuông có mấy cạnh? Một hình tam giác có mấy cạnh?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17. </w:t>
      </w:r>
      <w:r>
        <w:t>Lan đứng trước Mai, Mai đứng trước Hoa. Ai đứng ở giữa?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18. </w:t>
      </w:r>
      <w:r>
        <w:t>Mai có 8 quả bóng, mẹ cho thêm 5 quả. Mai có tất cả bao nhiêu quả bóng?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19. </w:t>
      </w:r>
      <w:r>
        <w:t>Trong giỏ có 17 quả cam, lấy ra 6 quả. Trong giỏ còn lại bao nhiêu quả?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spacing w:after="100"/>
      </w:pPr>
      <w:r>
        <w:rPr>
          <w:b/>
        </w:rPr>
        <w:t xml:space="preserve">Câu 20. </w:t>
      </w:r>
      <w:r>
        <w:t>Nam có 25 nhãn vở, cho bạn 10 nhãn rồi được tặng thêm 4 nhãn. Nam có bao nhiêu nhãn vở?</w:t>
      </w:r>
    </w:p>
    <w:p>
      <w:pPr>
        <w:spacing w:after="100"/>
        <w:ind w:left="283"/>
      </w:pPr>
      <w:r>
        <w:t>Đáp số: ........................................................</w:t>
      </w:r>
    </w:p>
    <w:p>
      <w:pPr>
        <w:pStyle w:val="Heading1"/>
        <w:spacing w:before="240"/>
      </w:pPr>
      <w:r>
        <w:t>Đáp án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</w:tcPr>
          <w:p>
            <w:r>
              <w:t>Câu</w:t>
            </w:r>
          </w:p>
        </w:tc>
        <w:tc>
          <w:tcPr>
            <w:tcW w:type="dxa" w:w="2493"/>
            <w:vAlign w:val="center"/>
          </w:tcPr>
          <w:p>
            <w:r>
              <w:t>Đáp án</w:t>
            </w:r>
          </w:p>
        </w:tc>
        <w:tc>
          <w:tcPr>
            <w:tcW w:type="dxa" w:w="2493"/>
            <w:vAlign w:val="center"/>
          </w:tcPr>
          <w:p>
            <w:r>
              <w:t>Câu</w:t>
            </w:r>
          </w:p>
        </w:tc>
        <w:tc>
          <w:tcPr>
            <w:tcW w:type="dxa" w:w="2493"/>
            <w:vAlign w:val="center"/>
          </w:tcPr>
          <w:p>
            <w:r>
              <w:t>Đáp án</w:t>
            </w:r>
          </w:p>
        </w:tc>
      </w:tr>
      <w:tr>
        <w:tc>
          <w:tcPr>
            <w:tcW w:type="dxa" w:w="2493"/>
          </w:tcPr>
          <w:p>
            <w:r>
              <w:t>1</w:t>
            </w:r>
          </w:p>
        </w:tc>
        <w:tc>
          <w:tcPr>
            <w:tcW w:type="dxa" w:w="2493"/>
          </w:tcPr>
          <w:p>
            <w:r>
              <w:t>2, 4, 7, 9</w:t>
            </w:r>
          </w:p>
        </w:tc>
        <w:tc>
          <w:tcPr>
            <w:tcW w:type="dxa" w:w="2493"/>
          </w:tcPr>
          <w:p>
            <w:r>
              <w:t>11</w:t>
            </w:r>
          </w:p>
        </w:tc>
        <w:tc>
          <w:tcPr>
            <w:tcW w:type="dxa" w:w="2493"/>
          </w:tcPr>
          <w:p>
            <w:r>
              <w:t>11 cm</w:t>
            </w:r>
          </w:p>
        </w:tc>
      </w:tr>
      <w:tr>
        <w:tc>
          <w:tcPr>
            <w:tcW w:type="dxa" w:w="2493"/>
          </w:tcPr>
          <w:p>
            <w:r>
              <w:t>2</w:t>
            </w:r>
          </w:p>
        </w:tc>
        <w:tc>
          <w:tcPr>
            <w:tcW w:type="dxa" w:w="2493"/>
          </w:tcPr>
          <w:p>
            <w:r>
              <w:t>mười hai; hai mươi; ba mươi lăm; bốn mươi tám; bảy mươi mốt</w:t>
            </w:r>
          </w:p>
        </w:tc>
        <w:tc>
          <w:tcPr>
            <w:tcW w:type="dxa" w:w="2493"/>
          </w:tcPr>
          <w:p>
            <w:r>
              <w:t>12</w:t>
            </w:r>
          </w:p>
        </w:tc>
        <w:tc>
          <w:tcPr>
            <w:tcW w:type="dxa" w:w="2493"/>
          </w:tcPr>
          <w:p>
            <w:r>
              <w:t>cm</w:t>
            </w:r>
          </w:p>
        </w:tc>
      </w:tr>
      <w:tr>
        <w:tc>
          <w:tcPr>
            <w:tcW w:type="dxa" w:w="2493"/>
          </w:tcPr>
          <w:p>
            <w:r>
              <w:t>3</w:t>
            </w:r>
          </w:p>
        </w:tc>
        <w:tc>
          <w:tcPr>
            <w:tcW w:type="dxa" w:w="2493"/>
          </w:tcPr>
          <w:p>
            <w:r>
              <w:t>4 chục 6 đơn vị</w:t>
            </w:r>
          </w:p>
        </w:tc>
        <w:tc>
          <w:tcPr>
            <w:tcW w:type="dxa" w:w="2493"/>
          </w:tcPr>
          <w:p>
            <w:r>
              <w:t>13</w:t>
            </w:r>
          </w:p>
        </w:tc>
        <w:tc>
          <w:tcPr>
            <w:tcW w:type="dxa" w:w="2493"/>
          </w:tcPr>
          <w:p>
            <w:r>
              <w:t>7 giờ</w:t>
            </w:r>
          </w:p>
        </w:tc>
      </w:tr>
      <w:tr>
        <w:tc>
          <w:tcPr>
            <w:tcW w:type="dxa" w:w="2493"/>
          </w:tcPr>
          <w:p>
            <w:r>
              <w:t>4</w:t>
            </w:r>
          </w:p>
        </w:tc>
        <w:tc>
          <w:tcPr>
            <w:tcW w:type="dxa" w:w="2493"/>
          </w:tcPr>
          <w:p>
            <w:r>
              <w:t>&lt;; =; &gt;</w:t>
            </w:r>
          </w:p>
        </w:tc>
        <w:tc>
          <w:tcPr>
            <w:tcW w:type="dxa" w:w="2493"/>
          </w:tcPr>
          <w:p>
            <w:r>
              <w:t>14</w:t>
            </w:r>
          </w:p>
        </w:tc>
        <w:tc>
          <w:tcPr>
            <w:tcW w:type="dxa" w:w="2493"/>
          </w:tcPr>
          <w:p>
            <w:r>
              <w:t>Thứ Năm; Thứ Ba</w:t>
            </w:r>
          </w:p>
        </w:tc>
      </w:tr>
      <w:tr>
        <w:tc>
          <w:tcPr>
            <w:tcW w:type="dxa" w:w="2493"/>
          </w:tcPr>
          <w:p>
            <w:r>
              <w:t>5</w:t>
            </w:r>
          </w:p>
        </w:tc>
        <w:tc>
          <w:tcPr>
            <w:tcW w:type="dxa" w:w="2493"/>
          </w:tcPr>
          <w:p>
            <w:r>
              <w:t>24 và 26; 49 và 51; 78 và 80</w:t>
            </w:r>
          </w:p>
        </w:tc>
        <w:tc>
          <w:tcPr>
            <w:tcW w:type="dxa" w:w="2493"/>
          </w:tcPr>
          <w:p>
            <w:r>
              <w:t>15</w:t>
            </w:r>
          </w:p>
        </w:tc>
        <w:tc>
          <w:tcPr>
            <w:tcW w:type="dxa" w:w="2493"/>
          </w:tcPr>
          <w:p>
            <w:r>
              <w:t>Hình tròn, tam giác, vuông, chữ nhật</w:t>
            </w:r>
          </w:p>
        </w:tc>
      </w:tr>
      <w:tr>
        <w:tc>
          <w:tcPr>
            <w:tcW w:type="dxa" w:w="2493"/>
          </w:tcPr>
          <w:p>
            <w:r>
              <w:t>6</w:t>
            </w:r>
          </w:p>
        </w:tc>
        <w:tc>
          <w:tcPr>
            <w:tcW w:type="dxa" w:w="2493"/>
          </w:tcPr>
          <w:p>
            <w:r>
              <w:t>18, 27, 35, 42</w:t>
            </w:r>
          </w:p>
        </w:tc>
        <w:tc>
          <w:tcPr>
            <w:tcW w:type="dxa" w:w="2493"/>
          </w:tcPr>
          <w:p>
            <w:r>
              <w:t>16</w:t>
            </w:r>
          </w:p>
        </w:tc>
        <w:tc>
          <w:tcPr>
            <w:tcW w:type="dxa" w:w="2493"/>
          </w:tcPr>
          <w:p>
            <w:r>
              <w:t>4 cạnh; 3 cạnh</w:t>
            </w:r>
          </w:p>
        </w:tc>
      </w:tr>
      <w:tr>
        <w:tc>
          <w:tcPr>
            <w:tcW w:type="dxa" w:w="2493"/>
          </w:tcPr>
          <w:p>
            <w:r>
              <w:t>7</w:t>
            </w:r>
          </w:p>
        </w:tc>
        <w:tc>
          <w:tcPr>
            <w:tcW w:type="dxa" w:w="2493"/>
          </w:tcPr>
          <w:p>
            <w:r>
              <w:t>9; 4; 13; 8</w:t>
            </w:r>
          </w:p>
        </w:tc>
        <w:tc>
          <w:tcPr>
            <w:tcW w:type="dxa" w:w="2493"/>
          </w:tcPr>
          <w:p>
            <w:r>
              <w:t>17</w:t>
            </w:r>
          </w:p>
        </w:tc>
        <w:tc>
          <w:tcPr>
            <w:tcW w:type="dxa" w:w="2493"/>
          </w:tcPr>
          <w:p>
            <w:r>
              <w:t>Mai</w:t>
            </w:r>
          </w:p>
        </w:tc>
      </w:tr>
      <w:tr>
        <w:tc>
          <w:tcPr>
            <w:tcW w:type="dxa" w:w="2493"/>
          </w:tcPr>
          <w:p>
            <w:r>
              <w:t>8</w:t>
            </w:r>
          </w:p>
        </w:tc>
        <w:tc>
          <w:tcPr>
            <w:tcW w:type="dxa" w:w="2493"/>
          </w:tcPr>
          <w:p>
            <w:r>
              <w:t>4; 8; 6</w:t>
            </w:r>
          </w:p>
        </w:tc>
        <w:tc>
          <w:tcPr>
            <w:tcW w:type="dxa" w:w="2493"/>
          </w:tcPr>
          <w:p>
            <w:r>
              <w:t>18</w:t>
            </w:r>
          </w:p>
        </w:tc>
        <w:tc>
          <w:tcPr>
            <w:tcW w:type="dxa" w:w="2493"/>
          </w:tcPr>
          <w:p>
            <w:r>
              <w:t>13 quả bóng</w:t>
            </w:r>
          </w:p>
        </w:tc>
      </w:tr>
      <w:tr>
        <w:tc>
          <w:tcPr>
            <w:tcW w:type="dxa" w:w="2493"/>
          </w:tcPr>
          <w:p>
            <w:r>
              <w:t>9</w:t>
            </w:r>
          </w:p>
        </w:tc>
        <w:tc>
          <w:tcPr>
            <w:tcW w:type="dxa" w:w="2493"/>
          </w:tcPr>
          <w:p>
            <w:r>
              <w:t>28; 42; 50; 48</w:t>
            </w:r>
          </w:p>
        </w:tc>
        <w:tc>
          <w:tcPr>
            <w:tcW w:type="dxa" w:w="2493"/>
          </w:tcPr>
          <w:p>
            <w:r>
              <w:t>19</w:t>
            </w:r>
          </w:p>
        </w:tc>
        <w:tc>
          <w:tcPr>
            <w:tcW w:type="dxa" w:w="2493"/>
          </w:tcPr>
          <w:p>
            <w:r>
              <w:t>11 quả cam</w:t>
            </w:r>
          </w:p>
        </w:tc>
      </w:tr>
      <w:tr>
        <w:tc>
          <w:tcPr>
            <w:tcW w:type="dxa" w:w="2493"/>
          </w:tcPr>
          <w:p>
            <w:r>
              <w:t>10</w:t>
            </w:r>
          </w:p>
        </w:tc>
        <w:tc>
          <w:tcPr>
            <w:tcW w:type="dxa" w:w="2493"/>
          </w:tcPr>
          <w:p>
            <w:r>
              <w:t>39; 44</w:t>
            </w:r>
          </w:p>
        </w:tc>
        <w:tc>
          <w:tcPr>
            <w:tcW w:type="dxa" w:w="2493"/>
          </w:tcPr>
          <w:p>
            <w:r>
              <w:t>20</w:t>
            </w:r>
          </w:p>
        </w:tc>
        <w:tc>
          <w:tcPr>
            <w:tcW w:type="dxa" w:w="2493"/>
          </w:tcPr>
          <w:p>
            <w:r>
              <w:t>19 nhãn vở</w:t>
            </w:r>
          </w:p>
        </w:tc>
      </w:tr>
    </w:tbl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