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rPr>
          <w:b/>
        </w:rPr>
        <w:t>BẢNG CỘNG TRỪ TRONG PHẠM VI 10</w:t>
      </w:r>
    </w:p>
    <w:p>
      <w:pPr>
        <w:jc w:val="center"/>
      </w:pPr>
      <w:r>
        <w:rPr>
          <w:i/>
        </w:rPr>
        <w:t>Bảng ghi nhớ + 40 bài luyện nhanh cho học sinh lớp 1</w:t>
      </w:r>
    </w:p>
    <w:p>
      <w:pPr>
        <w:jc w:val="center"/>
      </w:pPr>
      <w:r>
        <w:t>ToanCap1.com - Toán tiểu học</w:t>
      </w:r>
    </w:p>
    <w:p>
      <w:r>
        <w:t>Tài liệu giúp học sinh ghi nhớ các phép cộng và phép trừ trong phạm vi 10. Nên đọc thành tiếng theo cặp phép tính liên quan để hiểu mối quan hệ giữa cộng và trừ.</w:t>
      </w:r>
    </w:p>
    <w:p>
      <w:pPr>
        <w:pStyle w:val="Heading1"/>
      </w:pPr>
      <w:r>
        <w:t>1. Bảng cộng trong phạm vi 10</w:t>
      </w:r>
    </w:p>
    <w:p>
      <w:r>
        <w:t>1 + 1 = 2</w:t>
      </w:r>
    </w:p>
    <w:p>
      <w:r>
        <w:t>1 + 2 = 3 ; 2 + 1 = 3</w:t>
      </w:r>
    </w:p>
    <w:p>
      <w:r>
        <w:t>1 + 3 = 4 ; 2 + 2 = 4 ; 3 + 1 = 4</w:t>
      </w:r>
    </w:p>
    <w:p>
      <w:r>
        <w:t>1 + 4 = 5 ; 2 + 3 = 5 ; 3 + 2 = 5 ; 4 + 1 = 5</w:t>
      </w:r>
    </w:p>
    <w:p>
      <w:r>
        <w:t>1 + 5 = 6 ; 2 + 4 = 6 ; 3 + 3 = 6 ; 4 + 2 = 6 ; 5 + 1 = 6</w:t>
      </w:r>
    </w:p>
    <w:p>
      <w:r>
        <w:t>1 + 6 = 7 ; 2 + 5 = 7 ; 3 + 4 = 7 ; 4 + 3 = 7 ; 5 + 2 = 7 ; 6 + 1 = 7</w:t>
      </w:r>
    </w:p>
    <w:p>
      <w:r>
        <w:t>1 + 7 = 8 ; 2 + 6 = 8 ; 3 + 5 = 8 ; 4 + 4 = 8 ; 5 + 3 = 8 ; 6 + 2 = 8 ; 7 + 1 = 8</w:t>
      </w:r>
    </w:p>
    <w:p>
      <w:r>
        <w:t>1 + 8 = 9 ; 2 + 7 = 9 ; 3 + 6 = 9 ; 4 + 5 = 9 ; 5 + 4 = 9 ; 6 + 3 = 9 ; 7 + 2 = 9 ; 8 + 1 = 9</w:t>
      </w:r>
    </w:p>
    <w:p>
      <w:r>
        <w:t>1 + 9 = 10 ; 2 + 8 = 10 ; 3 + 7 = 10 ; 4 + 6 = 10 ; 5 + 5 = 10 ; 6 + 4 = 10 ; 7 + 3 = 10 ; 8 + 2 = 10 ; 9 + 1 = 10</w:t>
      </w:r>
    </w:p>
    <w:p>
      <w:pPr>
        <w:pStyle w:val="Heading1"/>
      </w:pPr>
      <w:r>
        <w:t>2. Bảng trừ trong phạm vi 10</w:t>
      </w:r>
    </w:p>
    <w:p>
      <w:r>
        <w:t>2 - 1 = 1 ; 2 - 2 = 0</w:t>
      </w:r>
    </w:p>
    <w:p>
      <w:r>
        <w:t>3 - 1 = 2 ; 3 - 2 = 1 ; 3 - 3 = 0</w:t>
      </w:r>
    </w:p>
    <w:p>
      <w:r>
        <w:t>4 - 1 = 3 ; 4 - 2 = 2 ; 4 - 3 = 1 ; 4 - 4 = 0</w:t>
      </w:r>
    </w:p>
    <w:p>
      <w:r>
        <w:t>5 - 1 = 4 ; 5 - 2 = 3 ; 5 - 3 = 2 ; 5 - 4 = 1 ; 5 - 5 = 0</w:t>
      </w:r>
    </w:p>
    <w:p>
      <w:r>
        <w:t>6 - 1 = 5 ; 6 - 2 = 4 ; 6 - 3 = 3 ; 6 - 4 = 2 ; 6 - 5 = 1 ; 6 - 6 = 0</w:t>
      </w:r>
    </w:p>
    <w:p>
      <w:r>
        <w:t>7 - 1 = 6 ; 7 - 2 = 5 ; 7 - 3 = 4 ; 7 - 4 = 3 ; 7 - 5 = 2 ; 7 - 6 = 1 ; 7 - 7 = 0</w:t>
      </w:r>
    </w:p>
    <w:p>
      <w:r>
        <w:t>8 - 1 = 7 ; 8 - 2 = 6 ; 8 - 3 = 5 ; 8 - 4 = 4 ; 8 - 5 = 3 ; 8 - 6 = 2 ; 8 - 7 = 1 ; 8 - 8 = 0</w:t>
      </w:r>
    </w:p>
    <w:p>
      <w:r>
        <w:t>9 - 1 = 8 ; 9 - 2 = 7 ; 9 - 3 = 6 ; 9 - 4 = 5 ; 9 - 5 = 4 ; 9 - 6 = 3 ; 9 - 7 = 2 ; 9 - 8 = 1 ; 9 - 9 = 0</w:t>
      </w:r>
    </w:p>
    <w:p>
      <w:r>
        <w:t>10 - 1 = 9 ; 10 - 2 = 8 ; 10 - 3 = 7 ; 10 - 4 = 6 ; 10 - 5 = 5 ; 10 - 6 = 4 ; 10 - 7 = 3 ; 10 - 8 = 2 ; 10 - 9 = 1 ; 10 - 10 = 0</w:t>
      </w:r>
    </w:p>
    <w:p>
      <w:pPr>
        <w:pStyle w:val="Heading1"/>
      </w:pPr>
      <w:r>
        <w:t>Phần 3. Tính nhẩm</w:t>
      </w:r>
    </w:p>
    <w:p>
      <w:pPr>
        <w:spacing w:after="80"/>
      </w:pPr>
      <w:r>
        <w:rPr>
          <w:b/>
        </w:rPr>
        <w:t xml:space="preserve">Câu 1. </w:t>
      </w:r>
      <w:r>
        <w:t>Tính: 2 + 5.</w:t>
      </w:r>
    </w:p>
    <w:p>
      <w:pPr>
        <w:ind w:left="283"/>
      </w:pPr>
      <w:r>
        <w:t>Đáp số: ........................................................</w:t>
      </w:r>
    </w:p>
    <w:p>
      <w:pPr>
        <w:spacing w:after="80"/>
      </w:pPr>
      <w:r>
        <w:rPr>
          <w:b/>
        </w:rPr>
        <w:t xml:space="preserve">Câu 2. </w:t>
      </w:r>
      <w:r>
        <w:t>Tính: 6 + 3.</w:t>
      </w:r>
    </w:p>
    <w:p>
      <w:pPr>
        <w:ind w:left="283"/>
      </w:pPr>
      <w:r>
        <w:t>Đáp số: ........................................................</w:t>
      </w:r>
    </w:p>
    <w:p>
      <w:pPr>
        <w:spacing w:after="80"/>
      </w:pPr>
      <w:r>
        <w:rPr>
          <w:b/>
        </w:rPr>
        <w:t xml:space="preserve">Câu 3. </w:t>
      </w:r>
      <w:r>
        <w:t>Tính: 4 + 4.</w:t>
      </w:r>
    </w:p>
    <w:p>
      <w:pPr>
        <w:ind w:left="283"/>
      </w:pPr>
      <w:r>
        <w:t>Đáp số: ........................................................</w:t>
      </w:r>
    </w:p>
    <w:p>
      <w:pPr>
        <w:spacing w:after="80"/>
      </w:pPr>
      <w:r>
        <w:rPr>
          <w:b/>
        </w:rPr>
        <w:t xml:space="preserve">Câu 4. </w:t>
      </w:r>
      <w:r>
        <w:t>Tính: 1 + 8.</w:t>
      </w:r>
    </w:p>
    <w:p>
      <w:pPr>
        <w:ind w:left="283"/>
      </w:pPr>
      <w:r>
        <w:t>Đáp số: ........................................................</w:t>
      </w:r>
    </w:p>
    <w:p>
      <w:pPr>
        <w:spacing w:after="80"/>
      </w:pPr>
      <w:r>
        <w:rPr>
          <w:b/>
        </w:rPr>
        <w:t xml:space="preserve">Câu 5. </w:t>
      </w:r>
      <w:r>
        <w:t>Tính: 7 + 3.</w:t>
      </w:r>
    </w:p>
    <w:p>
      <w:pPr>
        <w:ind w:left="283"/>
      </w:pPr>
      <w:r>
        <w:t>Đáp số: ........................................................</w:t>
      </w:r>
    </w:p>
    <w:p>
      <w:pPr>
        <w:spacing w:after="80"/>
      </w:pPr>
      <w:r>
        <w:rPr>
          <w:b/>
        </w:rPr>
        <w:t xml:space="preserve">Câu 6. </w:t>
      </w:r>
      <w:r>
        <w:t>Tính: 5 + 4.</w:t>
      </w:r>
    </w:p>
    <w:p>
      <w:pPr>
        <w:ind w:left="283"/>
      </w:pPr>
      <w:r>
        <w:t>Đáp số: ........................................................</w:t>
      </w:r>
    </w:p>
    <w:p>
      <w:pPr>
        <w:spacing w:after="80"/>
      </w:pPr>
      <w:r>
        <w:rPr>
          <w:b/>
        </w:rPr>
        <w:t xml:space="preserve">Câu 7. </w:t>
      </w:r>
      <w:r>
        <w:t>Tính: 3 + 6.</w:t>
      </w:r>
    </w:p>
    <w:p>
      <w:pPr>
        <w:ind w:left="283"/>
      </w:pPr>
      <w:r>
        <w:t>Đáp số: ........................................................</w:t>
      </w:r>
    </w:p>
    <w:p>
      <w:pPr>
        <w:spacing w:after="80"/>
      </w:pPr>
      <w:r>
        <w:rPr>
          <w:b/>
        </w:rPr>
        <w:t xml:space="preserve">Câu 8. </w:t>
      </w:r>
      <w:r>
        <w:t>Tính: 2 + 8.</w:t>
      </w:r>
    </w:p>
    <w:p>
      <w:pPr>
        <w:ind w:left="283"/>
      </w:pPr>
      <w:r>
        <w:t>Đáp số: ........................................................</w:t>
      </w:r>
    </w:p>
    <w:p>
      <w:pPr>
        <w:spacing w:after="80"/>
      </w:pPr>
      <w:r>
        <w:rPr>
          <w:b/>
        </w:rPr>
        <w:t xml:space="preserve">Câu 9. </w:t>
      </w:r>
      <w:r>
        <w:t>Tính: 1 + 6.</w:t>
      </w:r>
    </w:p>
    <w:p>
      <w:pPr>
        <w:ind w:left="283"/>
      </w:pPr>
      <w:r>
        <w:t>Đáp số: ........................................................</w:t>
      </w:r>
    </w:p>
    <w:p>
      <w:pPr>
        <w:spacing w:after="80"/>
      </w:pPr>
      <w:r>
        <w:rPr>
          <w:b/>
        </w:rPr>
        <w:t xml:space="preserve">Câu 10. </w:t>
      </w:r>
      <w:r>
        <w:t>Tính: 5 + 5.</w:t>
      </w:r>
    </w:p>
    <w:p>
      <w:pPr>
        <w:ind w:left="283"/>
      </w:pPr>
      <w:r>
        <w:t>Đáp số: ........................................................</w:t>
      </w:r>
    </w:p>
    <w:p>
      <w:pPr>
        <w:spacing w:after="80"/>
      </w:pPr>
      <w:r>
        <w:rPr>
          <w:b/>
        </w:rPr>
        <w:t xml:space="preserve">Câu 11. </w:t>
      </w:r>
      <w:r>
        <w:t>Tính: 9 - 4.</w:t>
      </w:r>
    </w:p>
    <w:p>
      <w:pPr>
        <w:ind w:left="283"/>
      </w:pPr>
      <w:r>
        <w:t>Đáp số: ........................................................</w:t>
      </w:r>
    </w:p>
    <w:p>
      <w:pPr>
        <w:spacing w:after="80"/>
      </w:pPr>
      <w:r>
        <w:rPr>
          <w:b/>
        </w:rPr>
        <w:t xml:space="preserve">Câu 12. </w:t>
      </w:r>
      <w:r>
        <w:t>Tính: 8 - 3.</w:t>
      </w:r>
    </w:p>
    <w:p>
      <w:pPr>
        <w:ind w:left="283"/>
      </w:pPr>
      <w:r>
        <w:t>Đáp số: ........................................................</w:t>
      </w:r>
    </w:p>
    <w:p>
      <w:pPr>
        <w:spacing w:after="80"/>
      </w:pPr>
      <w:r>
        <w:rPr>
          <w:b/>
        </w:rPr>
        <w:t xml:space="preserve">Câu 13. </w:t>
      </w:r>
      <w:r>
        <w:t>Tính: 10 - 6.</w:t>
      </w:r>
    </w:p>
    <w:p>
      <w:pPr>
        <w:ind w:left="283"/>
      </w:pPr>
      <w:r>
        <w:t>Đáp số: ........................................................</w:t>
      </w:r>
    </w:p>
    <w:p>
      <w:pPr>
        <w:spacing w:after="80"/>
      </w:pPr>
      <w:r>
        <w:rPr>
          <w:b/>
        </w:rPr>
        <w:t xml:space="preserve">Câu 14. </w:t>
      </w:r>
      <w:r>
        <w:t>Tính: 7 - 5.</w:t>
      </w:r>
    </w:p>
    <w:p>
      <w:pPr>
        <w:ind w:left="283"/>
      </w:pPr>
      <w:r>
        <w:t>Đáp số: ........................................................</w:t>
      </w:r>
    </w:p>
    <w:p>
      <w:pPr>
        <w:spacing w:after="80"/>
      </w:pPr>
      <w:r>
        <w:rPr>
          <w:b/>
        </w:rPr>
        <w:t xml:space="preserve">Câu 15. </w:t>
      </w:r>
      <w:r>
        <w:t>Tính: 6 - 2.</w:t>
      </w:r>
    </w:p>
    <w:p>
      <w:pPr>
        <w:ind w:left="283"/>
      </w:pPr>
      <w:r>
        <w:t>Đáp số: ........................................................</w:t>
      </w:r>
    </w:p>
    <w:p>
      <w:pPr>
        <w:spacing w:after="80"/>
      </w:pPr>
      <w:r>
        <w:rPr>
          <w:b/>
        </w:rPr>
        <w:t xml:space="preserve">Câu 16. </w:t>
      </w:r>
      <w:r>
        <w:t>Tính: 10 - 3.</w:t>
      </w:r>
    </w:p>
    <w:p>
      <w:pPr>
        <w:ind w:left="283"/>
      </w:pPr>
      <w:r>
        <w:t>Đáp số: ........................................................</w:t>
      </w:r>
    </w:p>
    <w:p>
      <w:pPr>
        <w:spacing w:after="80"/>
      </w:pPr>
      <w:r>
        <w:rPr>
          <w:b/>
        </w:rPr>
        <w:t xml:space="preserve">Câu 17. </w:t>
      </w:r>
      <w:r>
        <w:t>Tính: 9 - 7.</w:t>
      </w:r>
    </w:p>
    <w:p>
      <w:pPr>
        <w:ind w:left="283"/>
      </w:pPr>
      <w:r>
        <w:t>Đáp số: ........................................................</w:t>
      </w:r>
    </w:p>
    <w:p>
      <w:pPr>
        <w:spacing w:after="80"/>
      </w:pPr>
      <w:r>
        <w:rPr>
          <w:b/>
        </w:rPr>
        <w:t xml:space="preserve">Câu 18. </w:t>
      </w:r>
      <w:r>
        <w:t>Tính: 8 - 6.</w:t>
      </w:r>
    </w:p>
    <w:p>
      <w:pPr>
        <w:ind w:left="283"/>
      </w:pPr>
      <w:r>
        <w:t>Đáp số: ........................................................</w:t>
      </w:r>
    </w:p>
    <w:p>
      <w:pPr>
        <w:spacing w:after="80"/>
      </w:pPr>
      <w:r>
        <w:rPr>
          <w:b/>
        </w:rPr>
        <w:t xml:space="preserve">Câu 19. </w:t>
      </w:r>
      <w:r>
        <w:t>Tính: 5 - 1.</w:t>
      </w:r>
    </w:p>
    <w:p>
      <w:pPr>
        <w:ind w:left="283"/>
      </w:pPr>
      <w:r>
        <w:t>Đáp số: ........................................................</w:t>
      </w:r>
    </w:p>
    <w:p>
      <w:pPr>
        <w:spacing w:after="80"/>
      </w:pPr>
      <w:r>
        <w:rPr>
          <w:b/>
        </w:rPr>
        <w:t xml:space="preserve">Câu 20. </w:t>
      </w:r>
      <w:r>
        <w:t>Tính: 10 - 8.</w:t>
      </w:r>
    </w:p>
    <w:p>
      <w:pPr>
        <w:ind w:left="283"/>
      </w:pPr>
      <w:r>
        <w:t>Đáp số: ........................................................</w:t>
      </w:r>
    </w:p>
    <w:p>
      <w:pPr>
        <w:pStyle w:val="Heading1"/>
      </w:pPr>
      <w:r>
        <w:t>Phần 4. Điền số, so sánh và bài toán</w:t>
      </w:r>
    </w:p>
    <w:p>
      <w:pPr>
        <w:spacing w:after="80"/>
      </w:pPr>
      <w:r>
        <w:rPr>
          <w:b/>
        </w:rPr>
        <w:t xml:space="preserve">Câu 21. </w:t>
      </w:r>
      <w:r>
        <w:t>Điền số: 3 + __ = 8.</w:t>
      </w:r>
    </w:p>
    <w:p>
      <w:pPr>
        <w:ind w:left="283"/>
      </w:pPr>
      <w:r>
        <w:t>Đáp số: ........................................................</w:t>
      </w:r>
    </w:p>
    <w:p>
      <w:pPr>
        <w:spacing w:after="80"/>
      </w:pPr>
      <w:r>
        <w:rPr>
          <w:b/>
        </w:rPr>
        <w:t xml:space="preserve">Câu 22. </w:t>
      </w:r>
      <w:r>
        <w:t>Điền số: __ + 4 = 10.</w:t>
      </w:r>
    </w:p>
    <w:p>
      <w:pPr>
        <w:ind w:left="283"/>
      </w:pPr>
      <w:r>
        <w:t>Đáp số: ........................................................</w:t>
      </w:r>
    </w:p>
    <w:p>
      <w:pPr>
        <w:spacing w:after="80"/>
      </w:pPr>
      <w:r>
        <w:rPr>
          <w:b/>
        </w:rPr>
        <w:t xml:space="preserve">Câu 23. </w:t>
      </w:r>
      <w:r>
        <w:t>Điền số: 7 - __ = 2.</w:t>
      </w:r>
    </w:p>
    <w:p>
      <w:pPr>
        <w:ind w:left="283"/>
      </w:pPr>
      <w:r>
        <w:t>Đáp số: ........................................................</w:t>
      </w:r>
    </w:p>
    <w:p>
      <w:pPr>
        <w:spacing w:after="80"/>
      </w:pPr>
      <w:r>
        <w:rPr>
          <w:b/>
        </w:rPr>
        <w:t xml:space="preserve">Câu 24. </w:t>
      </w:r>
      <w:r>
        <w:t>Điền số: 10 - __ = 6.</w:t>
      </w:r>
    </w:p>
    <w:p>
      <w:pPr>
        <w:ind w:left="283"/>
      </w:pPr>
      <w:r>
        <w:t>Đáp số: ........................................................</w:t>
      </w:r>
    </w:p>
    <w:p>
      <w:pPr>
        <w:spacing w:after="80"/>
      </w:pPr>
      <w:r>
        <w:rPr>
          <w:b/>
        </w:rPr>
        <w:t xml:space="preserve">Câu 25. </w:t>
      </w:r>
      <w:r>
        <w:t>Điền số: __ + 2 = 9.</w:t>
      </w:r>
    </w:p>
    <w:p>
      <w:pPr>
        <w:ind w:left="283"/>
      </w:pPr>
      <w:r>
        <w:t>Đáp số: ........................................................</w:t>
      </w:r>
    </w:p>
    <w:p>
      <w:pPr>
        <w:spacing w:after="80"/>
      </w:pPr>
      <w:r>
        <w:rPr>
          <w:b/>
        </w:rPr>
        <w:t xml:space="preserve">Câu 26. </w:t>
      </w:r>
      <w:r>
        <w:t>Điền số: __ - 3 = 5.</w:t>
      </w:r>
    </w:p>
    <w:p>
      <w:pPr>
        <w:ind w:left="283"/>
      </w:pPr>
      <w:r>
        <w:t>Đáp số: ........................................................</w:t>
      </w:r>
    </w:p>
    <w:p>
      <w:pPr>
        <w:spacing w:after="80"/>
      </w:pPr>
      <w:r>
        <w:rPr>
          <w:b/>
        </w:rPr>
        <w:t xml:space="preserve">Câu 27. </w:t>
      </w:r>
      <w:r>
        <w:t>Điền số: 6 + __ = 10.</w:t>
      </w:r>
    </w:p>
    <w:p>
      <w:pPr>
        <w:ind w:left="283"/>
      </w:pPr>
      <w:r>
        <w:t>Đáp số: ........................................................</w:t>
      </w:r>
    </w:p>
    <w:p>
      <w:pPr>
        <w:spacing w:after="80"/>
      </w:pPr>
      <w:r>
        <w:rPr>
          <w:b/>
        </w:rPr>
        <w:t xml:space="preserve">Câu 28. </w:t>
      </w:r>
      <w:r>
        <w:t>Điền số: 9 - __ = 4.</w:t>
      </w:r>
    </w:p>
    <w:p>
      <w:pPr>
        <w:ind w:left="283"/>
      </w:pPr>
      <w:r>
        <w:t>Đáp số: ........................................................</w:t>
      </w:r>
    </w:p>
    <w:p>
      <w:pPr>
        <w:spacing w:after="80"/>
      </w:pPr>
      <w:r>
        <w:rPr>
          <w:b/>
        </w:rPr>
        <w:t xml:space="preserve">Câu 29. </w:t>
      </w:r>
      <w:r>
        <w:t>Điền số: __ + 1 = 7.</w:t>
      </w:r>
    </w:p>
    <w:p>
      <w:pPr>
        <w:ind w:left="283"/>
      </w:pPr>
      <w:r>
        <w:t>Đáp số: ........................................................</w:t>
      </w:r>
    </w:p>
    <w:p>
      <w:pPr>
        <w:spacing w:after="80"/>
      </w:pPr>
      <w:r>
        <w:rPr>
          <w:b/>
        </w:rPr>
        <w:t xml:space="preserve">Câu 30. </w:t>
      </w:r>
      <w:r>
        <w:t>Điền số: 8 - __ = 1.</w:t>
      </w:r>
    </w:p>
    <w:p>
      <w:pPr>
        <w:ind w:left="283"/>
      </w:pPr>
      <w:r>
        <w:t>Đáp số: ........................................................</w:t>
      </w:r>
    </w:p>
    <w:p>
      <w:pPr>
        <w:spacing w:after="80"/>
      </w:pPr>
      <w:r>
        <w:rPr>
          <w:b/>
        </w:rPr>
        <w:t xml:space="preserve">Câu 31. </w:t>
      </w:r>
      <w:r>
        <w:t>Điền dấu &gt;, &lt; hoặc =: 4 + 3 __ 8.</w:t>
      </w:r>
    </w:p>
    <w:p>
      <w:pPr>
        <w:ind w:left="283"/>
      </w:pPr>
      <w:r>
        <w:t>Đáp số: ........................................................</w:t>
      </w:r>
    </w:p>
    <w:p>
      <w:pPr>
        <w:spacing w:after="80"/>
      </w:pPr>
      <w:r>
        <w:rPr>
          <w:b/>
        </w:rPr>
        <w:t xml:space="preserve">Câu 32. </w:t>
      </w:r>
      <w:r>
        <w:t>Điền dấu &gt;, &lt; hoặc =: 10 - 2 __ 7.</w:t>
      </w:r>
    </w:p>
    <w:p>
      <w:pPr>
        <w:ind w:left="283"/>
      </w:pPr>
      <w:r>
        <w:t>Đáp số: ........................................................</w:t>
      </w:r>
    </w:p>
    <w:p>
      <w:pPr>
        <w:spacing w:after="80"/>
      </w:pPr>
      <w:r>
        <w:rPr>
          <w:b/>
        </w:rPr>
        <w:t xml:space="preserve">Câu 33. </w:t>
      </w:r>
      <w:r>
        <w:t>Điền dấu &gt;, &lt; hoặc =: 5 + 5 __ 10.</w:t>
      </w:r>
    </w:p>
    <w:p>
      <w:pPr>
        <w:ind w:left="283"/>
      </w:pPr>
      <w:r>
        <w:t>Đáp số: ........................................................</w:t>
      </w:r>
    </w:p>
    <w:p>
      <w:pPr>
        <w:spacing w:after="80"/>
      </w:pPr>
      <w:r>
        <w:rPr>
          <w:b/>
        </w:rPr>
        <w:t xml:space="preserve">Câu 34. </w:t>
      </w:r>
      <w:r>
        <w:t>Điền dấu &gt;, &lt; hoặc =: 9 - 4 __ 3.</w:t>
      </w:r>
    </w:p>
    <w:p>
      <w:pPr>
        <w:ind w:left="283"/>
      </w:pPr>
      <w:r>
        <w:t>Đáp số: ........................................................</w:t>
      </w:r>
    </w:p>
    <w:p>
      <w:pPr>
        <w:spacing w:after="80"/>
      </w:pPr>
      <w:r>
        <w:rPr>
          <w:b/>
        </w:rPr>
        <w:t xml:space="preserve">Câu 35. </w:t>
      </w:r>
      <w:r>
        <w:t>Điền dấu &gt;, &lt; hoặc =: 2 + 6 __ 9.</w:t>
      </w:r>
    </w:p>
    <w:p>
      <w:pPr>
        <w:ind w:left="283"/>
      </w:pPr>
      <w:r>
        <w:t>Đáp số: ........................................................</w:t>
      </w:r>
    </w:p>
    <w:p>
      <w:pPr>
        <w:spacing w:after="80"/>
      </w:pPr>
      <w:r>
        <w:rPr>
          <w:b/>
        </w:rPr>
        <w:t xml:space="preserve">Câu 36. </w:t>
      </w:r>
      <w:r>
        <w:t>Lan có 4 quả bóng, được cho thêm 3 quả. Lan có tất cả bao nhiêu quả?</w:t>
      </w:r>
    </w:p>
    <w:p>
      <w:pPr>
        <w:ind w:left="283"/>
      </w:pPr>
      <w:r>
        <w:t>Đáp số: ........................................................</w:t>
      </w:r>
    </w:p>
    <w:p>
      <w:pPr>
        <w:spacing w:after="80"/>
      </w:pPr>
      <w:r>
        <w:rPr>
          <w:b/>
        </w:rPr>
        <w:t xml:space="preserve">Câu 37. </w:t>
      </w:r>
      <w:r>
        <w:t>Có 9 con chim, 2 con bay đi. Còn lại bao nhiêu con?</w:t>
      </w:r>
    </w:p>
    <w:p>
      <w:pPr>
        <w:ind w:left="283"/>
      </w:pPr>
      <w:r>
        <w:t>Đáp số: ........................................................</w:t>
      </w:r>
    </w:p>
    <w:p>
      <w:pPr>
        <w:spacing w:after="80"/>
      </w:pPr>
      <w:r>
        <w:rPr>
          <w:b/>
        </w:rPr>
        <w:t xml:space="preserve">Câu 38. </w:t>
      </w:r>
      <w:r>
        <w:t>Minh có 5 bút chì, Nam có 4 bút chì. Cả hai có bao nhiêu bút chì?</w:t>
      </w:r>
    </w:p>
    <w:p>
      <w:pPr>
        <w:ind w:left="283"/>
      </w:pPr>
      <w:r>
        <w:t>Đáp số: ........................................................</w:t>
      </w:r>
    </w:p>
    <w:p>
      <w:pPr>
        <w:spacing w:after="80"/>
      </w:pPr>
      <w:r>
        <w:rPr>
          <w:b/>
        </w:rPr>
        <w:t xml:space="preserve">Câu 39. </w:t>
      </w:r>
      <w:r>
        <w:t>Có 10 cái bánh, ăn 6 cái. Còn lại bao nhiêu cái?</w:t>
      </w:r>
    </w:p>
    <w:p>
      <w:pPr>
        <w:ind w:left="283"/>
      </w:pPr>
      <w:r>
        <w:t>Đáp số: ........................................................</w:t>
      </w:r>
    </w:p>
    <w:p>
      <w:pPr>
        <w:spacing w:after="80"/>
      </w:pPr>
      <w:r>
        <w:rPr>
          <w:b/>
        </w:rPr>
        <w:t xml:space="preserve">Câu 40. </w:t>
      </w:r>
      <w:r>
        <w:t>Hộp có 3 viên bi đỏ và 5 viên bi xanh. Hộp có tất cả bao nhiêu viên bi?</w:t>
      </w:r>
    </w:p>
    <w:p>
      <w:pPr>
        <w:ind w:left="283"/>
      </w:pPr>
      <w:r>
        <w:t>Đáp số: ........................................................</w:t>
      </w:r>
    </w:p>
    <w:p>
      <w:pPr>
        <w:pStyle w:val="Heading1"/>
      </w:pPr>
      <w:r>
        <w:t>Đáp án</w:t>
      </w:r>
    </w:p>
    <w:tbl>
      <w:tblPr>
        <w:tblW w:type="auto" w:w="0"/>
        <w:jc w:val="center"/>
        <w:tblLook w:firstColumn="1" w:firstRow="1" w:lastColumn="0" w:lastRow="0" w:noHBand="0" w:noVBand="1" w:val="04A0"/>
      </w:tblPr>
      <w:tblGrid>
        <w:gridCol w:w="2521"/>
        <w:gridCol w:w="2521"/>
        <w:gridCol w:w="2521"/>
        <w:gridCol w:w="2521"/>
      </w:tblGrid>
      <w:tr>
        <w:tc>
          <w:tcPr>
            <w:tcW w:type="dxa" w:w="2521"/>
            <w:vAlign w:val="center"/>
          </w:tcPr>
          <w:p>
            <w:r>
              <w:t>Câu</w:t>
            </w:r>
          </w:p>
        </w:tc>
        <w:tc>
          <w:tcPr>
            <w:tcW w:type="dxa" w:w="2521"/>
            <w:vAlign w:val="center"/>
          </w:tcPr>
          <w:p>
            <w:r>
              <w:t>Đáp án</w:t>
            </w:r>
          </w:p>
        </w:tc>
        <w:tc>
          <w:tcPr>
            <w:tcW w:type="dxa" w:w="2521"/>
            <w:vAlign w:val="center"/>
          </w:tcPr>
          <w:p>
            <w:r>
              <w:t>Câu</w:t>
            </w:r>
          </w:p>
        </w:tc>
        <w:tc>
          <w:tcPr>
            <w:tcW w:type="dxa" w:w="2521"/>
            <w:vAlign w:val="center"/>
          </w:tcPr>
          <w:p>
            <w:r>
              <w:t>Đáp án</w:t>
            </w:r>
          </w:p>
        </w:tc>
      </w:tr>
      <w:tr>
        <w:tc>
          <w:tcPr>
            <w:tcW w:type="dxa" w:w="2521"/>
          </w:tcPr>
          <w:p>
            <w:r>
              <w:t>1</w:t>
            </w:r>
          </w:p>
        </w:tc>
        <w:tc>
          <w:tcPr>
            <w:tcW w:type="dxa" w:w="2521"/>
          </w:tcPr>
          <w:p>
            <w:r>
              <w:t>7</w:t>
            </w:r>
          </w:p>
        </w:tc>
        <w:tc>
          <w:tcPr>
            <w:tcW w:type="dxa" w:w="2521"/>
          </w:tcPr>
          <w:p>
            <w:r>
              <w:t>21</w:t>
            </w:r>
          </w:p>
        </w:tc>
        <w:tc>
          <w:tcPr>
            <w:tcW w:type="dxa" w:w="2521"/>
          </w:tcPr>
          <w:p>
            <w:r>
              <w:t>5</w:t>
            </w:r>
          </w:p>
        </w:tc>
      </w:tr>
      <w:tr>
        <w:tc>
          <w:tcPr>
            <w:tcW w:type="dxa" w:w="2521"/>
          </w:tcPr>
          <w:p>
            <w:r>
              <w:t>2</w:t>
            </w:r>
          </w:p>
        </w:tc>
        <w:tc>
          <w:tcPr>
            <w:tcW w:type="dxa" w:w="2521"/>
          </w:tcPr>
          <w:p>
            <w:r>
              <w:t>9</w:t>
            </w:r>
          </w:p>
        </w:tc>
        <w:tc>
          <w:tcPr>
            <w:tcW w:type="dxa" w:w="2521"/>
          </w:tcPr>
          <w:p>
            <w:r>
              <w:t>22</w:t>
            </w:r>
          </w:p>
        </w:tc>
        <w:tc>
          <w:tcPr>
            <w:tcW w:type="dxa" w:w="2521"/>
          </w:tcPr>
          <w:p>
            <w:r>
              <w:t>6</w:t>
            </w:r>
          </w:p>
        </w:tc>
      </w:tr>
      <w:tr>
        <w:tc>
          <w:tcPr>
            <w:tcW w:type="dxa" w:w="2521"/>
          </w:tcPr>
          <w:p>
            <w:r>
              <w:t>3</w:t>
            </w:r>
          </w:p>
        </w:tc>
        <w:tc>
          <w:tcPr>
            <w:tcW w:type="dxa" w:w="2521"/>
          </w:tcPr>
          <w:p>
            <w:r>
              <w:t>8</w:t>
            </w:r>
          </w:p>
        </w:tc>
        <w:tc>
          <w:tcPr>
            <w:tcW w:type="dxa" w:w="2521"/>
          </w:tcPr>
          <w:p>
            <w:r>
              <w:t>23</w:t>
            </w:r>
          </w:p>
        </w:tc>
        <w:tc>
          <w:tcPr>
            <w:tcW w:type="dxa" w:w="2521"/>
          </w:tcPr>
          <w:p>
            <w:r>
              <w:t>5</w:t>
            </w:r>
          </w:p>
        </w:tc>
      </w:tr>
      <w:tr>
        <w:tc>
          <w:tcPr>
            <w:tcW w:type="dxa" w:w="2521"/>
          </w:tcPr>
          <w:p>
            <w:r>
              <w:t>4</w:t>
            </w:r>
          </w:p>
        </w:tc>
        <w:tc>
          <w:tcPr>
            <w:tcW w:type="dxa" w:w="2521"/>
          </w:tcPr>
          <w:p>
            <w:r>
              <w:t>9</w:t>
            </w:r>
          </w:p>
        </w:tc>
        <w:tc>
          <w:tcPr>
            <w:tcW w:type="dxa" w:w="2521"/>
          </w:tcPr>
          <w:p>
            <w:r>
              <w:t>24</w:t>
            </w:r>
          </w:p>
        </w:tc>
        <w:tc>
          <w:tcPr>
            <w:tcW w:type="dxa" w:w="2521"/>
          </w:tcPr>
          <w:p>
            <w:r>
              <w:t>4</w:t>
            </w:r>
          </w:p>
        </w:tc>
      </w:tr>
      <w:tr>
        <w:tc>
          <w:tcPr>
            <w:tcW w:type="dxa" w:w="2521"/>
          </w:tcPr>
          <w:p>
            <w:r>
              <w:t>5</w:t>
            </w:r>
          </w:p>
        </w:tc>
        <w:tc>
          <w:tcPr>
            <w:tcW w:type="dxa" w:w="2521"/>
          </w:tcPr>
          <w:p>
            <w:r>
              <w:t>10</w:t>
            </w:r>
          </w:p>
        </w:tc>
        <w:tc>
          <w:tcPr>
            <w:tcW w:type="dxa" w:w="2521"/>
          </w:tcPr>
          <w:p>
            <w:r>
              <w:t>25</w:t>
            </w:r>
          </w:p>
        </w:tc>
        <w:tc>
          <w:tcPr>
            <w:tcW w:type="dxa" w:w="2521"/>
          </w:tcPr>
          <w:p>
            <w:r>
              <w:t>7</w:t>
            </w:r>
          </w:p>
        </w:tc>
      </w:tr>
      <w:tr>
        <w:tc>
          <w:tcPr>
            <w:tcW w:type="dxa" w:w="2521"/>
          </w:tcPr>
          <w:p>
            <w:r>
              <w:t>6</w:t>
            </w:r>
          </w:p>
        </w:tc>
        <w:tc>
          <w:tcPr>
            <w:tcW w:type="dxa" w:w="2521"/>
          </w:tcPr>
          <w:p>
            <w:r>
              <w:t>9</w:t>
            </w:r>
          </w:p>
        </w:tc>
        <w:tc>
          <w:tcPr>
            <w:tcW w:type="dxa" w:w="2521"/>
          </w:tcPr>
          <w:p>
            <w:r>
              <w:t>26</w:t>
            </w:r>
          </w:p>
        </w:tc>
        <w:tc>
          <w:tcPr>
            <w:tcW w:type="dxa" w:w="2521"/>
          </w:tcPr>
          <w:p>
            <w:r>
              <w:t>8</w:t>
            </w:r>
          </w:p>
        </w:tc>
      </w:tr>
      <w:tr>
        <w:tc>
          <w:tcPr>
            <w:tcW w:type="dxa" w:w="2521"/>
          </w:tcPr>
          <w:p>
            <w:r>
              <w:t>7</w:t>
            </w:r>
          </w:p>
        </w:tc>
        <w:tc>
          <w:tcPr>
            <w:tcW w:type="dxa" w:w="2521"/>
          </w:tcPr>
          <w:p>
            <w:r>
              <w:t>9</w:t>
            </w:r>
          </w:p>
        </w:tc>
        <w:tc>
          <w:tcPr>
            <w:tcW w:type="dxa" w:w="2521"/>
          </w:tcPr>
          <w:p>
            <w:r>
              <w:t>27</w:t>
            </w:r>
          </w:p>
        </w:tc>
        <w:tc>
          <w:tcPr>
            <w:tcW w:type="dxa" w:w="2521"/>
          </w:tcPr>
          <w:p>
            <w:r>
              <w:t>4</w:t>
            </w:r>
          </w:p>
        </w:tc>
      </w:tr>
      <w:tr>
        <w:tc>
          <w:tcPr>
            <w:tcW w:type="dxa" w:w="2521"/>
          </w:tcPr>
          <w:p>
            <w:r>
              <w:t>8</w:t>
            </w:r>
          </w:p>
        </w:tc>
        <w:tc>
          <w:tcPr>
            <w:tcW w:type="dxa" w:w="2521"/>
          </w:tcPr>
          <w:p>
            <w:r>
              <w:t>10</w:t>
            </w:r>
          </w:p>
        </w:tc>
        <w:tc>
          <w:tcPr>
            <w:tcW w:type="dxa" w:w="2521"/>
          </w:tcPr>
          <w:p>
            <w:r>
              <w:t>28</w:t>
            </w:r>
          </w:p>
        </w:tc>
        <w:tc>
          <w:tcPr>
            <w:tcW w:type="dxa" w:w="2521"/>
          </w:tcPr>
          <w:p>
            <w:r>
              <w:t>5</w:t>
            </w:r>
          </w:p>
        </w:tc>
      </w:tr>
      <w:tr>
        <w:tc>
          <w:tcPr>
            <w:tcW w:type="dxa" w:w="2521"/>
          </w:tcPr>
          <w:p>
            <w:r>
              <w:t>9</w:t>
            </w:r>
          </w:p>
        </w:tc>
        <w:tc>
          <w:tcPr>
            <w:tcW w:type="dxa" w:w="2521"/>
          </w:tcPr>
          <w:p>
            <w:r>
              <w:t>7</w:t>
            </w:r>
          </w:p>
        </w:tc>
        <w:tc>
          <w:tcPr>
            <w:tcW w:type="dxa" w:w="2521"/>
          </w:tcPr>
          <w:p>
            <w:r>
              <w:t>29</w:t>
            </w:r>
          </w:p>
        </w:tc>
        <w:tc>
          <w:tcPr>
            <w:tcW w:type="dxa" w:w="2521"/>
          </w:tcPr>
          <w:p>
            <w:r>
              <w:t>6</w:t>
            </w:r>
          </w:p>
        </w:tc>
      </w:tr>
      <w:tr>
        <w:tc>
          <w:tcPr>
            <w:tcW w:type="dxa" w:w="2521"/>
          </w:tcPr>
          <w:p>
            <w:r>
              <w:t>10</w:t>
            </w:r>
          </w:p>
        </w:tc>
        <w:tc>
          <w:tcPr>
            <w:tcW w:type="dxa" w:w="2521"/>
          </w:tcPr>
          <w:p>
            <w:r>
              <w:t>10</w:t>
            </w:r>
          </w:p>
        </w:tc>
        <w:tc>
          <w:tcPr>
            <w:tcW w:type="dxa" w:w="2521"/>
          </w:tcPr>
          <w:p>
            <w:r>
              <w:t>30</w:t>
            </w:r>
          </w:p>
        </w:tc>
        <w:tc>
          <w:tcPr>
            <w:tcW w:type="dxa" w:w="2521"/>
          </w:tcPr>
          <w:p>
            <w:r>
              <w:t>7</w:t>
            </w:r>
          </w:p>
        </w:tc>
      </w:tr>
      <w:tr>
        <w:tc>
          <w:tcPr>
            <w:tcW w:type="dxa" w:w="2521"/>
          </w:tcPr>
          <w:p>
            <w:r>
              <w:t>11</w:t>
            </w:r>
          </w:p>
        </w:tc>
        <w:tc>
          <w:tcPr>
            <w:tcW w:type="dxa" w:w="2521"/>
          </w:tcPr>
          <w:p>
            <w:r>
              <w:t>5</w:t>
            </w:r>
          </w:p>
        </w:tc>
        <w:tc>
          <w:tcPr>
            <w:tcW w:type="dxa" w:w="2521"/>
          </w:tcPr>
          <w:p>
            <w:r>
              <w:t>31</w:t>
            </w:r>
          </w:p>
        </w:tc>
        <w:tc>
          <w:tcPr>
            <w:tcW w:type="dxa" w:w="2521"/>
          </w:tcPr>
          <w:p>
            <w:r>
              <w:t>&lt;</w:t>
            </w:r>
          </w:p>
        </w:tc>
      </w:tr>
      <w:tr>
        <w:tc>
          <w:tcPr>
            <w:tcW w:type="dxa" w:w="2521"/>
          </w:tcPr>
          <w:p>
            <w:r>
              <w:t>12</w:t>
            </w:r>
          </w:p>
        </w:tc>
        <w:tc>
          <w:tcPr>
            <w:tcW w:type="dxa" w:w="2521"/>
          </w:tcPr>
          <w:p>
            <w:r>
              <w:t>5</w:t>
            </w:r>
          </w:p>
        </w:tc>
        <w:tc>
          <w:tcPr>
            <w:tcW w:type="dxa" w:w="2521"/>
          </w:tcPr>
          <w:p>
            <w:r>
              <w:t>32</w:t>
            </w:r>
          </w:p>
        </w:tc>
        <w:tc>
          <w:tcPr>
            <w:tcW w:type="dxa" w:w="2521"/>
          </w:tcPr>
          <w:p>
            <w:r>
              <w:t>&gt;</w:t>
            </w:r>
          </w:p>
        </w:tc>
      </w:tr>
      <w:tr>
        <w:tc>
          <w:tcPr>
            <w:tcW w:type="dxa" w:w="2521"/>
          </w:tcPr>
          <w:p>
            <w:r>
              <w:t>13</w:t>
            </w:r>
          </w:p>
        </w:tc>
        <w:tc>
          <w:tcPr>
            <w:tcW w:type="dxa" w:w="2521"/>
          </w:tcPr>
          <w:p>
            <w:r>
              <w:t>4</w:t>
            </w:r>
          </w:p>
        </w:tc>
        <w:tc>
          <w:tcPr>
            <w:tcW w:type="dxa" w:w="2521"/>
          </w:tcPr>
          <w:p>
            <w:r>
              <w:t>33</w:t>
            </w:r>
          </w:p>
        </w:tc>
        <w:tc>
          <w:tcPr>
            <w:tcW w:type="dxa" w:w="2521"/>
          </w:tcPr>
          <w:p>
            <w:r>
              <w:t>=</w:t>
            </w:r>
          </w:p>
        </w:tc>
      </w:tr>
      <w:tr>
        <w:tc>
          <w:tcPr>
            <w:tcW w:type="dxa" w:w="2521"/>
          </w:tcPr>
          <w:p>
            <w:r>
              <w:t>14</w:t>
            </w:r>
          </w:p>
        </w:tc>
        <w:tc>
          <w:tcPr>
            <w:tcW w:type="dxa" w:w="2521"/>
          </w:tcPr>
          <w:p>
            <w:r>
              <w:t>2</w:t>
            </w:r>
          </w:p>
        </w:tc>
        <w:tc>
          <w:tcPr>
            <w:tcW w:type="dxa" w:w="2521"/>
          </w:tcPr>
          <w:p>
            <w:r>
              <w:t>34</w:t>
            </w:r>
          </w:p>
        </w:tc>
        <w:tc>
          <w:tcPr>
            <w:tcW w:type="dxa" w:w="2521"/>
          </w:tcPr>
          <w:p>
            <w:r>
              <w:t>&gt;</w:t>
            </w:r>
          </w:p>
        </w:tc>
      </w:tr>
      <w:tr>
        <w:tc>
          <w:tcPr>
            <w:tcW w:type="dxa" w:w="2521"/>
          </w:tcPr>
          <w:p>
            <w:r>
              <w:t>15</w:t>
            </w:r>
          </w:p>
        </w:tc>
        <w:tc>
          <w:tcPr>
            <w:tcW w:type="dxa" w:w="2521"/>
          </w:tcPr>
          <w:p>
            <w:r>
              <w:t>4</w:t>
            </w:r>
          </w:p>
        </w:tc>
        <w:tc>
          <w:tcPr>
            <w:tcW w:type="dxa" w:w="2521"/>
          </w:tcPr>
          <w:p>
            <w:r>
              <w:t>35</w:t>
            </w:r>
          </w:p>
        </w:tc>
        <w:tc>
          <w:tcPr>
            <w:tcW w:type="dxa" w:w="2521"/>
          </w:tcPr>
          <w:p>
            <w:r>
              <w:t>&lt;</w:t>
            </w:r>
          </w:p>
        </w:tc>
      </w:tr>
      <w:tr>
        <w:tc>
          <w:tcPr>
            <w:tcW w:type="dxa" w:w="2521"/>
          </w:tcPr>
          <w:p>
            <w:r>
              <w:t>16</w:t>
            </w:r>
          </w:p>
        </w:tc>
        <w:tc>
          <w:tcPr>
            <w:tcW w:type="dxa" w:w="2521"/>
          </w:tcPr>
          <w:p>
            <w:r>
              <w:t>7</w:t>
            </w:r>
          </w:p>
        </w:tc>
        <w:tc>
          <w:tcPr>
            <w:tcW w:type="dxa" w:w="2521"/>
          </w:tcPr>
          <w:p>
            <w:r>
              <w:t>36</w:t>
            </w:r>
          </w:p>
        </w:tc>
        <w:tc>
          <w:tcPr>
            <w:tcW w:type="dxa" w:w="2521"/>
          </w:tcPr>
          <w:p>
            <w:r>
              <w:t>7 quả bóng</w:t>
            </w:r>
          </w:p>
        </w:tc>
      </w:tr>
      <w:tr>
        <w:tc>
          <w:tcPr>
            <w:tcW w:type="dxa" w:w="2521"/>
          </w:tcPr>
          <w:p>
            <w:r>
              <w:t>17</w:t>
            </w:r>
          </w:p>
        </w:tc>
        <w:tc>
          <w:tcPr>
            <w:tcW w:type="dxa" w:w="2521"/>
          </w:tcPr>
          <w:p>
            <w:r>
              <w:t>2</w:t>
            </w:r>
          </w:p>
        </w:tc>
        <w:tc>
          <w:tcPr>
            <w:tcW w:type="dxa" w:w="2521"/>
          </w:tcPr>
          <w:p>
            <w:r>
              <w:t>37</w:t>
            </w:r>
          </w:p>
        </w:tc>
        <w:tc>
          <w:tcPr>
            <w:tcW w:type="dxa" w:w="2521"/>
          </w:tcPr>
          <w:p>
            <w:r>
              <w:t>7 con chim</w:t>
            </w:r>
          </w:p>
        </w:tc>
      </w:tr>
      <w:tr>
        <w:tc>
          <w:tcPr>
            <w:tcW w:type="dxa" w:w="2521"/>
          </w:tcPr>
          <w:p>
            <w:r>
              <w:t>18</w:t>
            </w:r>
          </w:p>
        </w:tc>
        <w:tc>
          <w:tcPr>
            <w:tcW w:type="dxa" w:w="2521"/>
          </w:tcPr>
          <w:p>
            <w:r>
              <w:t>2</w:t>
            </w:r>
          </w:p>
        </w:tc>
        <w:tc>
          <w:tcPr>
            <w:tcW w:type="dxa" w:w="2521"/>
          </w:tcPr>
          <w:p>
            <w:r>
              <w:t>38</w:t>
            </w:r>
          </w:p>
        </w:tc>
        <w:tc>
          <w:tcPr>
            <w:tcW w:type="dxa" w:w="2521"/>
          </w:tcPr>
          <w:p>
            <w:r>
              <w:t>9 bút chì</w:t>
            </w:r>
          </w:p>
        </w:tc>
      </w:tr>
      <w:tr>
        <w:tc>
          <w:tcPr>
            <w:tcW w:type="dxa" w:w="2521"/>
          </w:tcPr>
          <w:p>
            <w:r>
              <w:t>19</w:t>
            </w:r>
          </w:p>
        </w:tc>
        <w:tc>
          <w:tcPr>
            <w:tcW w:type="dxa" w:w="2521"/>
          </w:tcPr>
          <w:p>
            <w:r>
              <w:t>4</w:t>
            </w:r>
          </w:p>
        </w:tc>
        <w:tc>
          <w:tcPr>
            <w:tcW w:type="dxa" w:w="2521"/>
          </w:tcPr>
          <w:p>
            <w:r>
              <w:t>39</w:t>
            </w:r>
          </w:p>
        </w:tc>
        <w:tc>
          <w:tcPr>
            <w:tcW w:type="dxa" w:w="2521"/>
          </w:tcPr>
          <w:p>
            <w:r>
              <w:t>4 cái bánh</w:t>
            </w:r>
          </w:p>
        </w:tc>
      </w:tr>
      <w:tr>
        <w:tc>
          <w:tcPr>
            <w:tcW w:type="dxa" w:w="2521"/>
          </w:tcPr>
          <w:p>
            <w:r>
              <w:t>20</w:t>
            </w:r>
          </w:p>
        </w:tc>
        <w:tc>
          <w:tcPr>
            <w:tcW w:type="dxa" w:w="2521"/>
          </w:tcPr>
          <w:p>
            <w:r>
              <w:t>2</w:t>
            </w:r>
          </w:p>
        </w:tc>
        <w:tc>
          <w:tcPr>
            <w:tcW w:type="dxa" w:w="2521"/>
          </w:tcPr>
          <w:p>
            <w:r>
              <w:t>40</w:t>
            </w:r>
          </w:p>
        </w:tc>
        <w:tc>
          <w:tcPr>
            <w:tcW w:type="dxa" w:w="2521"/>
          </w:tcPr>
          <w:p>
            <w:r>
              <w:t>8 viên bi</w:t>
            </w:r>
          </w:p>
        </w:tc>
      </w:tr>
    </w:tbl>
    <w:sectPr w:rsidR="00FC693F" w:rsidRPr="0006063C" w:rsidSect="00034616">
      <w:pgSz w:w="12240" w:h="15840"/>
      <w:pgMar w:top="964" w:right="1077" w:bottom="964" w:left="107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eastAsia="Arial"/>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eastAsia="Arial"/>
      <w:b/>
      <w:bCs/>
      <w:color w:val="365F91" w:themeColor="accent1" w:themeShade="BF"/>
      <w:sz w:val="3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eastAsia="Arial"/>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rial" w:hAnsi="Arial" w:eastAsia="Arial"/>
      <w:color w:val="17365D" w:themeColor="text2" w:themeShade="BF"/>
      <w:spacing w:val="5"/>
      <w:kern w:val="28"/>
      <w:sz w:val="3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