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ÔN TẬP HÈ TOÁN LỚP 1 LÊN LỚP 2</w:t>
      </w:r>
    </w:p>
    <w:p>
      <w:pPr>
        <w:jc w:val="center"/>
      </w:pPr>
      <w:r>
        <w:rPr>
          <w:i/>
        </w:rPr>
        <w:t>40 bài tổng hợp số học, cộng trừ, đo lường, thời gian, hình học và toán có lời văn</w:t>
      </w:r>
    </w:p>
    <w:p>
      <w:pPr>
        <w:jc w:val="center"/>
      </w:pPr>
      <w:r>
        <w:t>ToanCap1.com - Toán tiểu học</w:t>
      </w:r>
    </w:p>
    <w:p>
      <w:r>
        <w:t>Tài liệu dùng để ôn lại kiến thức lớp 1 trước khi vào lớp 2. Học sinh nên làm từng phần, tự trình bày phép tính rồi mới xem đáp án cuối file.</w:t>
      </w:r>
    </w:p>
    <w:p>
      <w:pPr>
        <w:pStyle w:val="Heading1"/>
      </w:pPr>
      <w:r>
        <w:t>Phần 1. Số đến 100</w:t>
      </w:r>
    </w:p>
    <w:p>
      <w:pPr>
        <w:spacing w:after="80"/>
      </w:pPr>
      <w:r>
        <w:rPr>
          <w:b/>
        </w:rPr>
        <w:t xml:space="preserve">Câu 1. </w:t>
      </w:r>
      <w:r>
        <w:t>Viết các số từ 46 đến 52 theo thứ tự tăng dần.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2. </w:t>
      </w:r>
      <w:r>
        <w:t>Số 73 gồm mấy chục và mấy đơn vị?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3. </w:t>
      </w:r>
      <w:r>
        <w:t>Viết số liền trước và số liền sau của 40.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4. </w:t>
      </w:r>
      <w:r>
        <w:t>Điền dấu &gt;, &lt; hoặc =: 58 __ 85.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5. </w:t>
      </w:r>
      <w:r>
        <w:t>Điền dấu &gt;, &lt; hoặc =: 67 __ 67.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6. </w:t>
      </w:r>
      <w:r>
        <w:t>Sắp xếp 35, 19, 42, 28 từ bé đến lớn.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7. </w:t>
      </w:r>
      <w:r>
        <w:t>Số nào lớn nhất trong các số 54, 45, 50, 59?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8. </w:t>
      </w:r>
      <w:r>
        <w:t>Điền số còn thiếu: 21, 22, __, 24, __, 26.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9. </w:t>
      </w:r>
      <w:r>
        <w:t>Viết số gồm 6 chục và 4 đơn vị.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10. </w:t>
      </w:r>
      <w:r>
        <w:t>Phân tích số 82 thành chục và đơn vị.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Cộng, trừ và tìm số chưa biết</w:t>
      </w:r>
    </w:p>
    <w:p>
      <w:pPr>
        <w:spacing w:after="80"/>
      </w:pPr>
      <w:r>
        <w:rPr>
          <w:b/>
        </w:rPr>
        <w:t xml:space="preserve">Câu 11. </w:t>
      </w:r>
      <w:r>
        <w:t>Tính: 8 + 7.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12. </w:t>
      </w:r>
      <w:r>
        <w:t>Tính: 16 - 9.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13. </w:t>
      </w:r>
      <w:r>
        <w:t>Tính: 24 + 5.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14. </w:t>
      </w:r>
      <w:r>
        <w:t>Tính: 46 - 4.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15. </w:t>
      </w:r>
      <w:r>
        <w:t>Đặt tính rồi tính: 23 + 45.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16. </w:t>
      </w:r>
      <w:r>
        <w:t>Đặt tính rồi tính: 78 - 36.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17. </w:t>
      </w:r>
      <w:r>
        <w:t>Tính: 30 + 20 + 5.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18. </w:t>
      </w:r>
      <w:r>
        <w:t>Tính: 90 - 40 - 20.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19. </w:t>
      </w:r>
      <w:r>
        <w:t>Điền số: 12 + __ = 20.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20. </w:t>
      </w:r>
      <w:r>
        <w:t>Điền số: __ - 15 = 24.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Đo lường, thời gian và hình học</w:t>
      </w:r>
    </w:p>
    <w:p>
      <w:pPr>
        <w:spacing w:after="80"/>
      </w:pPr>
      <w:r>
        <w:rPr>
          <w:b/>
        </w:rPr>
        <w:t xml:space="preserve">Câu 21. </w:t>
      </w:r>
      <w:r>
        <w:t>Một đoạn dây dài 18 cm, cắt bớt 5 cm. Còn lại bao nhiêu xăng-ti-mét?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22. </w:t>
      </w:r>
      <w:r>
        <w:t>Một chiếc thước dài 2 dm. Đổi ra xăng-ti-mét.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23. </w:t>
      </w:r>
      <w:r>
        <w:t>Đồng hồ có kim phút ở số 12 và kim giờ ở số 8. Đồng hồ chỉ mấy giờ?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24. </w:t>
      </w:r>
      <w:r>
        <w:t>Nếu hôm nay là Thứ Hai thì ngày kia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25. </w:t>
      </w:r>
      <w:r>
        <w:t>Hình vuông có mấy cạnh?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26. </w:t>
      </w:r>
      <w:r>
        <w:t>Hình tam giác có mấy cạnh?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27. </w:t>
      </w:r>
      <w:r>
        <w:t>Kể tên hai hình phẳng có bốn cạnh đã học.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28. </w:t>
      </w:r>
      <w:r>
        <w:t>Một hộp bút dài 15 cm, quyển vở dài 20 cm. Vật nào dài hơn và hơn bao nhiêu xăng-ti-mét?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4. Bài toán có lời văn và vận dụng</w:t>
      </w:r>
    </w:p>
    <w:p>
      <w:pPr>
        <w:spacing w:after="80"/>
      </w:pPr>
      <w:r>
        <w:rPr>
          <w:b/>
        </w:rPr>
        <w:t xml:space="preserve">Câu 29. </w:t>
      </w:r>
      <w:r>
        <w:t>Lan có 12 bông hoa, được tặng thêm 7 bông. Lan có tất cả bao nhiêu bông hoa?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30. </w:t>
      </w:r>
      <w:r>
        <w:t>Trong giỏ có 25 quả cam, lấy ra 8 quả. Còn lại bao nhiêu quả cam?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31. </w:t>
      </w:r>
      <w:r>
        <w:t>Nam có 16 viên bi, Bình có nhiều hơn Nam 4 viên. Bình có bao nhiêu viên bi?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32. </w:t>
      </w:r>
      <w:r>
        <w:t>Mai có 23 nhãn vở, Lan có ít hơn Mai 5 nhãn. Lan có bao nhiêu nhãn vở?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33. </w:t>
      </w:r>
      <w:r>
        <w:t>Một lớp có 18 bạn nữ và 16 bạn nam. Lớp có tất cả bao nhiêu bạn?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34. </w:t>
      </w:r>
      <w:r>
        <w:t>Có 30 quyển sách, đã cho mượn 12 quyển. Còn lại bao nhiêu quyển?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35. </w:t>
      </w:r>
      <w:r>
        <w:t>Mẹ mua 20 quả trứng, buổi sáng dùng 6 quả, buổi chiều dùng 4 quả. Còn lại bao nhiêu quả?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36. </w:t>
      </w:r>
      <w:r>
        <w:t>Trên xe có 15 người, thêm 8 người lên xe rồi 5 người xuống xe. Trên xe còn bao nhiêu người?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37. </w:t>
      </w:r>
      <w:r>
        <w:t>Điền số thích hợp: 34 &lt; __ &lt; 37. Hãy nêu một số.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38. </w:t>
      </w:r>
      <w:r>
        <w:t>Tìm số biết số đó cộng 6 thì bằng 20.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39. </w:t>
      </w:r>
      <w:r>
        <w:t>Tìm số biết 25 trừ số đó thì bằng 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40. </w:t>
      </w:r>
      <w:r>
        <w:t>Một đoạn đường dài 50 m, đã đi 30 m. Còn lại bao nhiêu mét?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Đáp án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vAlign w:val="center"/>
          </w:tcPr>
          <w:p>
            <w:r>
              <w:t>Câu</w:t>
            </w:r>
          </w:p>
        </w:tc>
        <w:tc>
          <w:tcPr>
            <w:tcW w:type="dxa" w:w="2521"/>
            <w:vAlign w:val="center"/>
          </w:tcPr>
          <w:p>
            <w:r>
              <w:t>Đáp án</w:t>
            </w:r>
          </w:p>
        </w:tc>
        <w:tc>
          <w:tcPr>
            <w:tcW w:type="dxa" w:w="2521"/>
            <w:vAlign w:val="center"/>
          </w:tcPr>
          <w:p>
            <w:r>
              <w:t>Câu</w:t>
            </w:r>
          </w:p>
        </w:tc>
        <w:tc>
          <w:tcPr>
            <w:tcW w:type="dxa" w:w="2521"/>
            <w:vAlign w:val="center"/>
          </w:tcPr>
          <w:p>
            <w:r>
              <w:t>Đáp án</w:t>
            </w:r>
          </w:p>
        </w:tc>
      </w:tr>
      <w:tr>
        <w:tc>
          <w:tcPr>
            <w:tcW w:type="dxa" w:w="2521"/>
          </w:tcPr>
          <w:p>
            <w:r>
              <w:t>1</w:t>
            </w:r>
          </w:p>
        </w:tc>
        <w:tc>
          <w:tcPr>
            <w:tcW w:type="dxa" w:w="2521"/>
          </w:tcPr>
          <w:p>
            <w:r>
              <w:t>46, 47, 48, 49, 50, 51, 52</w:t>
            </w:r>
          </w:p>
        </w:tc>
        <w:tc>
          <w:tcPr>
            <w:tcW w:type="dxa" w:w="2521"/>
          </w:tcPr>
          <w:p>
            <w:r>
              <w:t>21</w:t>
            </w:r>
          </w:p>
        </w:tc>
        <w:tc>
          <w:tcPr>
            <w:tcW w:type="dxa" w:w="2521"/>
          </w:tcPr>
          <w:p>
            <w:r>
              <w:t>13 cm</w:t>
            </w:r>
          </w:p>
        </w:tc>
      </w:tr>
      <w:tr>
        <w:tc>
          <w:tcPr>
            <w:tcW w:type="dxa" w:w="2521"/>
          </w:tcPr>
          <w:p>
            <w:r>
              <w:t>2</w:t>
            </w:r>
          </w:p>
        </w:tc>
        <w:tc>
          <w:tcPr>
            <w:tcW w:type="dxa" w:w="2521"/>
          </w:tcPr>
          <w:p>
            <w:r>
              <w:t>7 chục 3 đơn vị</w:t>
            </w:r>
          </w:p>
        </w:tc>
        <w:tc>
          <w:tcPr>
            <w:tcW w:type="dxa" w:w="2521"/>
          </w:tcPr>
          <w:p>
            <w:r>
              <w:t>22</w:t>
            </w:r>
          </w:p>
        </w:tc>
        <w:tc>
          <w:tcPr>
            <w:tcW w:type="dxa" w:w="2521"/>
          </w:tcPr>
          <w:p>
            <w:r>
              <w:t>20 cm</w:t>
            </w:r>
          </w:p>
        </w:tc>
      </w:tr>
      <w:tr>
        <w:tc>
          <w:tcPr>
            <w:tcW w:type="dxa" w:w="2521"/>
          </w:tcPr>
          <w:p>
            <w:r>
              <w:t>3</w:t>
            </w:r>
          </w:p>
        </w:tc>
        <w:tc>
          <w:tcPr>
            <w:tcW w:type="dxa" w:w="2521"/>
          </w:tcPr>
          <w:p>
            <w:r>
              <w:t>39 và 41</w:t>
            </w:r>
          </w:p>
        </w:tc>
        <w:tc>
          <w:tcPr>
            <w:tcW w:type="dxa" w:w="2521"/>
          </w:tcPr>
          <w:p>
            <w:r>
              <w:t>23</w:t>
            </w:r>
          </w:p>
        </w:tc>
        <w:tc>
          <w:tcPr>
            <w:tcW w:type="dxa" w:w="2521"/>
          </w:tcPr>
          <w:p>
            <w:r>
              <w:t>8 giờ</w:t>
            </w:r>
          </w:p>
        </w:tc>
      </w:tr>
      <w:tr>
        <w:tc>
          <w:tcPr>
            <w:tcW w:type="dxa" w:w="2521"/>
          </w:tcPr>
          <w:p>
            <w:r>
              <w:t>4</w:t>
            </w:r>
          </w:p>
        </w:tc>
        <w:tc>
          <w:tcPr>
            <w:tcW w:type="dxa" w:w="2521"/>
          </w:tcPr>
          <w:p>
            <w:r>
              <w:t>&lt;</w:t>
            </w:r>
          </w:p>
        </w:tc>
        <w:tc>
          <w:tcPr>
            <w:tcW w:type="dxa" w:w="2521"/>
          </w:tcPr>
          <w:p>
            <w:r>
              <w:t>24</w:t>
            </w:r>
          </w:p>
        </w:tc>
        <w:tc>
          <w:tcPr>
            <w:tcW w:type="dxa" w:w="2521"/>
          </w:tcPr>
          <w:p>
            <w:r>
              <w:t>Thứ Tư</w:t>
            </w:r>
          </w:p>
        </w:tc>
      </w:tr>
      <w:tr>
        <w:tc>
          <w:tcPr>
            <w:tcW w:type="dxa" w:w="2521"/>
          </w:tcPr>
          <w:p>
            <w:r>
              <w:t>5</w:t>
            </w:r>
          </w:p>
        </w:tc>
        <w:tc>
          <w:tcPr>
            <w:tcW w:type="dxa" w:w="2521"/>
          </w:tcPr>
          <w:p>
            <w:r>
              <w:t>=</w:t>
            </w:r>
          </w:p>
        </w:tc>
        <w:tc>
          <w:tcPr>
            <w:tcW w:type="dxa" w:w="2521"/>
          </w:tcPr>
          <w:p>
            <w:r>
              <w:t>25</w:t>
            </w:r>
          </w:p>
        </w:tc>
        <w:tc>
          <w:tcPr>
            <w:tcW w:type="dxa" w:w="2521"/>
          </w:tcPr>
          <w:p>
            <w:r>
              <w:t>4 cạnh</w:t>
            </w:r>
          </w:p>
        </w:tc>
      </w:tr>
      <w:tr>
        <w:tc>
          <w:tcPr>
            <w:tcW w:type="dxa" w:w="2521"/>
          </w:tcPr>
          <w:p>
            <w:r>
              <w:t>6</w:t>
            </w:r>
          </w:p>
        </w:tc>
        <w:tc>
          <w:tcPr>
            <w:tcW w:type="dxa" w:w="2521"/>
          </w:tcPr>
          <w:p>
            <w:r>
              <w:t>19, 28, 35, 42</w:t>
            </w:r>
          </w:p>
        </w:tc>
        <w:tc>
          <w:tcPr>
            <w:tcW w:type="dxa" w:w="2521"/>
          </w:tcPr>
          <w:p>
            <w:r>
              <w:t>26</w:t>
            </w:r>
          </w:p>
        </w:tc>
        <w:tc>
          <w:tcPr>
            <w:tcW w:type="dxa" w:w="2521"/>
          </w:tcPr>
          <w:p>
            <w:r>
              <w:t>3 cạnh</w:t>
            </w:r>
          </w:p>
        </w:tc>
      </w:tr>
      <w:tr>
        <w:tc>
          <w:tcPr>
            <w:tcW w:type="dxa" w:w="2521"/>
          </w:tcPr>
          <w:p>
            <w:r>
              <w:t>7</w:t>
            </w:r>
          </w:p>
        </w:tc>
        <w:tc>
          <w:tcPr>
            <w:tcW w:type="dxa" w:w="2521"/>
          </w:tcPr>
          <w:p>
            <w:r>
              <w:t>59</w:t>
            </w:r>
          </w:p>
        </w:tc>
        <w:tc>
          <w:tcPr>
            <w:tcW w:type="dxa" w:w="2521"/>
          </w:tcPr>
          <w:p>
            <w:r>
              <w:t>27</w:t>
            </w:r>
          </w:p>
        </w:tc>
        <w:tc>
          <w:tcPr>
            <w:tcW w:type="dxa" w:w="2521"/>
          </w:tcPr>
          <w:p>
            <w:r>
              <w:t>Hình vuông và hình chữ nhật</w:t>
            </w:r>
          </w:p>
        </w:tc>
      </w:tr>
      <w:tr>
        <w:tc>
          <w:tcPr>
            <w:tcW w:type="dxa" w:w="2521"/>
          </w:tcPr>
          <w:p>
            <w:r>
              <w:t>8</w:t>
            </w:r>
          </w:p>
        </w:tc>
        <w:tc>
          <w:tcPr>
            <w:tcW w:type="dxa" w:w="2521"/>
          </w:tcPr>
          <w:p>
            <w:r>
              <w:t>23, 25</w:t>
            </w:r>
          </w:p>
        </w:tc>
        <w:tc>
          <w:tcPr>
            <w:tcW w:type="dxa" w:w="2521"/>
          </w:tcPr>
          <w:p>
            <w:r>
              <w:t>28</w:t>
            </w:r>
          </w:p>
        </w:tc>
        <w:tc>
          <w:tcPr>
            <w:tcW w:type="dxa" w:w="2521"/>
          </w:tcPr>
          <w:p>
            <w:r>
              <w:t>Quyển vở, hơn 5 cm</w:t>
            </w:r>
          </w:p>
        </w:tc>
      </w:tr>
      <w:tr>
        <w:tc>
          <w:tcPr>
            <w:tcW w:type="dxa" w:w="2521"/>
          </w:tcPr>
          <w:p>
            <w:r>
              <w:t>9</w:t>
            </w:r>
          </w:p>
        </w:tc>
        <w:tc>
          <w:tcPr>
            <w:tcW w:type="dxa" w:w="2521"/>
          </w:tcPr>
          <w:p>
            <w:r>
              <w:t>64</w:t>
            </w:r>
          </w:p>
        </w:tc>
        <w:tc>
          <w:tcPr>
            <w:tcW w:type="dxa" w:w="2521"/>
          </w:tcPr>
          <w:p>
            <w:r>
              <w:t>29</w:t>
            </w:r>
          </w:p>
        </w:tc>
        <w:tc>
          <w:tcPr>
            <w:tcW w:type="dxa" w:w="2521"/>
          </w:tcPr>
          <w:p>
            <w:r>
              <w:t>19 bông hoa</w:t>
            </w:r>
          </w:p>
        </w:tc>
      </w:tr>
      <w:tr>
        <w:tc>
          <w:tcPr>
            <w:tcW w:type="dxa" w:w="2521"/>
          </w:tcPr>
          <w:p>
            <w:r>
              <w:t>10</w:t>
            </w:r>
          </w:p>
        </w:tc>
        <w:tc>
          <w:tcPr>
            <w:tcW w:type="dxa" w:w="2521"/>
          </w:tcPr>
          <w:p>
            <w:r>
              <w:t>80 + 2</w:t>
            </w:r>
          </w:p>
        </w:tc>
        <w:tc>
          <w:tcPr>
            <w:tcW w:type="dxa" w:w="2521"/>
          </w:tcPr>
          <w:p>
            <w:r>
              <w:t>30</w:t>
            </w:r>
          </w:p>
        </w:tc>
        <w:tc>
          <w:tcPr>
            <w:tcW w:type="dxa" w:w="2521"/>
          </w:tcPr>
          <w:p>
            <w:r>
              <w:t>17 quả cam</w:t>
            </w:r>
          </w:p>
        </w:tc>
      </w:tr>
      <w:tr>
        <w:tc>
          <w:tcPr>
            <w:tcW w:type="dxa" w:w="2521"/>
          </w:tcPr>
          <w:p>
            <w:r>
              <w:t>11</w:t>
            </w:r>
          </w:p>
        </w:tc>
        <w:tc>
          <w:tcPr>
            <w:tcW w:type="dxa" w:w="2521"/>
          </w:tcPr>
          <w:p>
            <w:r>
              <w:t>15</w:t>
            </w:r>
          </w:p>
        </w:tc>
        <w:tc>
          <w:tcPr>
            <w:tcW w:type="dxa" w:w="2521"/>
          </w:tcPr>
          <w:p>
            <w:r>
              <w:t>31</w:t>
            </w:r>
          </w:p>
        </w:tc>
        <w:tc>
          <w:tcPr>
            <w:tcW w:type="dxa" w:w="2521"/>
          </w:tcPr>
          <w:p>
            <w:r>
              <w:t>20 viên bi</w:t>
            </w:r>
          </w:p>
        </w:tc>
      </w:tr>
      <w:tr>
        <w:tc>
          <w:tcPr>
            <w:tcW w:type="dxa" w:w="2521"/>
          </w:tcPr>
          <w:p>
            <w:r>
              <w:t>12</w:t>
            </w:r>
          </w:p>
        </w:tc>
        <w:tc>
          <w:tcPr>
            <w:tcW w:type="dxa" w:w="2521"/>
          </w:tcPr>
          <w:p>
            <w:r>
              <w:t>7</w:t>
            </w:r>
          </w:p>
        </w:tc>
        <w:tc>
          <w:tcPr>
            <w:tcW w:type="dxa" w:w="2521"/>
          </w:tcPr>
          <w:p>
            <w:r>
              <w:t>32</w:t>
            </w:r>
          </w:p>
        </w:tc>
        <w:tc>
          <w:tcPr>
            <w:tcW w:type="dxa" w:w="2521"/>
          </w:tcPr>
          <w:p>
            <w:r>
              <w:t>18 nhãn vở</w:t>
            </w:r>
          </w:p>
        </w:tc>
      </w:tr>
      <w:tr>
        <w:tc>
          <w:tcPr>
            <w:tcW w:type="dxa" w:w="2521"/>
          </w:tcPr>
          <w:p>
            <w:r>
              <w:t>13</w:t>
            </w:r>
          </w:p>
        </w:tc>
        <w:tc>
          <w:tcPr>
            <w:tcW w:type="dxa" w:w="2521"/>
          </w:tcPr>
          <w:p>
            <w:r>
              <w:t>29</w:t>
            </w:r>
          </w:p>
        </w:tc>
        <w:tc>
          <w:tcPr>
            <w:tcW w:type="dxa" w:w="2521"/>
          </w:tcPr>
          <w:p>
            <w:r>
              <w:t>33</w:t>
            </w:r>
          </w:p>
        </w:tc>
        <w:tc>
          <w:tcPr>
            <w:tcW w:type="dxa" w:w="2521"/>
          </w:tcPr>
          <w:p>
            <w:r>
              <w:t>34 bạn</w:t>
            </w:r>
          </w:p>
        </w:tc>
      </w:tr>
      <w:tr>
        <w:tc>
          <w:tcPr>
            <w:tcW w:type="dxa" w:w="2521"/>
          </w:tcPr>
          <w:p>
            <w:r>
              <w:t>14</w:t>
            </w:r>
          </w:p>
        </w:tc>
        <w:tc>
          <w:tcPr>
            <w:tcW w:type="dxa" w:w="2521"/>
          </w:tcPr>
          <w:p>
            <w:r>
              <w:t>42</w:t>
            </w:r>
          </w:p>
        </w:tc>
        <w:tc>
          <w:tcPr>
            <w:tcW w:type="dxa" w:w="2521"/>
          </w:tcPr>
          <w:p>
            <w:r>
              <w:t>34</w:t>
            </w:r>
          </w:p>
        </w:tc>
        <w:tc>
          <w:tcPr>
            <w:tcW w:type="dxa" w:w="2521"/>
          </w:tcPr>
          <w:p>
            <w:r>
              <w:t>18 quyển</w:t>
            </w:r>
          </w:p>
        </w:tc>
      </w:tr>
      <w:tr>
        <w:tc>
          <w:tcPr>
            <w:tcW w:type="dxa" w:w="2521"/>
          </w:tcPr>
          <w:p>
            <w:r>
              <w:t>15</w:t>
            </w:r>
          </w:p>
        </w:tc>
        <w:tc>
          <w:tcPr>
            <w:tcW w:type="dxa" w:w="2521"/>
          </w:tcPr>
          <w:p>
            <w:r>
              <w:t>68</w:t>
            </w:r>
          </w:p>
        </w:tc>
        <w:tc>
          <w:tcPr>
            <w:tcW w:type="dxa" w:w="2521"/>
          </w:tcPr>
          <w:p>
            <w:r>
              <w:t>35</w:t>
            </w:r>
          </w:p>
        </w:tc>
        <w:tc>
          <w:tcPr>
            <w:tcW w:type="dxa" w:w="2521"/>
          </w:tcPr>
          <w:p>
            <w:r>
              <w:t>10 quả</w:t>
            </w:r>
          </w:p>
        </w:tc>
      </w:tr>
      <w:tr>
        <w:tc>
          <w:tcPr>
            <w:tcW w:type="dxa" w:w="2521"/>
          </w:tcPr>
          <w:p>
            <w:r>
              <w:t>16</w:t>
            </w:r>
          </w:p>
        </w:tc>
        <w:tc>
          <w:tcPr>
            <w:tcW w:type="dxa" w:w="2521"/>
          </w:tcPr>
          <w:p>
            <w:r>
              <w:t>42</w:t>
            </w:r>
          </w:p>
        </w:tc>
        <w:tc>
          <w:tcPr>
            <w:tcW w:type="dxa" w:w="2521"/>
          </w:tcPr>
          <w:p>
            <w:r>
              <w:t>36</w:t>
            </w:r>
          </w:p>
        </w:tc>
        <w:tc>
          <w:tcPr>
            <w:tcW w:type="dxa" w:w="2521"/>
          </w:tcPr>
          <w:p>
            <w:r>
              <w:t>18 người</w:t>
            </w:r>
          </w:p>
        </w:tc>
      </w:tr>
      <w:tr>
        <w:tc>
          <w:tcPr>
            <w:tcW w:type="dxa" w:w="2521"/>
          </w:tcPr>
          <w:p>
            <w:r>
              <w:t>17</w:t>
            </w:r>
          </w:p>
        </w:tc>
        <w:tc>
          <w:tcPr>
            <w:tcW w:type="dxa" w:w="2521"/>
          </w:tcPr>
          <w:p>
            <w:r>
              <w:t>55</w:t>
            </w:r>
          </w:p>
        </w:tc>
        <w:tc>
          <w:tcPr>
            <w:tcW w:type="dxa" w:w="2521"/>
          </w:tcPr>
          <w:p>
            <w:r>
              <w:t>37</w:t>
            </w:r>
          </w:p>
        </w:tc>
        <w:tc>
          <w:tcPr>
            <w:tcW w:type="dxa" w:w="2521"/>
          </w:tcPr>
          <w:p>
            <w:r>
              <w:t>35 hoặc 36</w:t>
            </w:r>
          </w:p>
        </w:tc>
      </w:tr>
      <w:tr>
        <w:tc>
          <w:tcPr>
            <w:tcW w:type="dxa" w:w="2521"/>
          </w:tcPr>
          <w:p>
            <w:r>
              <w:t>18</w:t>
            </w:r>
          </w:p>
        </w:tc>
        <w:tc>
          <w:tcPr>
            <w:tcW w:type="dxa" w:w="2521"/>
          </w:tcPr>
          <w:p>
            <w:r>
              <w:t>30</w:t>
            </w:r>
          </w:p>
        </w:tc>
        <w:tc>
          <w:tcPr>
            <w:tcW w:type="dxa" w:w="2521"/>
          </w:tcPr>
          <w:p>
            <w:r>
              <w:t>38</w:t>
            </w:r>
          </w:p>
        </w:tc>
        <w:tc>
          <w:tcPr>
            <w:tcW w:type="dxa" w:w="2521"/>
          </w:tcPr>
          <w:p>
            <w:r>
              <w:t>14</w:t>
            </w:r>
          </w:p>
        </w:tc>
      </w:tr>
      <w:tr>
        <w:tc>
          <w:tcPr>
            <w:tcW w:type="dxa" w:w="2521"/>
          </w:tcPr>
          <w:p>
            <w:r>
              <w:t>19</w:t>
            </w:r>
          </w:p>
        </w:tc>
        <w:tc>
          <w:tcPr>
            <w:tcW w:type="dxa" w:w="2521"/>
          </w:tcPr>
          <w:p>
            <w:r>
              <w:t>8</w:t>
            </w:r>
          </w:p>
        </w:tc>
        <w:tc>
          <w:tcPr>
            <w:tcW w:type="dxa" w:w="2521"/>
          </w:tcPr>
          <w:p>
            <w:r>
              <w:t>39</w:t>
            </w:r>
          </w:p>
        </w:tc>
        <w:tc>
          <w:tcPr>
            <w:tcW w:type="dxa" w:w="2521"/>
          </w:tcPr>
          <w:p>
            <w:r>
              <w:t>16</w:t>
            </w:r>
          </w:p>
        </w:tc>
      </w:tr>
      <w:tr>
        <w:tc>
          <w:tcPr>
            <w:tcW w:type="dxa" w:w="2521"/>
          </w:tcPr>
          <w:p>
            <w:r>
              <w:t>20</w:t>
            </w:r>
          </w:p>
        </w:tc>
        <w:tc>
          <w:tcPr>
            <w:tcW w:type="dxa" w:w="2521"/>
          </w:tcPr>
          <w:p>
            <w:r>
              <w:t>39</w:t>
            </w:r>
          </w:p>
        </w:tc>
        <w:tc>
          <w:tcPr>
            <w:tcW w:type="dxa" w:w="2521"/>
          </w:tcPr>
          <w:p>
            <w:r>
              <w:t>40</w:t>
            </w:r>
          </w:p>
        </w:tc>
        <w:tc>
          <w:tcPr>
            <w:tcW w:type="dxa" w:w="2521"/>
          </w:tcPr>
          <w:p>
            <w:r>
              <w:t>20 m</w:t>
            </w:r>
          </w:p>
        </w:tc>
      </w:tr>
    </w:tbl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