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30 BÀI TẬP ĐƯỜNG GẤP KHÚC LỚP 2</w:t>
      </w:r>
    </w:p>
    <w:p>
      <w:pPr>
        <w:jc w:val="center"/>
      </w:pPr>
      <w:r>
        <w:rPr>
          <w:i/>
        </w:rPr>
        <w:t>Nhận biết - tính độ dài - tìm đoạn còn thiếu - bài toán; có đáp án</w:t>
      </w:r>
    </w:p>
    <w:p>
      <w:pPr>
        <w:jc w:val="center"/>
      </w:pPr>
      <w:r>
        <w:t>ToanCap1.com - Toán tiểu học</w:t>
      </w:r>
    </w:p>
    <w:p>
      <w:r>
        <w:t>Muốn tính độ dài đường gấp khúc, cộng độ dài tất cả các đoạn thẳng tạo nên đường đó. Nếu các số đo khác đơn vị, đổi về cùng một đơn vị trước.</w:t>
      </w:r>
    </w:p>
    <w:p>
      <w:pPr>
        <w:pStyle w:val="Heading1"/>
      </w:pPr>
      <w:r>
        <w:t>Phần 1. Tính độ dài đường gấp khúc</w:t>
      </w:r>
    </w:p>
    <w:p>
      <w:pPr>
        <w:spacing w:after="80"/>
      </w:pPr>
      <w:r>
        <w:rPr>
          <w:b/>
        </w:rPr>
        <w:t xml:space="preserve">Câu 1. </w:t>
      </w:r>
      <w:r>
        <w:t>Đường gấp khúc ABC có AB = 4 cm, BC = 6 cm. Tính độ dài ABC.</w:t>
      </w:r>
    </w:p>
    <w:p>
      <w:pPr>
        <w:ind w:left="283"/>
      </w:pPr>
      <w:r>
        <w:t>Đáp số: ........................................................</w:t>
      </w:r>
    </w:p>
    <w:p>
      <w:pPr>
        <w:spacing w:after="80"/>
      </w:pPr>
      <w:r>
        <w:rPr>
          <w:b/>
        </w:rPr>
        <w:t xml:space="preserve">Câu 2. </w:t>
      </w:r>
      <w:r>
        <w:t>Đường gấp khúc MNP có MN = 7 cm, NP = 5 cm. Tính độ dài MNP.</w:t>
      </w:r>
    </w:p>
    <w:p>
      <w:pPr>
        <w:ind w:left="283"/>
      </w:pPr>
      <w:r>
        <w:t>Đáp số: ........................................................</w:t>
      </w:r>
    </w:p>
    <w:p>
      <w:pPr>
        <w:spacing w:after="80"/>
      </w:pPr>
      <w:r>
        <w:rPr>
          <w:b/>
        </w:rPr>
        <w:t xml:space="preserve">Câu 3. </w:t>
      </w:r>
      <w:r>
        <w:t>ABCD có AB = 3 cm, BC = 8 cm, CD = 4 cm. Tính độ dài.</w:t>
      </w:r>
    </w:p>
    <w:p>
      <w:pPr>
        <w:ind w:left="283"/>
      </w:pPr>
      <w:r>
        <w:t>Đáp số: ........................................................</w:t>
      </w:r>
    </w:p>
    <w:p>
      <w:pPr>
        <w:spacing w:after="80"/>
      </w:pPr>
      <w:r>
        <w:rPr>
          <w:b/>
        </w:rPr>
        <w:t xml:space="preserve">Câu 4. </w:t>
      </w:r>
      <w:r>
        <w:t>MNPQ có các đoạn dài 5 cm, 5 cm, 7 cm. Tính độ dài.</w:t>
      </w:r>
    </w:p>
    <w:p>
      <w:pPr>
        <w:ind w:left="283"/>
      </w:pPr>
      <w:r>
        <w:t>Đáp số: ........................................................</w:t>
      </w:r>
    </w:p>
    <w:p>
      <w:pPr>
        <w:spacing w:after="80"/>
      </w:pPr>
      <w:r>
        <w:rPr>
          <w:b/>
        </w:rPr>
        <w:t xml:space="preserve">Câu 5. </w:t>
      </w:r>
      <w:r>
        <w:t>Một đường gấp khúc gồm 4 đoạn, mỗi đoạn dài 3 cm. Tính độ dài.</w:t>
      </w:r>
    </w:p>
    <w:p>
      <w:pPr>
        <w:ind w:left="283"/>
      </w:pPr>
      <w:r>
        <w:t>Đáp số: ........................................................</w:t>
      </w:r>
    </w:p>
    <w:p>
      <w:pPr>
        <w:spacing w:after="80"/>
      </w:pPr>
      <w:r>
        <w:rPr>
          <w:b/>
        </w:rPr>
        <w:t xml:space="preserve">Câu 6. </w:t>
      </w:r>
      <w:r>
        <w:t>Một đường gấp khúc gồm 5 đoạn, mỗi đoạn dài 2 cm. Tính độ dài.</w:t>
      </w:r>
    </w:p>
    <w:p>
      <w:pPr>
        <w:ind w:left="283"/>
      </w:pPr>
      <w:r>
        <w:t>Đáp số: ........................................................</w:t>
      </w:r>
    </w:p>
    <w:p>
      <w:pPr>
        <w:spacing w:after="80"/>
      </w:pPr>
      <w:r>
        <w:rPr>
          <w:b/>
        </w:rPr>
        <w:t xml:space="preserve">Câu 7. </w:t>
      </w:r>
      <w:r>
        <w:t>AB = 6 cm, BC = 9 cm, CD = 5 cm. Độ dài ABCD là bao nhiêu?</w:t>
      </w:r>
    </w:p>
    <w:p>
      <w:pPr>
        <w:ind w:left="283"/>
      </w:pPr>
      <w:r>
        <w:t>Đáp số: ........................................................</w:t>
      </w:r>
    </w:p>
    <w:p>
      <w:pPr>
        <w:spacing w:after="80"/>
      </w:pPr>
      <w:r>
        <w:rPr>
          <w:b/>
        </w:rPr>
        <w:t xml:space="preserve">Câu 8. </w:t>
      </w:r>
      <w:r>
        <w:t>MN = 1 dm, NP = 5 cm. Đổi về cm rồi tính độ dài MNP.</w:t>
      </w:r>
    </w:p>
    <w:p>
      <w:pPr>
        <w:ind w:left="283"/>
      </w:pPr>
      <w:r>
        <w:t>Đáp số: ........................................................</w:t>
      </w:r>
    </w:p>
    <w:p>
      <w:pPr>
        <w:spacing w:after="80"/>
      </w:pPr>
      <w:r>
        <w:rPr>
          <w:b/>
        </w:rPr>
        <w:t xml:space="preserve">Câu 9. </w:t>
      </w:r>
      <w:r>
        <w:t>AB = 2 dm, BC = 8 cm. Độ dài ABC bằng bao nhiêu cm?</w:t>
      </w:r>
    </w:p>
    <w:p>
      <w:pPr>
        <w:ind w:left="283"/>
      </w:pPr>
      <w:r>
        <w:t>Đáp số: ........................................................</w:t>
      </w:r>
    </w:p>
    <w:p>
      <w:pPr>
        <w:spacing w:after="80"/>
      </w:pPr>
      <w:r>
        <w:rPr>
          <w:b/>
        </w:rPr>
        <w:t xml:space="preserve">Câu 10. </w:t>
      </w:r>
      <w:r>
        <w:t>Đường gấp khúc có 3 đoạn dài 4 cm, 6 cm, 10 cm. Tính tổng.</w:t>
      </w:r>
    </w:p>
    <w:p>
      <w:pPr>
        <w:ind w:left="283"/>
      </w:pPr>
      <w:r>
        <w:t>Đáp số: ........................................................</w:t>
      </w:r>
    </w:p>
    <w:p>
      <w:pPr>
        <w:pStyle w:val="Heading1"/>
      </w:pPr>
      <w:r>
        <w:t>Phần 2. Tìm đoạn còn thiếu</w:t>
      </w:r>
    </w:p>
    <w:p>
      <w:pPr>
        <w:spacing w:after="80"/>
      </w:pPr>
      <w:r>
        <w:rPr>
          <w:b/>
        </w:rPr>
        <w:t xml:space="preserve">Câu 11. </w:t>
      </w:r>
      <w:r>
        <w:t>Đường gấp khúc dài 18 cm gồm hai đoạn. Một đoạn dài 7 cm. Đoạn còn lại dài bao nhiêu?</w:t>
      </w:r>
    </w:p>
    <w:p>
      <w:pPr>
        <w:ind w:left="283"/>
      </w:pPr>
      <w:r>
        <w:t>Đáp số: ........................................................</w:t>
      </w:r>
    </w:p>
    <w:p>
      <w:pPr>
        <w:spacing w:after="80"/>
      </w:pPr>
      <w:r>
        <w:rPr>
          <w:b/>
        </w:rPr>
        <w:t xml:space="preserve">Câu 12. </w:t>
      </w:r>
      <w:r>
        <w:t>Đường gấp khúc dài 25 cm gồm ba đoạn 6 cm, 9 cm và đoạn còn lại. Tìm đoạn còn lại.</w:t>
      </w:r>
    </w:p>
    <w:p>
      <w:pPr>
        <w:ind w:left="283"/>
      </w:pPr>
      <w:r>
        <w:t>Đáp số: ........................................................</w:t>
      </w:r>
    </w:p>
    <w:p>
      <w:pPr>
        <w:spacing w:after="80"/>
      </w:pPr>
      <w:r>
        <w:rPr>
          <w:b/>
        </w:rPr>
        <w:t xml:space="preserve">Câu 13. </w:t>
      </w:r>
      <w:r>
        <w:t>ABCD dài 30 cm, AB = 8 cm, BC = 12 cm. Tìm CD.</w:t>
      </w:r>
    </w:p>
    <w:p>
      <w:pPr>
        <w:ind w:left="283"/>
      </w:pPr>
      <w:r>
        <w:t>Đáp số: ........................................................</w:t>
      </w:r>
    </w:p>
    <w:p>
      <w:pPr>
        <w:spacing w:after="80"/>
      </w:pPr>
      <w:r>
        <w:rPr>
          <w:b/>
        </w:rPr>
        <w:t xml:space="preserve">Câu 14. </w:t>
      </w:r>
      <w:r>
        <w:t>MNPQ dài 24 cm, MN = 5 cm, NP = 7 cm. Tìm PQ.</w:t>
      </w:r>
    </w:p>
    <w:p>
      <w:pPr>
        <w:ind w:left="283"/>
      </w:pPr>
      <w:r>
        <w:t>Đáp số: ........................................................</w:t>
      </w:r>
    </w:p>
    <w:p>
      <w:pPr>
        <w:spacing w:after="80"/>
      </w:pPr>
      <w:r>
        <w:rPr>
          <w:b/>
        </w:rPr>
        <w:t xml:space="preserve">Câu 15. </w:t>
      </w:r>
      <w:r>
        <w:t>Ba đoạn của một đường gấp khúc bằng nhau và tổng dài 21 cm. Mỗi đoạn dài bao nhiêu?</w:t>
      </w:r>
    </w:p>
    <w:p>
      <w:pPr>
        <w:ind w:left="283"/>
      </w:pPr>
      <w:r>
        <w:t>Đáp số: ........................................................</w:t>
      </w:r>
    </w:p>
    <w:p>
      <w:pPr>
        <w:spacing w:after="80"/>
      </w:pPr>
      <w:r>
        <w:rPr>
          <w:b/>
        </w:rPr>
        <w:t xml:space="preserve">Câu 16. </w:t>
      </w:r>
      <w:r>
        <w:t>Bốn đoạn bằng nhau có tổng dài 32 cm. Mỗi đoạn dài bao nhiêu?</w:t>
      </w:r>
    </w:p>
    <w:p>
      <w:pPr>
        <w:ind w:left="283"/>
      </w:pPr>
      <w:r>
        <w:t>Đáp số: ........................................................</w:t>
      </w:r>
    </w:p>
    <w:p>
      <w:pPr>
        <w:spacing w:after="80"/>
      </w:pPr>
      <w:r>
        <w:rPr>
          <w:b/>
        </w:rPr>
        <w:t xml:space="preserve">Câu 17. </w:t>
      </w:r>
      <w:r>
        <w:t>Đường gấp khúc ABC dài 1 dm 5 cm, AB = 6 cm. Tìm BC.</w:t>
      </w:r>
    </w:p>
    <w:p>
      <w:pPr>
        <w:ind w:left="283"/>
      </w:pPr>
      <w:r>
        <w:t>Đáp số: ........................................................</w:t>
      </w:r>
    </w:p>
    <w:p>
      <w:pPr>
        <w:spacing w:after="80"/>
      </w:pPr>
      <w:r>
        <w:rPr>
          <w:b/>
        </w:rPr>
        <w:t xml:space="preserve">Câu 18. </w:t>
      </w:r>
      <w:r>
        <w:t>Đường gấp khúc MNP dài 2 dm, MN = 13 cm. Tìm NP.</w:t>
      </w:r>
    </w:p>
    <w:p>
      <w:pPr>
        <w:ind w:left="283"/>
      </w:pPr>
      <w:r>
        <w:t>Đáp số: ........................................................</w:t>
      </w:r>
    </w:p>
    <w:p>
      <w:pPr>
        <w:spacing w:after="80"/>
      </w:pPr>
      <w:r>
        <w:rPr>
          <w:b/>
        </w:rPr>
        <w:t xml:space="preserve">Câu 19. </w:t>
      </w:r>
      <w:r>
        <w:t>ABCD dài 26 cm; AB = 9 cm; CD = 8 cm. Tìm BC.</w:t>
      </w:r>
    </w:p>
    <w:p>
      <w:pPr>
        <w:ind w:left="283"/>
      </w:pPr>
      <w:r>
        <w:t>Đáp số: ........................................................</w:t>
      </w:r>
    </w:p>
    <w:p>
      <w:pPr>
        <w:spacing w:after="80"/>
      </w:pPr>
      <w:r>
        <w:rPr>
          <w:b/>
        </w:rPr>
        <w:t xml:space="preserve">Câu 20. </w:t>
      </w:r>
      <w:r>
        <w:t>Một đường gấp khúc gồm hai đoạn, đoạn thứ nhất dài hơn đoạn thứ hai 3 cm, tổng là 15 cm. Tìm hai đoạn.</w:t>
      </w:r>
    </w:p>
    <w:p>
      <w:pPr>
        <w:ind w:left="283"/>
      </w:pPr>
      <w:r>
        <w:t>Đáp số: ........................................................</w:t>
      </w:r>
    </w:p>
    <w:p>
      <w:pPr>
        <w:pStyle w:val="Heading1"/>
      </w:pPr>
      <w:r>
        <w:t>Phần 3. Bài toán vận dụng</w:t>
      </w:r>
    </w:p>
    <w:p>
      <w:pPr>
        <w:spacing w:after="80"/>
      </w:pPr>
      <w:r>
        <w:rPr>
          <w:b/>
        </w:rPr>
        <w:t xml:space="preserve">Câu 21. </w:t>
      </w:r>
      <w:r>
        <w:t>Mai đi theo đường gấp khúc gồm 8 m, 6 m và 5 m. Mai đi tất cả bao nhiêu mét?</w:t>
      </w:r>
    </w:p>
    <w:p>
      <w:pPr>
        <w:ind w:left="283"/>
      </w:pPr>
      <w:r>
        <w:t>Đáp số: ........................................................</w:t>
      </w:r>
    </w:p>
    <w:p>
      <w:pPr>
        <w:spacing w:after="80"/>
      </w:pPr>
      <w:r>
        <w:rPr>
          <w:b/>
        </w:rPr>
        <w:t xml:space="preserve">Câu 22. </w:t>
      </w:r>
      <w:r>
        <w:t>Một dây được uốn thành đường gấp khúc 4 đoạn, mỗi đoạn 5 cm. Dây dài bao nhiêu?</w:t>
      </w:r>
    </w:p>
    <w:p>
      <w:pPr>
        <w:ind w:left="283"/>
      </w:pPr>
      <w:r>
        <w:t>Đáp số: ........................................................</w:t>
      </w:r>
    </w:p>
    <w:p>
      <w:pPr>
        <w:spacing w:after="80"/>
      </w:pPr>
      <w:r>
        <w:rPr>
          <w:b/>
        </w:rPr>
        <w:t xml:space="preserve">Câu 23. </w:t>
      </w:r>
      <w:r>
        <w:t>Đường gấp khúc ABCD dài 22 cm. Nếu kéo dài thêm đoạn DE = 7 cm thì ABCDE dài bao nhiêu?</w:t>
      </w:r>
    </w:p>
    <w:p>
      <w:pPr>
        <w:ind w:left="283"/>
      </w:pPr>
      <w:r>
        <w:t>Đáp số: ........................................................</w:t>
      </w:r>
    </w:p>
    <w:p>
      <w:pPr>
        <w:spacing w:after="80"/>
      </w:pPr>
      <w:r>
        <w:rPr>
          <w:b/>
        </w:rPr>
        <w:t xml:space="preserve">Câu 24. </w:t>
      </w:r>
      <w:r>
        <w:t>Hai đường gấp khúc dài 18 cm và 23 cm. Đường thứ hai dài hơn bao nhiêu?</w:t>
      </w:r>
    </w:p>
    <w:p>
      <w:pPr>
        <w:ind w:left="283"/>
      </w:pPr>
      <w:r>
        <w:t>Đáp số: ........................................................</w:t>
      </w:r>
    </w:p>
    <w:p>
      <w:pPr>
        <w:spacing w:after="80"/>
      </w:pPr>
      <w:r>
        <w:rPr>
          <w:b/>
        </w:rPr>
        <w:t xml:space="preserve">Câu 25. </w:t>
      </w:r>
      <w:r>
        <w:t>Một đường gấp khúc dài 35 cm, cắt bớt đoạn cuối dài 9 cm. Phần còn lại dài bao nhiêu?</w:t>
      </w:r>
    </w:p>
    <w:p>
      <w:pPr>
        <w:ind w:left="283"/>
      </w:pPr>
      <w:r>
        <w:t>Đáp số: ........................................................</w:t>
      </w:r>
    </w:p>
    <w:p>
      <w:pPr>
        <w:spacing w:after="80"/>
      </w:pPr>
      <w:r>
        <w:rPr>
          <w:b/>
        </w:rPr>
        <w:t xml:space="preserve">Câu 26. </w:t>
      </w:r>
      <w:r>
        <w:t>AB = 5 cm, BC gấp đôi AB, CD = 4 cm. Tính độ dài ABCD.</w:t>
      </w:r>
    </w:p>
    <w:p>
      <w:pPr>
        <w:ind w:left="283"/>
      </w:pPr>
      <w:r>
        <w:t>Đáp số: ........................................................</w:t>
      </w:r>
    </w:p>
    <w:p>
      <w:pPr>
        <w:spacing w:after="80"/>
      </w:pPr>
      <w:r>
        <w:rPr>
          <w:b/>
        </w:rPr>
        <w:t xml:space="preserve">Câu 27. </w:t>
      </w:r>
      <w:r>
        <w:t>MN = 6 cm, NP = 6 cm, PQ dài hơn NP 3 cm. Tính MNPQ.</w:t>
      </w:r>
    </w:p>
    <w:p>
      <w:pPr>
        <w:ind w:left="283"/>
      </w:pPr>
      <w:r>
        <w:t>Đáp số: ........................................................</w:t>
      </w:r>
    </w:p>
    <w:p>
      <w:pPr>
        <w:spacing w:after="80"/>
      </w:pPr>
      <w:r>
        <w:rPr>
          <w:b/>
        </w:rPr>
        <w:t xml:space="preserve">Câu 28. </w:t>
      </w:r>
      <w:r>
        <w:t>Một đường gấp khúc có 3 đoạn: 7 cm, 1 dm và 5 cm. Tính độ dài theo cm.</w:t>
      </w:r>
    </w:p>
    <w:p>
      <w:pPr>
        <w:ind w:left="283"/>
      </w:pPr>
      <w:r>
        <w:t>Đáp số: ........................................................</w:t>
      </w:r>
    </w:p>
    <w:p>
      <w:pPr>
        <w:spacing w:after="80"/>
      </w:pPr>
      <w:r>
        <w:rPr>
          <w:b/>
        </w:rPr>
        <w:t xml:space="preserve">Câu 29. </w:t>
      </w:r>
      <w:r>
        <w:t>Đường gấp khúc gồm 5 đoạn: 2 cm, 4 cm, 6 cm, 8 cm, 10 cm. Tính độ dài.</w:t>
      </w:r>
    </w:p>
    <w:p>
      <w:pPr>
        <w:ind w:left="283"/>
      </w:pPr>
      <w:r>
        <w:t>Đáp số: ........................................................</w:t>
      </w:r>
    </w:p>
    <w:p>
      <w:pPr>
        <w:spacing w:after="80"/>
      </w:pPr>
      <w:r>
        <w:rPr>
          <w:b/>
        </w:rPr>
        <w:t xml:space="preserve">Câu 30. </w:t>
      </w:r>
      <w:r>
        <w:t>Một đường gấp khúc dài 40 cm gồm 4 đoạn bằng nhau. Hai đoạn liên tiếp dài bao nhiêu?</w:t>
      </w:r>
    </w:p>
    <w:p>
      <w:pPr>
        <w:ind w:left="283"/>
      </w:pPr>
      <w:r>
        <w:t>Đáp số: ........................................................</w:t>
      </w:r>
    </w:p>
    <w:p>
      <w:r>
        <w:br w:type="page"/>
      </w:r>
    </w:p>
    <w:p>
      <w:pPr>
        <w:pStyle w:val="Heading1"/>
      </w:pPr>
      <w:r>
        <w:t>Đáp án</w:t>
      </w:r>
    </w:p>
    <w:tbl>
      <w:tblPr>
        <w:tblW w:type="auto" w:w="0"/>
        <w:jc w:val="center"/>
        <w:tblLayout w:type="fixed"/>
        <w:tblLook w:firstColumn="1" w:firstRow="1" w:lastColumn="0" w:lastRow="0" w:noHBand="0" w:noVBand="1" w:val="04A0"/>
      </w:tblPr>
      <w:tblGrid>
        <w:gridCol w:w="1247"/>
        <w:gridCol w:w="7937"/>
      </w:tblGrid>
      <w:tr>
        <w:trPr>
          <w:cantSplit/>
        </w:trPr>
        <w:tc>
          <w:tcPr>
            <w:tcW w:type="dxa" w:w="5043"/>
          </w:tcPr>
          <w:p>
            <w:r>
              <w:t>Câu</w:t>
            </w:r>
          </w:p>
        </w:tc>
        <w:tc>
          <w:tcPr>
            <w:tcW w:type="dxa" w:w="5043"/>
          </w:tcPr>
          <w:p>
            <w:r>
              <w:t>Đáp án</w:t>
            </w:r>
          </w:p>
        </w:tc>
      </w:tr>
      <w:tr>
        <w:trPr>
          <w:cantSplit/>
        </w:trPr>
        <w:tc>
          <w:tcPr>
            <w:tcW w:type="dxa" w:w="1247"/>
            <w:vAlign w:val="center"/>
          </w:tcPr>
          <w:p>
            <w:r>
              <w:rPr>
                <w:rFonts w:ascii="Arial" w:hAnsi="Arial" w:eastAsia="Arial"/>
                <w:sz w:val="20"/>
              </w:rPr>
              <w:t>1</w:t>
            </w:r>
          </w:p>
        </w:tc>
        <w:tc>
          <w:tcPr>
            <w:tcW w:type="dxa" w:w="7937"/>
            <w:vAlign w:val="center"/>
          </w:tcPr>
          <w:p>
            <w:r>
              <w:rPr>
                <w:rFonts w:ascii="Arial" w:hAnsi="Arial" w:eastAsia="Arial"/>
                <w:sz w:val="20"/>
              </w:rPr>
              <w:t>10 cm</w:t>
            </w:r>
          </w:p>
        </w:tc>
      </w:tr>
      <w:tr>
        <w:trPr>
          <w:cantSplit/>
        </w:trPr>
        <w:tc>
          <w:tcPr>
            <w:tcW w:type="dxa" w:w="1247"/>
            <w:vAlign w:val="center"/>
          </w:tcPr>
          <w:p>
            <w:r>
              <w:rPr>
                <w:rFonts w:ascii="Arial" w:hAnsi="Arial" w:eastAsia="Arial"/>
                <w:sz w:val="20"/>
              </w:rPr>
              <w:t>2</w:t>
            </w:r>
          </w:p>
        </w:tc>
        <w:tc>
          <w:tcPr>
            <w:tcW w:type="dxa" w:w="7937"/>
            <w:vAlign w:val="center"/>
          </w:tcPr>
          <w:p>
            <w:r>
              <w:rPr>
                <w:rFonts w:ascii="Arial" w:hAnsi="Arial" w:eastAsia="Arial"/>
                <w:sz w:val="20"/>
              </w:rPr>
              <w:t>12 cm</w:t>
            </w:r>
          </w:p>
        </w:tc>
      </w:tr>
      <w:tr>
        <w:trPr>
          <w:cantSplit/>
        </w:trPr>
        <w:tc>
          <w:tcPr>
            <w:tcW w:type="dxa" w:w="1247"/>
            <w:vAlign w:val="center"/>
          </w:tcPr>
          <w:p>
            <w:r>
              <w:rPr>
                <w:rFonts w:ascii="Arial" w:hAnsi="Arial" w:eastAsia="Arial"/>
                <w:sz w:val="20"/>
              </w:rPr>
              <w:t>3</w:t>
            </w:r>
          </w:p>
        </w:tc>
        <w:tc>
          <w:tcPr>
            <w:tcW w:type="dxa" w:w="7937"/>
            <w:vAlign w:val="center"/>
          </w:tcPr>
          <w:p>
            <w:r>
              <w:rPr>
                <w:rFonts w:ascii="Arial" w:hAnsi="Arial" w:eastAsia="Arial"/>
                <w:sz w:val="20"/>
              </w:rPr>
              <w:t>15 cm</w:t>
            </w:r>
          </w:p>
        </w:tc>
      </w:tr>
      <w:tr>
        <w:trPr>
          <w:cantSplit/>
        </w:trPr>
        <w:tc>
          <w:tcPr>
            <w:tcW w:type="dxa" w:w="1247"/>
            <w:vAlign w:val="center"/>
          </w:tcPr>
          <w:p>
            <w:r>
              <w:rPr>
                <w:rFonts w:ascii="Arial" w:hAnsi="Arial" w:eastAsia="Arial"/>
                <w:sz w:val="20"/>
              </w:rPr>
              <w:t>4</w:t>
            </w:r>
          </w:p>
        </w:tc>
        <w:tc>
          <w:tcPr>
            <w:tcW w:type="dxa" w:w="7937"/>
            <w:vAlign w:val="center"/>
          </w:tcPr>
          <w:p>
            <w:r>
              <w:rPr>
                <w:rFonts w:ascii="Arial" w:hAnsi="Arial" w:eastAsia="Arial"/>
                <w:sz w:val="20"/>
              </w:rPr>
              <w:t>17 cm</w:t>
            </w:r>
          </w:p>
        </w:tc>
      </w:tr>
      <w:tr>
        <w:trPr>
          <w:cantSplit/>
        </w:trPr>
        <w:tc>
          <w:tcPr>
            <w:tcW w:type="dxa" w:w="1247"/>
            <w:vAlign w:val="center"/>
          </w:tcPr>
          <w:p>
            <w:r>
              <w:rPr>
                <w:rFonts w:ascii="Arial" w:hAnsi="Arial" w:eastAsia="Arial"/>
                <w:sz w:val="20"/>
              </w:rPr>
              <w:t>5</w:t>
            </w:r>
          </w:p>
        </w:tc>
        <w:tc>
          <w:tcPr>
            <w:tcW w:type="dxa" w:w="7937"/>
            <w:vAlign w:val="center"/>
          </w:tcPr>
          <w:p>
            <w:r>
              <w:rPr>
                <w:rFonts w:ascii="Arial" w:hAnsi="Arial" w:eastAsia="Arial"/>
                <w:sz w:val="20"/>
              </w:rPr>
              <w:t>12 cm</w:t>
            </w:r>
          </w:p>
        </w:tc>
      </w:tr>
      <w:tr>
        <w:trPr>
          <w:cantSplit/>
        </w:trPr>
        <w:tc>
          <w:tcPr>
            <w:tcW w:type="dxa" w:w="1247"/>
            <w:vAlign w:val="center"/>
          </w:tcPr>
          <w:p>
            <w:r>
              <w:rPr>
                <w:rFonts w:ascii="Arial" w:hAnsi="Arial" w:eastAsia="Arial"/>
                <w:sz w:val="20"/>
              </w:rPr>
              <w:t>6</w:t>
            </w:r>
          </w:p>
        </w:tc>
        <w:tc>
          <w:tcPr>
            <w:tcW w:type="dxa" w:w="7937"/>
            <w:vAlign w:val="center"/>
          </w:tcPr>
          <w:p>
            <w:r>
              <w:rPr>
                <w:rFonts w:ascii="Arial" w:hAnsi="Arial" w:eastAsia="Arial"/>
                <w:sz w:val="20"/>
              </w:rPr>
              <w:t>10 cm</w:t>
            </w:r>
          </w:p>
        </w:tc>
      </w:tr>
      <w:tr>
        <w:trPr>
          <w:cantSplit/>
        </w:trPr>
        <w:tc>
          <w:tcPr>
            <w:tcW w:type="dxa" w:w="1247"/>
            <w:vAlign w:val="center"/>
          </w:tcPr>
          <w:p>
            <w:r>
              <w:rPr>
                <w:rFonts w:ascii="Arial" w:hAnsi="Arial" w:eastAsia="Arial"/>
                <w:sz w:val="20"/>
              </w:rPr>
              <w:t>7</w:t>
            </w:r>
          </w:p>
        </w:tc>
        <w:tc>
          <w:tcPr>
            <w:tcW w:type="dxa" w:w="7937"/>
            <w:vAlign w:val="center"/>
          </w:tcPr>
          <w:p>
            <w:r>
              <w:rPr>
                <w:rFonts w:ascii="Arial" w:hAnsi="Arial" w:eastAsia="Arial"/>
                <w:sz w:val="20"/>
              </w:rPr>
              <w:t>20 cm</w:t>
            </w:r>
          </w:p>
        </w:tc>
      </w:tr>
      <w:tr>
        <w:trPr>
          <w:cantSplit/>
        </w:trPr>
        <w:tc>
          <w:tcPr>
            <w:tcW w:type="dxa" w:w="1247"/>
            <w:vAlign w:val="center"/>
          </w:tcPr>
          <w:p>
            <w:r>
              <w:rPr>
                <w:rFonts w:ascii="Arial" w:hAnsi="Arial" w:eastAsia="Arial"/>
                <w:sz w:val="20"/>
              </w:rPr>
              <w:t>8</w:t>
            </w:r>
          </w:p>
        </w:tc>
        <w:tc>
          <w:tcPr>
            <w:tcW w:type="dxa" w:w="7937"/>
            <w:vAlign w:val="center"/>
          </w:tcPr>
          <w:p>
            <w:r>
              <w:rPr>
                <w:rFonts w:ascii="Arial" w:hAnsi="Arial" w:eastAsia="Arial"/>
                <w:sz w:val="20"/>
              </w:rPr>
              <w:t>15 cm</w:t>
            </w:r>
          </w:p>
        </w:tc>
      </w:tr>
      <w:tr>
        <w:trPr>
          <w:cantSplit/>
        </w:trPr>
        <w:tc>
          <w:tcPr>
            <w:tcW w:type="dxa" w:w="1247"/>
            <w:vAlign w:val="center"/>
          </w:tcPr>
          <w:p>
            <w:r>
              <w:rPr>
                <w:rFonts w:ascii="Arial" w:hAnsi="Arial" w:eastAsia="Arial"/>
                <w:sz w:val="20"/>
              </w:rPr>
              <w:t>9</w:t>
            </w:r>
          </w:p>
        </w:tc>
        <w:tc>
          <w:tcPr>
            <w:tcW w:type="dxa" w:w="7937"/>
            <w:vAlign w:val="center"/>
          </w:tcPr>
          <w:p>
            <w:r>
              <w:rPr>
                <w:rFonts w:ascii="Arial" w:hAnsi="Arial" w:eastAsia="Arial"/>
                <w:sz w:val="20"/>
              </w:rPr>
              <w:t>28 cm</w:t>
            </w:r>
          </w:p>
        </w:tc>
      </w:tr>
      <w:tr>
        <w:trPr>
          <w:cantSplit/>
        </w:trPr>
        <w:tc>
          <w:tcPr>
            <w:tcW w:type="dxa" w:w="1247"/>
            <w:vAlign w:val="center"/>
          </w:tcPr>
          <w:p>
            <w:r>
              <w:rPr>
                <w:rFonts w:ascii="Arial" w:hAnsi="Arial" w:eastAsia="Arial"/>
                <w:sz w:val="20"/>
              </w:rPr>
              <w:t>10</w:t>
            </w:r>
          </w:p>
        </w:tc>
        <w:tc>
          <w:tcPr>
            <w:tcW w:type="dxa" w:w="7937"/>
            <w:vAlign w:val="center"/>
          </w:tcPr>
          <w:p>
            <w:r>
              <w:rPr>
                <w:rFonts w:ascii="Arial" w:hAnsi="Arial" w:eastAsia="Arial"/>
                <w:sz w:val="20"/>
              </w:rPr>
              <w:t>20 cm</w:t>
            </w:r>
          </w:p>
        </w:tc>
      </w:tr>
      <w:tr>
        <w:trPr>
          <w:cantSplit/>
        </w:trPr>
        <w:tc>
          <w:tcPr>
            <w:tcW w:type="dxa" w:w="1247"/>
            <w:vAlign w:val="center"/>
          </w:tcPr>
          <w:p>
            <w:r>
              <w:rPr>
                <w:rFonts w:ascii="Arial" w:hAnsi="Arial" w:eastAsia="Arial"/>
                <w:sz w:val="20"/>
              </w:rPr>
              <w:t>11</w:t>
            </w:r>
          </w:p>
        </w:tc>
        <w:tc>
          <w:tcPr>
            <w:tcW w:type="dxa" w:w="7937"/>
            <w:vAlign w:val="center"/>
          </w:tcPr>
          <w:p>
            <w:r>
              <w:rPr>
                <w:rFonts w:ascii="Arial" w:hAnsi="Arial" w:eastAsia="Arial"/>
                <w:sz w:val="20"/>
              </w:rPr>
              <w:t>11 cm</w:t>
            </w:r>
          </w:p>
        </w:tc>
      </w:tr>
      <w:tr>
        <w:trPr>
          <w:cantSplit/>
        </w:trPr>
        <w:tc>
          <w:tcPr>
            <w:tcW w:type="dxa" w:w="1247"/>
            <w:vAlign w:val="center"/>
          </w:tcPr>
          <w:p>
            <w:r>
              <w:rPr>
                <w:rFonts w:ascii="Arial" w:hAnsi="Arial" w:eastAsia="Arial"/>
                <w:sz w:val="20"/>
              </w:rPr>
              <w:t>12</w:t>
            </w:r>
          </w:p>
        </w:tc>
        <w:tc>
          <w:tcPr>
            <w:tcW w:type="dxa" w:w="7937"/>
            <w:vAlign w:val="center"/>
          </w:tcPr>
          <w:p>
            <w:r>
              <w:rPr>
                <w:rFonts w:ascii="Arial" w:hAnsi="Arial" w:eastAsia="Arial"/>
                <w:sz w:val="20"/>
              </w:rPr>
              <w:t>10 cm</w:t>
            </w:r>
          </w:p>
        </w:tc>
      </w:tr>
      <w:tr>
        <w:trPr>
          <w:cantSplit/>
        </w:trPr>
        <w:tc>
          <w:tcPr>
            <w:tcW w:type="dxa" w:w="1247"/>
            <w:vAlign w:val="center"/>
          </w:tcPr>
          <w:p>
            <w:r>
              <w:rPr>
                <w:rFonts w:ascii="Arial" w:hAnsi="Arial" w:eastAsia="Arial"/>
                <w:sz w:val="20"/>
              </w:rPr>
              <w:t>13</w:t>
            </w:r>
          </w:p>
        </w:tc>
        <w:tc>
          <w:tcPr>
            <w:tcW w:type="dxa" w:w="7937"/>
            <w:vAlign w:val="center"/>
          </w:tcPr>
          <w:p>
            <w:r>
              <w:rPr>
                <w:rFonts w:ascii="Arial" w:hAnsi="Arial" w:eastAsia="Arial"/>
                <w:sz w:val="20"/>
              </w:rPr>
              <w:t>10 cm</w:t>
            </w:r>
          </w:p>
        </w:tc>
      </w:tr>
      <w:tr>
        <w:trPr>
          <w:cantSplit/>
        </w:trPr>
        <w:tc>
          <w:tcPr>
            <w:tcW w:type="dxa" w:w="1247"/>
            <w:vAlign w:val="center"/>
          </w:tcPr>
          <w:p>
            <w:r>
              <w:rPr>
                <w:rFonts w:ascii="Arial" w:hAnsi="Arial" w:eastAsia="Arial"/>
                <w:sz w:val="20"/>
              </w:rPr>
              <w:t>14</w:t>
            </w:r>
          </w:p>
        </w:tc>
        <w:tc>
          <w:tcPr>
            <w:tcW w:type="dxa" w:w="7937"/>
            <w:vAlign w:val="center"/>
          </w:tcPr>
          <w:p>
            <w:r>
              <w:rPr>
                <w:rFonts w:ascii="Arial" w:hAnsi="Arial" w:eastAsia="Arial"/>
                <w:sz w:val="20"/>
              </w:rPr>
              <w:t>12 cm</w:t>
            </w:r>
          </w:p>
        </w:tc>
      </w:tr>
      <w:tr>
        <w:trPr>
          <w:cantSplit/>
        </w:trPr>
        <w:tc>
          <w:tcPr>
            <w:tcW w:type="dxa" w:w="1247"/>
            <w:vAlign w:val="center"/>
          </w:tcPr>
          <w:p>
            <w:r>
              <w:rPr>
                <w:rFonts w:ascii="Arial" w:hAnsi="Arial" w:eastAsia="Arial"/>
                <w:sz w:val="20"/>
              </w:rPr>
              <w:t>15</w:t>
            </w:r>
          </w:p>
        </w:tc>
        <w:tc>
          <w:tcPr>
            <w:tcW w:type="dxa" w:w="7937"/>
            <w:vAlign w:val="center"/>
          </w:tcPr>
          <w:p>
            <w:r>
              <w:rPr>
                <w:rFonts w:ascii="Arial" w:hAnsi="Arial" w:eastAsia="Arial"/>
                <w:sz w:val="20"/>
              </w:rPr>
              <w:t>7 cm</w:t>
            </w:r>
          </w:p>
        </w:tc>
      </w:tr>
      <w:tr>
        <w:trPr>
          <w:cantSplit/>
        </w:trPr>
        <w:tc>
          <w:tcPr>
            <w:tcW w:type="dxa" w:w="1247"/>
            <w:vAlign w:val="center"/>
          </w:tcPr>
          <w:p>
            <w:r>
              <w:rPr>
                <w:rFonts w:ascii="Arial" w:hAnsi="Arial" w:eastAsia="Arial"/>
                <w:sz w:val="20"/>
              </w:rPr>
              <w:t>16</w:t>
            </w:r>
          </w:p>
        </w:tc>
        <w:tc>
          <w:tcPr>
            <w:tcW w:type="dxa" w:w="7937"/>
            <w:vAlign w:val="center"/>
          </w:tcPr>
          <w:p>
            <w:r>
              <w:rPr>
                <w:rFonts w:ascii="Arial" w:hAnsi="Arial" w:eastAsia="Arial"/>
                <w:sz w:val="20"/>
              </w:rPr>
              <w:t>8 cm</w:t>
            </w:r>
          </w:p>
        </w:tc>
      </w:tr>
      <w:tr>
        <w:trPr>
          <w:cantSplit/>
        </w:trPr>
        <w:tc>
          <w:tcPr>
            <w:tcW w:type="dxa" w:w="1247"/>
            <w:vAlign w:val="center"/>
          </w:tcPr>
          <w:p>
            <w:r>
              <w:rPr>
                <w:rFonts w:ascii="Arial" w:hAnsi="Arial" w:eastAsia="Arial"/>
                <w:sz w:val="20"/>
              </w:rPr>
              <w:t>17</w:t>
            </w:r>
          </w:p>
        </w:tc>
        <w:tc>
          <w:tcPr>
            <w:tcW w:type="dxa" w:w="7937"/>
            <w:vAlign w:val="center"/>
          </w:tcPr>
          <w:p>
            <w:r>
              <w:rPr>
                <w:rFonts w:ascii="Arial" w:hAnsi="Arial" w:eastAsia="Arial"/>
                <w:sz w:val="20"/>
              </w:rPr>
              <w:t>9 cm</w:t>
            </w:r>
          </w:p>
        </w:tc>
      </w:tr>
      <w:tr>
        <w:trPr>
          <w:cantSplit/>
        </w:trPr>
        <w:tc>
          <w:tcPr>
            <w:tcW w:type="dxa" w:w="1247"/>
            <w:vAlign w:val="center"/>
          </w:tcPr>
          <w:p>
            <w:r>
              <w:rPr>
                <w:rFonts w:ascii="Arial" w:hAnsi="Arial" w:eastAsia="Arial"/>
                <w:sz w:val="20"/>
              </w:rPr>
              <w:t>18</w:t>
            </w:r>
          </w:p>
        </w:tc>
        <w:tc>
          <w:tcPr>
            <w:tcW w:type="dxa" w:w="7937"/>
            <w:vAlign w:val="center"/>
          </w:tcPr>
          <w:p>
            <w:r>
              <w:rPr>
                <w:rFonts w:ascii="Arial" w:hAnsi="Arial" w:eastAsia="Arial"/>
                <w:sz w:val="20"/>
              </w:rPr>
              <w:t>7 cm</w:t>
            </w:r>
          </w:p>
        </w:tc>
      </w:tr>
      <w:tr>
        <w:trPr>
          <w:cantSplit/>
        </w:trPr>
        <w:tc>
          <w:tcPr>
            <w:tcW w:type="dxa" w:w="1247"/>
            <w:vAlign w:val="center"/>
          </w:tcPr>
          <w:p>
            <w:r>
              <w:rPr>
                <w:rFonts w:ascii="Arial" w:hAnsi="Arial" w:eastAsia="Arial"/>
                <w:sz w:val="20"/>
              </w:rPr>
              <w:t>19</w:t>
            </w:r>
          </w:p>
        </w:tc>
        <w:tc>
          <w:tcPr>
            <w:tcW w:type="dxa" w:w="7937"/>
            <w:vAlign w:val="center"/>
          </w:tcPr>
          <w:p>
            <w:r>
              <w:rPr>
                <w:rFonts w:ascii="Arial" w:hAnsi="Arial" w:eastAsia="Arial"/>
                <w:sz w:val="20"/>
              </w:rPr>
              <w:t>9 cm</w:t>
            </w:r>
          </w:p>
        </w:tc>
      </w:tr>
      <w:tr>
        <w:trPr>
          <w:cantSplit/>
        </w:trPr>
        <w:tc>
          <w:tcPr>
            <w:tcW w:type="dxa" w:w="1247"/>
            <w:vAlign w:val="center"/>
          </w:tcPr>
          <w:p>
            <w:r>
              <w:rPr>
                <w:rFonts w:ascii="Arial" w:hAnsi="Arial" w:eastAsia="Arial"/>
                <w:sz w:val="20"/>
              </w:rPr>
              <w:t>20</w:t>
            </w:r>
          </w:p>
        </w:tc>
        <w:tc>
          <w:tcPr>
            <w:tcW w:type="dxa" w:w="7937"/>
            <w:vAlign w:val="center"/>
          </w:tcPr>
          <w:p>
            <w:r>
              <w:rPr>
                <w:rFonts w:ascii="Arial" w:hAnsi="Arial" w:eastAsia="Arial"/>
                <w:sz w:val="20"/>
              </w:rPr>
              <w:t>9 cm và 6 cm</w:t>
            </w:r>
          </w:p>
        </w:tc>
      </w:tr>
      <w:tr>
        <w:trPr>
          <w:cantSplit/>
        </w:trPr>
        <w:tc>
          <w:tcPr>
            <w:tcW w:type="dxa" w:w="1247"/>
            <w:vAlign w:val="center"/>
          </w:tcPr>
          <w:p>
            <w:r>
              <w:rPr>
                <w:rFonts w:ascii="Arial" w:hAnsi="Arial" w:eastAsia="Arial"/>
                <w:sz w:val="20"/>
              </w:rPr>
              <w:t>21</w:t>
            </w:r>
          </w:p>
        </w:tc>
        <w:tc>
          <w:tcPr>
            <w:tcW w:type="dxa" w:w="7937"/>
            <w:vAlign w:val="center"/>
          </w:tcPr>
          <w:p>
            <w:r>
              <w:rPr>
                <w:rFonts w:ascii="Arial" w:hAnsi="Arial" w:eastAsia="Arial"/>
                <w:sz w:val="20"/>
              </w:rPr>
              <w:t>19 m</w:t>
            </w:r>
          </w:p>
        </w:tc>
      </w:tr>
      <w:tr>
        <w:trPr>
          <w:cantSplit/>
        </w:trPr>
        <w:tc>
          <w:tcPr>
            <w:tcW w:type="dxa" w:w="1247"/>
            <w:vAlign w:val="center"/>
          </w:tcPr>
          <w:p>
            <w:r>
              <w:rPr>
                <w:rFonts w:ascii="Arial" w:hAnsi="Arial" w:eastAsia="Arial"/>
                <w:sz w:val="20"/>
              </w:rPr>
              <w:t>22</w:t>
            </w:r>
          </w:p>
        </w:tc>
        <w:tc>
          <w:tcPr>
            <w:tcW w:type="dxa" w:w="7937"/>
            <w:vAlign w:val="center"/>
          </w:tcPr>
          <w:p>
            <w:r>
              <w:rPr>
                <w:rFonts w:ascii="Arial" w:hAnsi="Arial" w:eastAsia="Arial"/>
                <w:sz w:val="20"/>
              </w:rPr>
              <w:t>20 cm</w:t>
            </w:r>
          </w:p>
        </w:tc>
      </w:tr>
      <w:tr>
        <w:trPr>
          <w:cantSplit/>
        </w:trPr>
        <w:tc>
          <w:tcPr>
            <w:tcW w:type="dxa" w:w="1247"/>
            <w:vAlign w:val="center"/>
          </w:tcPr>
          <w:p>
            <w:r>
              <w:rPr>
                <w:rFonts w:ascii="Arial" w:hAnsi="Arial" w:eastAsia="Arial"/>
                <w:sz w:val="20"/>
              </w:rPr>
              <w:t>23</w:t>
            </w:r>
          </w:p>
        </w:tc>
        <w:tc>
          <w:tcPr>
            <w:tcW w:type="dxa" w:w="7937"/>
            <w:vAlign w:val="center"/>
          </w:tcPr>
          <w:p>
            <w:r>
              <w:rPr>
                <w:rFonts w:ascii="Arial" w:hAnsi="Arial" w:eastAsia="Arial"/>
                <w:sz w:val="20"/>
              </w:rPr>
              <w:t>29 cm</w:t>
            </w:r>
          </w:p>
        </w:tc>
      </w:tr>
      <w:tr>
        <w:trPr>
          <w:cantSplit/>
        </w:trPr>
        <w:tc>
          <w:tcPr>
            <w:tcW w:type="dxa" w:w="1247"/>
            <w:vAlign w:val="center"/>
          </w:tcPr>
          <w:p>
            <w:r>
              <w:rPr>
                <w:rFonts w:ascii="Arial" w:hAnsi="Arial" w:eastAsia="Arial"/>
                <w:sz w:val="20"/>
              </w:rPr>
              <w:t>24</w:t>
            </w:r>
          </w:p>
        </w:tc>
        <w:tc>
          <w:tcPr>
            <w:tcW w:type="dxa" w:w="7937"/>
            <w:vAlign w:val="center"/>
          </w:tcPr>
          <w:p>
            <w:r>
              <w:rPr>
                <w:rFonts w:ascii="Arial" w:hAnsi="Arial" w:eastAsia="Arial"/>
                <w:sz w:val="20"/>
              </w:rPr>
              <w:t>5 cm</w:t>
            </w:r>
          </w:p>
        </w:tc>
      </w:tr>
      <w:tr>
        <w:trPr>
          <w:cantSplit/>
        </w:trPr>
        <w:tc>
          <w:tcPr>
            <w:tcW w:type="dxa" w:w="1247"/>
            <w:vAlign w:val="center"/>
          </w:tcPr>
          <w:p>
            <w:r>
              <w:rPr>
                <w:rFonts w:ascii="Arial" w:hAnsi="Arial" w:eastAsia="Arial"/>
                <w:sz w:val="20"/>
              </w:rPr>
              <w:t>25</w:t>
            </w:r>
          </w:p>
        </w:tc>
        <w:tc>
          <w:tcPr>
            <w:tcW w:type="dxa" w:w="7937"/>
            <w:vAlign w:val="center"/>
          </w:tcPr>
          <w:p>
            <w:r>
              <w:rPr>
                <w:rFonts w:ascii="Arial" w:hAnsi="Arial" w:eastAsia="Arial"/>
                <w:sz w:val="20"/>
              </w:rPr>
              <w:t>26 cm</w:t>
            </w:r>
          </w:p>
        </w:tc>
      </w:tr>
      <w:tr>
        <w:trPr>
          <w:cantSplit/>
        </w:trPr>
        <w:tc>
          <w:tcPr>
            <w:tcW w:type="dxa" w:w="1247"/>
            <w:vAlign w:val="center"/>
          </w:tcPr>
          <w:p>
            <w:r>
              <w:rPr>
                <w:rFonts w:ascii="Arial" w:hAnsi="Arial" w:eastAsia="Arial"/>
                <w:sz w:val="20"/>
              </w:rPr>
              <w:t>26</w:t>
            </w:r>
          </w:p>
        </w:tc>
        <w:tc>
          <w:tcPr>
            <w:tcW w:type="dxa" w:w="7937"/>
            <w:vAlign w:val="center"/>
          </w:tcPr>
          <w:p>
            <w:r>
              <w:rPr>
                <w:rFonts w:ascii="Arial" w:hAnsi="Arial" w:eastAsia="Arial"/>
                <w:sz w:val="20"/>
              </w:rPr>
              <w:t>19 cm</w:t>
            </w:r>
          </w:p>
        </w:tc>
      </w:tr>
      <w:tr>
        <w:trPr>
          <w:cantSplit/>
        </w:trPr>
        <w:tc>
          <w:tcPr>
            <w:tcW w:type="dxa" w:w="1247"/>
            <w:vAlign w:val="center"/>
          </w:tcPr>
          <w:p>
            <w:r>
              <w:rPr>
                <w:rFonts w:ascii="Arial" w:hAnsi="Arial" w:eastAsia="Arial"/>
                <w:sz w:val="20"/>
              </w:rPr>
              <w:t>27</w:t>
            </w:r>
          </w:p>
        </w:tc>
        <w:tc>
          <w:tcPr>
            <w:tcW w:type="dxa" w:w="7937"/>
            <w:vAlign w:val="center"/>
          </w:tcPr>
          <w:p>
            <w:r>
              <w:rPr>
                <w:rFonts w:ascii="Arial" w:hAnsi="Arial" w:eastAsia="Arial"/>
                <w:sz w:val="20"/>
              </w:rPr>
              <w:t>21 cm</w:t>
            </w:r>
          </w:p>
        </w:tc>
      </w:tr>
      <w:tr>
        <w:trPr>
          <w:cantSplit/>
        </w:trPr>
        <w:tc>
          <w:tcPr>
            <w:tcW w:type="dxa" w:w="1247"/>
            <w:vAlign w:val="center"/>
          </w:tcPr>
          <w:p>
            <w:r>
              <w:rPr>
                <w:rFonts w:ascii="Arial" w:hAnsi="Arial" w:eastAsia="Arial"/>
                <w:sz w:val="20"/>
              </w:rPr>
              <w:t>28</w:t>
            </w:r>
          </w:p>
        </w:tc>
        <w:tc>
          <w:tcPr>
            <w:tcW w:type="dxa" w:w="7937"/>
            <w:vAlign w:val="center"/>
          </w:tcPr>
          <w:p>
            <w:r>
              <w:rPr>
                <w:rFonts w:ascii="Arial" w:hAnsi="Arial" w:eastAsia="Arial"/>
                <w:sz w:val="20"/>
              </w:rPr>
              <w:t>22 cm</w:t>
            </w:r>
          </w:p>
        </w:tc>
      </w:tr>
      <w:tr>
        <w:trPr>
          <w:cantSplit/>
        </w:trPr>
        <w:tc>
          <w:tcPr>
            <w:tcW w:type="dxa" w:w="1247"/>
            <w:vAlign w:val="center"/>
          </w:tcPr>
          <w:p>
            <w:r>
              <w:rPr>
                <w:rFonts w:ascii="Arial" w:hAnsi="Arial" w:eastAsia="Arial"/>
                <w:sz w:val="20"/>
              </w:rPr>
              <w:t>29</w:t>
            </w:r>
          </w:p>
        </w:tc>
        <w:tc>
          <w:tcPr>
            <w:tcW w:type="dxa" w:w="7937"/>
            <w:vAlign w:val="center"/>
          </w:tcPr>
          <w:p>
            <w:r>
              <w:rPr>
                <w:rFonts w:ascii="Arial" w:hAnsi="Arial" w:eastAsia="Arial"/>
                <w:sz w:val="20"/>
              </w:rPr>
              <w:t>30 cm</w:t>
            </w:r>
          </w:p>
        </w:tc>
      </w:tr>
      <w:tr>
        <w:trPr>
          <w:cantSplit/>
        </w:trPr>
        <w:tc>
          <w:tcPr>
            <w:tcW w:type="dxa" w:w="1247"/>
            <w:vAlign w:val="center"/>
          </w:tcPr>
          <w:p>
            <w:r>
              <w:rPr>
                <w:rFonts w:ascii="Arial" w:hAnsi="Arial" w:eastAsia="Arial"/>
                <w:sz w:val="20"/>
              </w:rPr>
              <w:t>30</w:t>
            </w:r>
          </w:p>
        </w:tc>
        <w:tc>
          <w:tcPr>
            <w:tcW w:type="dxa" w:w="7937"/>
            <w:vAlign w:val="center"/>
          </w:tcPr>
          <w:p>
            <w:r>
              <w:rPr>
                <w:rFonts w:ascii="Arial" w:hAnsi="Arial" w:eastAsia="Arial"/>
                <w:sz w:val="20"/>
              </w:rPr>
              <w:t>20 cm</w:t>
            </w:r>
          </w:p>
        </w:tc>
      </w:tr>
    </w:tbl>
    <w:sectPr w:rsidR="00FC693F" w:rsidRPr="0006063C" w:rsidSect="00034616">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