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30 BÀI TẬP TÌM THÀNH PHẦN CHƯA BIẾT LỚP 2 NÂNG CAO</w:t>
      </w:r>
    </w:p>
    <w:p>
      <w:pPr>
        <w:jc w:val="center"/>
      </w:pPr>
      <w:r>
        <w:rPr>
          <w:i/>
        </w:rPr>
        <w:t>Số hạng - số bị trừ - số trừ - bài hai bước; có đáp án</w:t>
      </w:r>
    </w:p>
    <w:p>
      <w:pPr>
        <w:jc w:val="center"/>
      </w:pPr>
      <w:r>
        <w:t>ToanCap1.com - Toán tiểu học</w:t>
      </w:r>
    </w:p>
    <w:p>
      <w:r>
        <w:t>Học sinh cần xác định X đang là số hạng, số bị trừ hay số trừ trước khi làm. Các bài hai bước nên tính phần chỉ có số trước rồi mới tìm X.</w:t>
      </w:r>
    </w:p>
    <w:p>
      <w:pPr>
        <w:pStyle w:val="Heading1"/>
      </w:pPr>
      <w:r>
        <w:t>Phần 1. Tìm trực tiếp một thành phần</w:t>
      </w:r>
    </w:p>
    <w:p>
      <w:pPr>
        <w:spacing w:after="60"/>
      </w:pPr>
      <w:r>
        <w:rPr>
          <w:b/>
        </w:rPr>
        <w:t xml:space="preserve">Câu 1. </w:t>
      </w:r>
      <w:r>
        <w:t>Tìm X biết: X + 28 = 65.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2. </w:t>
      </w:r>
      <w:r>
        <w:t>Tìm X biết: 84 - X = 39.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3. </w:t>
      </w:r>
      <w:r>
        <w:t>Tìm X biết: X - 36 = 42.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4. </w:t>
      </w:r>
      <w:r>
        <w:t>Tìm X biết: 125 + X = 300.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5. </w:t>
      </w:r>
      <w:r>
        <w:t>Tìm X biết: 420 - X = 185.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6. </w:t>
      </w:r>
      <w:r>
        <w:t>Tìm X biết: X - 145 = 230.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7. </w:t>
      </w:r>
      <w:r>
        <w:t>Tìm X biết: X + 206 = 510.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8. </w:t>
      </w:r>
      <w:r>
        <w:t>Tìm X biết: 700 - X = 268.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9. </w:t>
      </w:r>
      <w:r>
        <w:t>Tìm X biết: X - 275 = 325.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10. </w:t>
      </w:r>
      <w:r>
        <w:t>Tìm X biết: 349 + X = 800.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2. Tìm X qua hai bước</w:t>
      </w:r>
    </w:p>
    <w:p>
      <w:pPr>
        <w:spacing w:after="60"/>
      </w:pPr>
      <w:r>
        <w:rPr>
          <w:b/>
        </w:rPr>
        <w:t xml:space="preserve">Câu 11. </w:t>
      </w:r>
      <w:r>
        <w:t>Tìm X biết: X + 35 - 20 = 70.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12. </w:t>
      </w:r>
      <w:r>
        <w:t>Tìm X biết: X - 24 + 10 = 58.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13. </w:t>
      </w:r>
      <w:r>
        <w:t>Tìm X biết: 90 - X + 15 = 40.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14. </w:t>
      </w:r>
      <w:r>
        <w:t>Tìm X biết: 120 - (X + 20) = 35.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15. </w:t>
      </w:r>
      <w:r>
        <w:t>Tìm X biết: (X + 18) - 25 = 43.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16. </w:t>
      </w:r>
      <w:r>
        <w:t>Tìm X biết: 200 - (X - 30) = 90.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17. </w:t>
      </w:r>
      <w:r>
        <w:t>Tìm X biết: X + 125 = 500 - 75.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18. </w:t>
      </w:r>
      <w:r>
        <w:t>Tìm X biết: 650 - X = 200 + 50.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19. </w:t>
      </w:r>
      <w:r>
        <w:t>Tìm X biết: X - 180 = 90 + 30.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20. </w:t>
      </w:r>
      <w:r>
        <w:t>Tìm X biết: 275 + X = 800 - 125.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3. Bài toán có lời văn</w:t>
      </w:r>
    </w:p>
    <w:p>
      <w:pPr>
        <w:spacing w:after="60"/>
      </w:pPr>
      <w:r>
        <w:rPr>
          <w:b/>
        </w:rPr>
        <w:t xml:space="preserve">Câu 21. </w:t>
      </w:r>
      <w:r>
        <w:t>Một số cộng 47 được 120. Tìm số đó.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22. </w:t>
      </w:r>
      <w:r>
        <w:t>Một số bớt 85 còn 135. Tìm số đó.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23. </w:t>
      </w:r>
      <w:r>
        <w:t>Lấy 300 trừ một số được 125. Tìm số đó.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24. </w:t>
      </w:r>
      <w:r>
        <w:t>Mai có một số nhãn vở, được tặng thêm 36 nhãn thì có 90 nhãn. Ban đầu Mai có bao nhiêu nhãn?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25. </w:t>
      </w:r>
      <w:r>
        <w:t>Một hộp có một số viên bi, lấy ra 48 viên thì còn 72 viên. Ban đầu có bao nhiêu viên?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26. </w:t>
      </w:r>
      <w:r>
        <w:t>Có 250 quyển sách, cho đi một số quyển thì còn 175 quyển. Đã cho đi bao nhiêu quyển?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27. </w:t>
      </w:r>
      <w:r>
        <w:t>Một đoạn dây dài X cm. Cắt 35 cm thì còn 65 cm. Tìm X.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28. </w:t>
      </w:r>
      <w:r>
        <w:t>Một số khi cộng 125 rồi bớt 50 thì được 300. Tìm số đó.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29. </w:t>
      </w:r>
      <w:r>
        <w:t>Một số khi bớt 80 rồi cộng 30 thì được 170. Tìm số đó.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spacing w:after="60"/>
      </w:pPr>
      <w:r>
        <w:rPr>
          <w:b/>
        </w:rPr>
        <w:t xml:space="preserve">Câu 30. </w:t>
      </w:r>
      <w:r>
        <w:t>Tổng của một số với 240 bằng hiệu của 700 và 160. Tìm số đó.</w:t>
      </w:r>
    </w:p>
    <w:p>
      <w:pPr>
        <w:spacing w:after="80"/>
        <w:ind w:left="283"/>
      </w:pPr>
      <w:r>
        <w:t>Đáp số: ........................................................</w:t>
      </w:r>
    </w:p>
    <w:p>
      <w:r>
        <w:br w:type="page"/>
      </w:r>
    </w:p>
    <w:p>
      <w:pPr>
        <w:pStyle w:val="Heading1"/>
      </w:pPr>
      <w:r>
        <w:t>Đáp án - Câu 1 đến 15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7"/>
      </w:tblGrid>
      <w:tr>
        <w:trPr>
          <w:cantSplit/>
        </w:trPr>
        <w:tc>
          <w:tcPr>
            <w:tcW w:type="dxa" w:w="5100"/>
          </w:tcPr>
          <w:p>
            <w:r>
              <w:t>Câu</w:t>
            </w:r>
          </w:p>
        </w:tc>
        <w:tc>
          <w:tcPr>
            <w:tcW w:type="dxa" w:w="5100"/>
          </w:tcPr>
          <w:p>
            <w:r>
              <w:t>Đáp án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37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45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78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175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235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375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304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432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600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10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451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11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55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12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72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13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65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14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65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15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50</w:t>
            </w:r>
          </w:p>
        </w:tc>
      </w:tr>
    </w:tbl>
    <w:p>
      <w:r>
        <w:br w:type="page"/>
      </w:r>
    </w:p>
    <w:p>
      <w:pPr>
        <w:pStyle w:val="Heading1"/>
      </w:pPr>
      <w:r>
        <w:t>Đáp án - Câu 16 đến 30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7"/>
      </w:tblGrid>
      <w:tr>
        <w:trPr>
          <w:cantSplit/>
        </w:trPr>
        <w:tc>
          <w:tcPr>
            <w:tcW w:type="dxa" w:w="5100"/>
          </w:tcPr>
          <w:p>
            <w:r>
              <w:t>Câu</w:t>
            </w:r>
          </w:p>
        </w:tc>
        <w:tc>
          <w:tcPr>
            <w:tcW w:type="dxa" w:w="5100"/>
          </w:tcPr>
          <w:p>
            <w:r>
              <w:t>Đáp án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16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140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17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300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18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400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19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300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20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400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21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73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22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220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23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175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24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54 nhãn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25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120 viên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26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75 quyển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27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X = 100 cm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28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225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29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220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sz w:val="20"/>
              </w:rPr>
              <w:t>30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300</w:t>
            </w:r>
          </w:p>
        </w:tc>
      </w:tr>
    </w:tbl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