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 BÀI TẬP ĐO LƯỜNG NÂNG CAO LỚP 2</w:t>
      </w:r>
    </w:p>
    <w:p>
      <w:pPr>
        <w:jc w:val="center"/>
      </w:pPr>
      <w:r>
        <w:rPr>
          <w:i/>
        </w:rPr>
        <w:t>Độ dài - khối lượng - dung tích - thời gian - tiền Việt Nam; có đáp án</w:t>
      </w:r>
    </w:p>
    <w:p>
      <w:pPr>
        <w:jc w:val="center"/>
      </w:pPr>
      <w:r>
        <w:t>ToanCap1.com - Toán tiểu học</w:t>
      </w:r>
    </w:p>
    <w:p>
      <w:r>
        <w:t>Bộ bài tập luyện nhiều loại đại lượng lớp 2. Trước khi cộng hoặc trừ, học sinh cần kiểm tra các số đo đã cùng đơn vị hay chưa.</w:t>
      </w:r>
    </w:p>
    <w:p>
      <w:pPr>
        <w:pStyle w:val="Heading1"/>
      </w:pPr>
      <w:r>
        <w:t>Phần 1. Độ dài</w:t>
      </w:r>
    </w:p>
    <w:p>
      <w:pPr>
        <w:keepNext/>
        <w:spacing w:after="40"/>
      </w:pPr>
      <w:r>
        <w:rPr>
          <w:b/>
        </w:rPr>
        <w:t xml:space="preserve">Câu 1. </w:t>
      </w:r>
      <w:r>
        <w:t>Đổi 3 m 25 cm ra xăng-ti-mét.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2. </w:t>
      </w:r>
      <w:r>
        <w:t>Đổi 5 dm 7 cm ra xăng-ti-mét.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3. </w:t>
      </w:r>
      <w:r>
        <w:t>Đổi 240 cm thành mét và xăng-ti-mét.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4. </w:t>
      </w:r>
      <w:r>
        <w:t>Đổi 680 m thành ki-lô-mét và mét.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5. </w:t>
      </w:r>
      <w:r>
        <w:t>1 km 250 m bằng bao nhiêu mét?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6. </w:t>
      </w:r>
      <w:r>
        <w:t>Một sợi dây dài 2 m, cắt đi 65 cm. Còn lại bao nhiêu xăng-ti-mét?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7. </w:t>
      </w:r>
      <w:r>
        <w:t>Một đoạn đường dài 1 km, đã đi 475 m. Còn bao nhiêu mét?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8. </w:t>
      </w:r>
      <w:r>
        <w:t>Hai đoạn dây dài 75 cm và 1 m 20 cm. Tổng độ dài là bao nhiêu xăng-ti-mét?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9. </w:t>
      </w:r>
      <w:r>
        <w:t>Một chiếc bàn dài 12 dm, chiếc ghế dài 85 cm. Bàn dài hơn ghế bao nhiêu xăng-ti-mét?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10. </w:t>
      </w:r>
      <w:r>
        <w:t>Ba đoạn dây dài 35 cm, 48 cm và 67 cm. Tổng độ dài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Khối lượng và dung tích</w:t>
      </w:r>
    </w:p>
    <w:p>
      <w:pPr>
        <w:keepNext/>
        <w:spacing w:after="40"/>
      </w:pPr>
      <w:r>
        <w:rPr>
          <w:b/>
        </w:rPr>
        <w:t xml:space="preserve">Câu 11. </w:t>
      </w:r>
      <w:r>
        <w:t>Bao gạo nặng 28 kg, bao ngô nặng 17 kg. Tổng khối lượng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12. </w:t>
      </w:r>
      <w:r>
        <w:t>Một thùng có 50 kg gạo, lấy ra 23 kg. Còn lại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13. </w:t>
      </w:r>
      <w:r>
        <w:t>Hai túi nặng 16 kg và 19 kg. Túi thứ ba nặng bằng tổng hai túi. Túi thứ ba nặng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14. </w:t>
      </w:r>
      <w:r>
        <w:t>Một can có 25 lít nước, rót ra 8 lít. Còn lại bao nhiêu lít?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15. </w:t>
      </w:r>
      <w:r>
        <w:t>Hai can lần lượt có 18 lít và 27 lít dầu. Có tất cả bao nhiêu lít?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16. </w:t>
      </w:r>
      <w:r>
        <w:t>Một bể có 60 lít nước, rót thêm 15 lít rồi dùng 22 lít. Còn bao nhiêu lít?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17. </w:t>
      </w:r>
      <w:r>
        <w:t>Một bao hàng 42 kg chia thành hai phần, phần thứ nhất 18 kg. Phần thứ hai nặng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18. </w:t>
      </w:r>
      <w:r>
        <w:t>Ba bao lần lượt nặng 12 kg, 15 kg, 18 kg. Tổng khối lượng?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19. </w:t>
      </w:r>
      <w:r>
        <w:t>Một can 30 lít rót đều vào 5 bình, mỗi bình nhận bao nhiêu lít?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20. </w:t>
      </w:r>
      <w:r>
        <w:t>Có 48 kg gạo chia đều vào 6 túi. Mỗi túi nặng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Thời gian và tiền Việt Nam</w:t>
      </w:r>
    </w:p>
    <w:p>
      <w:pPr>
        <w:keepNext/>
        <w:spacing w:after="40"/>
      </w:pPr>
      <w:r>
        <w:rPr>
          <w:b/>
        </w:rPr>
        <w:t xml:space="preserve">Câu 21. </w:t>
      </w:r>
      <w:r>
        <w:t>Một ngày có bao nhiêu giờ?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22. </w:t>
      </w:r>
      <w:r>
        <w:t>2 giờ bằng bao nhiêu phút?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23. </w:t>
      </w:r>
      <w:r>
        <w:t>Từ 7 giờ 15 phút đến 8 giờ là bao nhiêu phút?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24. </w:t>
      </w:r>
      <w:r>
        <w:t>Một tiết học bắt đầu 8 giờ, kéo dài 35 phút. Kết thúc lúc mấy giờ?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25. </w:t>
      </w:r>
      <w:r>
        <w:t>Một bộ phim bắt đầu 19 giờ 20 phút và kết thúc 20 giờ. Phim dài bao nhiêu phút?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26. </w:t>
      </w:r>
      <w:r>
        <w:t>Hôm nay là thứ Ba. Sau 5 ngày là thứ mấy?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27. </w:t>
      </w:r>
      <w:r>
        <w:t>Tháng 4 có bao nhiêu ngày?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28. </w:t>
      </w:r>
      <w:r>
        <w:t>Một tuần có bao nhiêu ngày? Hai tuần có bao nhiêu ngày?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29. </w:t>
      </w:r>
      <w:r>
        <w:t>Lan có 50 000 đồng, mua vở hết 18 000 đồng. Còn lại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30. </w:t>
      </w:r>
      <w:r>
        <w:t>Mẹ mua 2 món giá 25 000 đồng và 37 000 đồng. Hết bao nhiêu tiền?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31. </w:t>
      </w:r>
      <w:r>
        <w:t>Có 100 000 đồng, mua hàng 68 000 đồng. Được trả lại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32. </w:t>
      </w:r>
      <w:r>
        <w:t>Một chiếc bút 8 000 đồng. Mua 4 chiếc hết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33. </w:t>
      </w:r>
      <w:r>
        <w:t>Ba quyển vở cùng giá 6 000 đồng. Tổng tiền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4. Vận dụng tổng hợp</w:t>
      </w:r>
    </w:p>
    <w:p>
      <w:pPr>
        <w:keepNext/>
        <w:spacing w:after="40"/>
      </w:pPr>
      <w:r>
        <w:rPr>
          <w:b/>
        </w:rPr>
        <w:t xml:space="preserve">Câu 34. </w:t>
      </w:r>
      <w:r>
        <w:t>Quãng đường A dài 2 km, quãng đường B dài 750 m. A dài hơn B bao nhiêu mét?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35. </w:t>
      </w:r>
      <w:r>
        <w:t>Một can có 40 lít, can khác ít hơn 13 lít. Can thứ hai có bao nhiêu lít?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36. </w:t>
      </w:r>
      <w:r>
        <w:t>Một kiện hàng 35 kg, kiện thứ hai nặng hơn 9 kg. Kiện thứ hai nặng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37. </w:t>
      </w:r>
      <w:r>
        <w:t>Một xe đi 325 m buổi sáng và 475 m buổi chiều. Tổng quãng đường đi được?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38. </w:t>
      </w:r>
      <w:r>
        <w:t>Có 70 lít nước chia vào hai thùng, thùng thứ nhất 28 lít. Thùng thứ hai có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39. </w:t>
      </w:r>
      <w:r>
        <w:t>Một người mang 80 000 đồng, mua 3 quyển sách giá 20 000 đồng/quyển. Còn lại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40. </w:t>
      </w:r>
      <w:r>
        <w:t>Một chuyến đi bắt đầu lúc 9 giờ, kéo dài 1 giờ 30 phút. Kết thúc lúc mấy giờ?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  <w:pageBreakBefore/>
      </w:pPr>
      <w:r>
        <w:t>Đáp án 40 bài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3685"/>
        <w:gridCol w:w="737"/>
        <w:gridCol w:w="3685"/>
      </w:tblGrid>
      <w:tr>
        <w:trPr>
          <w:cantSplit/>
        </w:trPr>
        <w:tc>
          <w:tcPr>
            <w:tcW w:type="dxa" w:w="2550"/>
          </w:tcPr>
          <w:p>
            <w:r>
              <w:t>Câu</w:t>
            </w:r>
          </w:p>
        </w:tc>
        <w:tc>
          <w:tcPr>
            <w:tcW w:type="dxa" w:w="2550"/>
          </w:tcPr>
          <w:p>
            <w:r>
              <w:t>Đáp án</w:t>
            </w:r>
          </w:p>
        </w:tc>
        <w:tc>
          <w:tcPr>
            <w:tcW w:type="dxa" w:w="2550"/>
          </w:tcPr>
          <w:p>
            <w:r>
              <w:t>Câu</w:t>
            </w:r>
          </w:p>
        </w:tc>
        <w:tc>
          <w:tcPr>
            <w:tcW w:type="dxa" w:w="255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325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21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24 giờ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57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22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120 phút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 m 40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23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45 phút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0 km 680 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24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 giờ 35 phút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1 250 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25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40 phút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135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26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Chủ nhật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7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525 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27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30 ngày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195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28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7 ngày; 14 ngày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9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35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29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32 000 đồng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10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150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30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62 000 đồng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11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45 kg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31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32 000 đồng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12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27 kg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32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32 000 đồng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13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35 kg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33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18 000 đồng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14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17 lít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34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1 250 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15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45 lít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35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27 lít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16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53 lít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36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44 kg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17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24 kg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37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800 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18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45 kg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38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42 lít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19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6 lít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39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20 000 đồng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20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8 kg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40</w:t>
            </w:r>
          </w:p>
        </w:tc>
        <w:tc>
          <w:tcPr>
            <w:tcW w:type="dxa" w:w="3685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10 giờ 30 phút</w:t>
            </w:r>
          </w:p>
        </w:tc>
      </w:tr>
    </w:tbl>
    <w:sectPr w:rsidR="00FC693F" w:rsidRPr="0006063C" w:rsidSect="00034616">
      <w:pgSz w:w="12240" w:h="15840"/>
      <w:pgMar w:top="879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