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40 BÀI TẬP PHÉP TÍNH TRONG PHẠM VI 100 NÂNG CAO LỚP 2</w:t>
      </w:r>
    </w:p>
    <w:p>
      <w:pPr>
        <w:jc w:val="center"/>
      </w:pPr>
      <w:r>
        <w:rPr>
          <w:i/>
        </w:rPr>
        <w:t>Cộng trừ - tìm số - dãy số - bài toán có lời văn; có đáp án</w:t>
      </w:r>
    </w:p>
    <w:p>
      <w:pPr>
        <w:jc w:val="center"/>
      </w:pPr>
      <w:r>
        <w:t>ToanCap1.com - Toán tiểu học</w:t>
      </w:r>
    </w:p>
    <w:p>
      <w:r>
        <w:t>Các bài đều giữ số tự nhiên trong phạm vi 100, tập trung vào cộng trừ, suy luận ngược và tính thuận tiện. Học sinh nên nêu cách nghĩ trước khi ghi đáp số.</w:t>
      </w:r>
    </w:p>
    <w:p>
      <w:pPr>
        <w:pStyle w:val="Heading1"/>
      </w:pPr>
      <w:r>
        <w:t>Phần 1. Tính nhanh và tính thuận tiện</w:t>
      </w:r>
    </w:p>
    <w:p>
      <w:r>
        <w:rPr>
          <w:b/>
        </w:rPr>
        <w:t xml:space="preserve">Câu 1. </w:t>
      </w:r>
      <w:r>
        <w:t>Tính nhanh: 27 + 13 + 20.</w:t>
      </w:r>
    </w:p>
    <w:p>
      <w:pPr>
        <w:ind w:left="283"/>
      </w:pPr>
      <w:r>
        <w:t>Đáp số: ........................................................</w:t>
      </w:r>
    </w:p>
    <w:p>
      <w:r>
        <w:rPr>
          <w:b/>
        </w:rPr>
        <w:t xml:space="preserve">Câu 2. </w:t>
      </w:r>
      <w:r>
        <w:t>Tính nhanh: 46 + 14 - 20.</w:t>
      </w:r>
    </w:p>
    <w:p>
      <w:pPr>
        <w:ind w:left="283"/>
      </w:pPr>
      <w:r>
        <w:t>Đáp số: ........................................................</w:t>
      </w:r>
    </w:p>
    <w:p>
      <w:r>
        <w:rPr>
          <w:b/>
        </w:rPr>
        <w:t xml:space="preserve">Câu 3. </w:t>
      </w:r>
      <w:r>
        <w:t>Tính nhanh: 38 + 22 + 10.</w:t>
      </w:r>
    </w:p>
    <w:p>
      <w:pPr>
        <w:ind w:left="283"/>
      </w:pPr>
      <w:r>
        <w:t>Đáp số: ........................................................</w:t>
      </w:r>
    </w:p>
    <w:p>
      <w:r>
        <w:rPr>
          <w:b/>
        </w:rPr>
        <w:t xml:space="preserve">Câu 4. </w:t>
      </w:r>
      <w:r>
        <w:t>Tính nhanh: 75 - 25 + 18.</w:t>
      </w:r>
    </w:p>
    <w:p>
      <w:pPr>
        <w:ind w:left="283"/>
      </w:pPr>
      <w:r>
        <w:t>Đáp số: ........................................................</w:t>
      </w:r>
    </w:p>
    <w:p>
      <w:r>
        <w:rPr>
          <w:b/>
        </w:rPr>
        <w:t xml:space="preserve">Câu 5. </w:t>
      </w:r>
      <w:r>
        <w:t>Tính nhanh: 64 - 14 - 20.</w:t>
      </w:r>
    </w:p>
    <w:p>
      <w:pPr>
        <w:ind w:left="283"/>
      </w:pPr>
      <w:r>
        <w:t>Đáp số: ........................................................</w:t>
      </w:r>
    </w:p>
    <w:p>
      <w:r>
        <w:rPr>
          <w:b/>
        </w:rPr>
        <w:t xml:space="preserve">Câu 6. </w:t>
      </w:r>
      <w:r>
        <w:t>Tính nhanh: 29 + 31 + 15.</w:t>
      </w:r>
    </w:p>
    <w:p>
      <w:pPr>
        <w:ind w:left="283"/>
      </w:pPr>
      <w:r>
        <w:t>Đáp số: ........................................................</w:t>
      </w:r>
    </w:p>
    <w:p>
      <w:r>
        <w:rPr>
          <w:b/>
        </w:rPr>
        <w:t xml:space="preserve">Câu 7. </w:t>
      </w:r>
      <w:r>
        <w:t>Tính nhanh: 83 - 33 + 27.</w:t>
      </w:r>
    </w:p>
    <w:p>
      <w:pPr>
        <w:ind w:left="283"/>
      </w:pPr>
      <w:r>
        <w:t>Đáp số: ........................................................</w:t>
      </w:r>
    </w:p>
    <w:p>
      <w:r>
        <w:rPr>
          <w:b/>
        </w:rPr>
        <w:t xml:space="preserve">Câu 8. </w:t>
      </w:r>
      <w:r>
        <w:t>Tính nhanh: 48 + 12 - 30.</w:t>
      </w:r>
    </w:p>
    <w:p>
      <w:pPr>
        <w:ind w:left="283"/>
      </w:pPr>
      <w:r>
        <w:t>Đáp số: ........................................................</w:t>
      </w:r>
    </w:p>
    <w:p>
      <w:r>
        <w:rPr>
          <w:b/>
        </w:rPr>
        <w:t xml:space="preserve">Câu 9. </w:t>
      </w:r>
      <w:r>
        <w:t>Tính nhanh: 56 - 16 + 39.</w:t>
      </w:r>
    </w:p>
    <w:p>
      <w:pPr>
        <w:ind w:left="283"/>
      </w:pPr>
      <w:r>
        <w:t>Đáp số: ........................................................</w:t>
      </w:r>
    </w:p>
    <w:p>
      <w:r>
        <w:rPr>
          <w:b/>
        </w:rPr>
        <w:t xml:space="preserve">Câu 10. </w:t>
      </w:r>
      <w:r>
        <w:t>Tính nhanh: 100 - 37 - 23.</w:t>
      </w:r>
    </w:p>
    <w:p>
      <w:pPr>
        <w:ind w:left="283"/>
      </w:pPr>
      <w:r>
        <w:t>Đáp số: ........................................................</w:t>
      </w:r>
    </w:p>
    <w:p>
      <w:pPr>
        <w:pStyle w:val="Heading1"/>
      </w:pPr>
      <w:r>
        <w:t>Phần 2. Tìm số chưa biết</w:t>
      </w:r>
    </w:p>
    <w:p>
      <w:r>
        <w:rPr>
          <w:b/>
        </w:rPr>
        <w:t xml:space="preserve">Câu 11. </w:t>
      </w:r>
      <w:r>
        <w:t>Tìm X: X + 28 = 65.</w:t>
      </w:r>
    </w:p>
    <w:p>
      <w:pPr>
        <w:ind w:left="283"/>
      </w:pPr>
      <w:r>
        <w:t>Đáp số: ........................................................</w:t>
      </w:r>
    </w:p>
    <w:p>
      <w:r>
        <w:rPr>
          <w:b/>
        </w:rPr>
        <w:t xml:space="preserve">Câu 12. </w:t>
      </w:r>
      <w:r>
        <w:t>Tìm X: 74 - X = 29.</w:t>
      </w:r>
    </w:p>
    <w:p>
      <w:pPr>
        <w:ind w:left="283"/>
      </w:pPr>
      <w:r>
        <w:t>Đáp số: ........................................................</w:t>
      </w:r>
    </w:p>
    <w:p>
      <w:r>
        <w:rPr>
          <w:b/>
        </w:rPr>
        <w:t xml:space="preserve">Câu 13. </w:t>
      </w:r>
      <w:r>
        <w:t>Tìm X: X - 36 = 42.</w:t>
      </w:r>
    </w:p>
    <w:p>
      <w:pPr>
        <w:ind w:left="283"/>
      </w:pPr>
      <w:r>
        <w:t>Đáp số: ........................................................</w:t>
      </w:r>
    </w:p>
    <w:p>
      <w:r>
        <w:rPr>
          <w:b/>
        </w:rPr>
        <w:t xml:space="preserve">Câu 14. </w:t>
      </w:r>
      <w:r>
        <w:t>Tìm X: 19 + X = 53.</w:t>
      </w:r>
    </w:p>
    <w:p>
      <w:pPr>
        <w:ind w:left="283"/>
      </w:pPr>
      <w:r>
        <w:t>Đáp số: ........................................................</w:t>
      </w:r>
    </w:p>
    <w:p>
      <w:r>
        <w:rPr>
          <w:b/>
        </w:rPr>
        <w:t xml:space="preserve">Câu 15. </w:t>
      </w:r>
      <w:r>
        <w:t>Tìm X: 90 - X = 47.</w:t>
      </w:r>
    </w:p>
    <w:p>
      <w:pPr>
        <w:ind w:left="283"/>
      </w:pPr>
      <w:r>
        <w:t>Đáp số: ........................................................</w:t>
      </w:r>
    </w:p>
    <w:p>
      <w:r>
        <w:rPr>
          <w:b/>
        </w:rPr>
        <w:t xml:space="preserve">Câu 16. </w:t>
      </w:r>
      <w:r>
        <w:t>Điền số: 35 + __ = 35 + 27.</w:t>
      </w:r>
    </w:p>
    <w:p>
      <w:pPr>
        <w:ind w:left="283"/>
      </w:pPr>
      <w:r>
        <w:t>Đáp số: ........................................................</w:t>
      </w:r>
    </w:p>
    <w:p>
      <w:r>
        <w:rPr>
          <w:b/>
        </w:rPr>
        <w:t xml:space="preserve">Câu 17. </w:t>
      </w:r>
      <w:r>
        <w:t>Điền số: 82 - __ = 82 - 30.</w:t>
      </w:r>
    </w:p>
    <w:p>
      <w:pPr>
        <w:ind w:left="283"/>
      </w:pPr>
      <w:r>
        <w:t>Đáp số: ........................................................</w:t>
      </w:r>
    </w:p>
    <w:p>
      <w:r>
        <w:rPr>
          <w:b/>
        </w:rPr>
        <w:t xml:space="preserve">Câu 18. </w:t>
      </w:r>
      <w:r>
        <w:t>Điền số: __ + 18 = 70.</w:t>
      </w:r>
    </w:p>
    <w:p>
      <w:pPr>
        <w:ind w:left="283"/>
      </w:pPr>
      <w:r>
        <w:t>Đáp số: ........................................................</w:t>
      </w:r>
    </w:p>
    <w:p>
      <w:r>
        <w:rPr>
          <w:b/>
        </w:rPr>
        <w:t xml:space="preserve">Câu 19. </w:t>
      </w:r>
      <w:r>
        <w:t>Điền số: __ - 25 = 44.</w:t>
      </w:r>
    </w:p>
    <w:p>
      <w:pPr>
        <w:ind w:left="283"/>
      </w:pPr>
      <w:r>
        <w:t>Đáp số: ........................................................</w:t>
      </w:r>
    </w:p>
    <w:p>
      <w:r>
        <w:rPr>
          <w:b/>
        </w:rPr>
        <w:t xml:space="preserve">Câu 20. </w:t>
      </w:r>
      <w:r>
        <w:t>Điền số: 100 - __ = 36.</w:t>
      </w:r>
    </w:p>
    <w:p>
      <w:pPr>
        <w:ind w:left="283"/>
      </w:pPr>
      <w:r>
        <w:t>Đáp số: ........................................................</w:t>
      </w:r>
    </w:p>
    <w:p>
      <w:pPr>
        <w:pStyle w:val="Heading1"/>
      </w:pPr>
      <w:r>
        <w:t>Phần 3. Dãy số và so sánh</w:t>
      </w:r>
    </w:p>
    <w:p>
      <w:r>
        <w:rPr>
          <w:b/>
        </w:rPr>
        <w:t xml:space="preserve">Câu 21. </w:t>
      </w:r>
      <w:r>
        <w:t>Điền số tiếp theo: 12, 22, 32, __, 52.</w:t>
      </w:r>
    </w:p>
    <w:p>
      <w:pPr>
        <w:ind w:left="283"/>
      </w:pPr>
      <w:r>
        <w:t>Đáp số: ........................................................</w:t>
      </w:r>
    </w:p>
    <w:p>
      <w:r>
        <w:rPr>
          <w:b/>
        </w:rPr>
        <w:t xml:space="preserve">Câu 22. </w:t>
      </w:r>
      <w:r>
        <w:t>Điền số tiếp theo: 95, 85, 75, __, 55.</w:t>
      </w:r>
    </w:p>
    <w:p>
      <w:pPr>
        <w:ind w:left="283"/>
      </w:pPr>
      <w:r>
        <w:t>Đáp số: ........................................................</w:t>
      </w:r>
    </w:p>
    <w:p>
      <w:r>
        <w:rPr>
          <w:b/>
        </w:rPr>
        <w:t xml:space="preserve">Câu 23. </w:t>
      </w:r>
      <w:r>
        <w:t>Điền hai số: 7, 17, 27, __, __.</w:t>
      </w:r>
    </w:p>
    <w:p>
      <w:pPr>
        <w:ind w:left="283"/>
      </w:pPr>
      <w:r>
        <w:t>Đáp số: ........................................................</w:t>
      </w:r>
    </w:p>
    <w:p>
      <w:r>
        <w:rPr>
          <w:b/>
        </w:rPr>
        <w:t xml:space="preserve">Câu 24. </w:t>
      </w:r>
      <w:r>
        <w:t>Điền hai số: 88, 78, 68, __, __.</w:t>
      </w:r>
    </w:p>
    <w:p>
      <w:pPr>
        <w:ind w:left="283"/>
      </w:pPr>
      <w:r>
        <w:t>Đáp số: ........................................................</w:t>
      </w:r>
    </w:p>
    <w:p>
      <w:r>
        <w:rPr>
          <w:b/>
        </w:rPr>
        <w:t xml:space="preserve">Câu 25. </w:t>
      </w:r>
      <w:r>
        <w:t>Số nào lớn hơn: 38 + 27 hay 70 - 6?</w:t>
      </w:r>
    </w:p>
    <w:p>
      <w:pPr>
        <w:ind w:left="283"/>
      </w:pPr>
      <w:r>
        <w:t>Đáp số: ........................................................</w:t>
      </w:r>
    </w:p>
    <w:p>
      <w:r>
        <w:rPr>
          <w:b/>
        </w:rPr>
        <w:t xml:space="preserve">Câu 26. </w:t>
      </w:r>
      <w:r>
        <w:t>So sánh: 56 - 18 __ 40.</w:t>
      </w:r>
    </w:p>
    <w:p>
      <w:pPr>
        <w:ind w:left="283"/>
      </w:pPr>
      <w:r>
        <w:t>Đáp số: ........................................................</w:t>
      </w:r>
    </w:p>
    <w:p>
      <w:r>
        <w:rPr>
          <w:b/>
        </w:rPr>
        <w:t xml:space="preserve">Câu 27. </w:t>
      </w:r>
      <w:r>
        <w:t>So sánh: 29 + 31 __ 75 - 15.</w:t>
      </w:r>
    </w:p>
    <w:p>
      <w:pPr>
        <w:ind w:left="283"/>
      </w:pPr>
      <w:r>
        <w:t>Đáp số: ........................................................</w:t>
      </w:r>
    </w:p>
    <w:p>
      <w:r>
        <w:rPr>
          <w:b/>
        </w:rPr>
        <w:t xml:space="preserve">Câu 28. </w:t>
      </w:r>
      <w:r>
        <w:t>Tìm số liền trước của kết quả 48 + 22.</w:t>
      </w:r>
    </w:p>
    <w:p>
      <w:pPr>
        <w:ind w:left="283"/>
      </w:pPr>
      <w:r>
        <w:t>Đáp số: ........................................................</w:t>
      </w:r>
    </w:p>
    <w:p>
      <w:r>
        <w:rPr>
          <w:b/>
        </w:rPr>
        <w:t xml:space="preserve">Câu 29. </w:t>
      </w:r>
      <w:r>
        <w:t>Tìm số liền sau của kết quả 83 - 24.</w:t>
      </w:r>
    </w:p>
    <w:p>
      <w:pPr>
        <w:ind w:left="283"/>
      </w:pPr>
      <w:r>
        <w:t>Đáp số: ........................................................</w:t>
      </w:r>
    </w:p>
    <w:p>
      <w:r>
        <w:rPr>
          <w:b/>
        </w:rPr>
        <w:t xml:space="preserve">Câu 30. </w:t>
      </w:r>
      <w:r>
        <w:t>Một số cộng 17 được 62. Số đó là bao nhiêu?</w:t>
      </w:r>
    </w:p>
    <w:p>
      <w:pPr>
        <w:ind w:left="283"/>
      </w:pPr>
      <w:r>
        <w:t>Đáp số: ........................................................</w:t>
      </w:r>
    </w:p>
    <w:p>
      <w:pPr>
        <w:pStyle w:val="Heading1"/>
      </w:pPr>
      <w:r>
        <w:t>Phần 4. Bài toán có lời văn</w:t>
      </w:r>
    </w:p>
    <w:p>
      <w:r>
        <w:rPr>
          <w:b/>
        </w:rPr>
        <w:t xml:space="preserve">Câu 31. </w:t>
      </w:r>
      <w:r>
        <w:t>Lan có 36 nhãn vở, được tặng thêm 28 nhãn. Lan có tất cả bao nhiêu nhãn?</w:t>
      </w:r>
    </w:p>
    <w:p>
      <w:pPr>
        <w:ind w:left="283"/>
      </w:pPr>
      <w:r>
        <w:t>Đáp số: ........................................................</w:t>
      </w:r>
    </w:p>
    <w:p>
      <w:r>
        <w:rPr>
          <w:b/>
        </w:rPr>
        <w:t xml:space="preserve">Câu 32. </w:t>
      </w:r>
      <w:r>
        <w:t>Minh có 75 viên bi, cho bạn 27 viên. Minh còn bao nhiêu viên?</w:t>
      </w:r>
    </w:p>
    <w:p>
      <w:pPr>
        <w:ind w:left="283"/>
      </w:pPr>
      <w:r>
        <w:t>Đáp số: ........................................................</w:t>
      </w:r>
    </w:p>
    <w:p>
      <w:r>
        <w:rPr>
          <w:b/>
        </w:rPr>
        <w:t xml:space="preserve">Câu 33. </w:t>
      </w:r>
      <w:r>
        <w:t>Thư viện có 48 truyện tranh và 35 truyện khoa học. Có tất cả bao nhiêu quyển?</w:t>
      </w:r>
    </w:p>
    <w:p>
      <w:pPr>
        <w:ind w:left="283"/>
      </w:pPr>
      <w:r>
        <w:t>Đáp số: ........................................................</w:t>
      </w:r>
    </w:p>
    <w:p>
      <w:r>
        <w:rPr>
          <w:b/>
        </w:rPr>
        <w:t xml:space="preserve">Câu 34. </w:t>
      </w:r>
      <w:r>
        <w:t>Một cửa hàng có 92 chiếc bút, bán 38 chiếc. Còn lại bao nhiêu chiếc?</w:t>
      </w:r>
    </w:p>
    <w:p>
      <w:pPr>
        <w:ind w:left="283"/>
      </w:pPr>
      <w:r>
        <w:t>Đáp số: ........................................................</w:t>
      </w:r>
    </w:p>
    <w:p>
      <w:r>
        <w:rPr>
          <w:b/>
        </w:rPr>
        <w:t xml:space="preserve">Câu 35. </w:t>
      </w:r>
      <w:r>
        <w:t>Lớp 2A trồng 27 cây, lớp 2B trồng nhiều hơn 16 cây. Lớp 2B trồng bao nhiêu cây?</w:t>
      </w:r>
    </w:p>
    <w:p>
      <w:pPr>
        <w:ind w:left="283"/>
      </w:pPr>
      <w:r>
        <w:t>Đáp số: ........................................................</w:t>
      </w:r>
    </w:p>
    <w:p>
      <w:r>
        <w:rPr>
          <w:b/>
        </w:rPr>
        <w:t xml:space="preserve">Câu 36. </w:t>
      </w:r>
      <w:r>
        <w:t>Mai có 63 que tính, ít hơn Nam 18 que. Nam có bao nhiêu que?</w:t>
      </w:r>
    </w:p>
    <w:p>
      <w:pPr>
        <w:ind w:left="283"/>
      </w:pPr>
      <w:r>
        <w:t>Đáp số: ........................................................</w:t>
      </w:r>
    </w:p>
    <w:p>
      <w:r>
        <w:rPr>
          <w:b/>
        </w:rPr>
        <w:t xml:space="preserve">Câu 37. </w:t>
      </w:r>
      <w:r>
        <w:t>Một đoạn dây dài 80 cm, cắt đi 26 cm. Còn lại bao nhiêu xăng-ti-mét?</w:t>
      </w:r>
    </w:p>
    <w:p>
      <w:pPr>
        <w:ind w:left="283"/>
      </w:pPr>
      <w:r>
        <w:t>Đáp số: ........................................................</w:t>
      </w:r>
    </w:p>
    <w:p>
      <w:r>
        <w:rPr>
          <w:b/>
        </w:rPr>
        <w:t xml:space="preserve">Câu 38. </w:t>
      </w:r>
      <w:r>
        <w:t>Buổi sáng cửa hàng bán 39 quyển vở, buổi chiều bán 24 quyển. Cả ngày bán bao nhiêu quyển?</w:t>
      </w:r>
    </w:p>
    <w:p>
      <w:pPr>
        <w:ind w:left="283"/>
      </w:pPr>
      <w:r>
        <w:t>Đáp số: ........................................................</w:t>
      </w:r>
    </w:p>
    <w:p>
      <w:r>
        <w:rPr>
          <w:b/>
        </w:rPr>
        <w:t xml:space="preserve">Câu 39. </w:t>
      </w:r>
      <w:r>
        <w:t>Trong hai hộp có 87 viên bi. Hộp thứ nhất có 45 viên. Hộp thứ hai có bao nhiêu viên?</w:t>
      </w:r>
    </w:p>
    <w:p>
      <w:pPr>
        <w:ind w:left="283"/>
      </w:pPr>
      <w:r>
        <w:t>Đáp số: ........................................................</w:t>
      </w:r>
    </w:p>
    <w:p>
      <w:r>
        <w:rPr>
          <w:b/>
        </w:rPr>
        <w:t xml:space="preserve">Câu 40. </w:t>
      </w:r>
      <w:r>
        <w:t>An có 28 quả bóng, Bình có 34 quả bóng. Hai bạn cần thêm bao nhiêu quả để có đủ 70 quả?</w:t>
      </w:r>
    </w:p>
    <w:p>
      <w:pPr>
        <w:ind w:left="283"/>
      </w:pPr>
      <w:r>
        <w:t>Đáp số: ........................................................</w:t>
      </w:r>
    </w:p>
    <w:p>
      <w:r>
        <w:br w:type="page"/>
      </w:r>
    </w:p>
    <w:p>
      <w:pPr>
        <w:pStyle w:val="Heading1"/>
      </w:pPr>
      <w:r>
        <w:t>Đáp án - Câu 1 đến 20</w:t>
      </w:r>
    </w:p>
    <w:tbl>
      <w:tblPr>
        <w:tblW w:type="auto" w:w="0"/>
        <w:jc w:val="center"/>
        <w:tblLayout w:type="fixed"/>
        <w:tblLook w:firstColumn="1" w:firstRow="1" w:lastColumn="0" w:lastRow="0" w:noHBand="0" w:noVBand="1" w:val="04A0"/>
      </w:tblPr>
      <w:tblGrid>
        <w:gridCol w:w="1247"/>
        <w:gridCol w:w="7937"/>
      </w:tblGrid>
      <w:tr>
        <w:trPr>
          <w:cantSplit/>
        </w:trPr>
        <w:tc>
          <w:tcPr>
            <w:tcW w:type="dxa" w:w="5043"/>
          </w:tcPr>
          <w:p>
            <w:r>
              <w:t>Câu</w:t>
            </w:r>
          </w:p>
        </w:tc>
        <w:tc>
          <w:tcPr>
            <w:tcW w:type="dxa" w:w="5043"/>
          </w:tcPr>
          <w:p>
            <w:r>
              <w:t>Đáp án</w:t>
            </w:r>
          </w:p>
        </w:tc>
      </w:tr>
      <w:tr>
        <w:trPr>
          <w:cantSplit/>
        </w:trPr>
        <w:tc>
          <w:tcPr>
            <w:tcW w:type="dxa" w:w="1247"/>
            <w:vAlign w:val="center"/>
          </w:tcPr>
          <w:p>
            <w:r>
              <w:rPr>
                <w:rFonts w:ascii="Arial" w:hAnsi="Arial" w:eastAsia="Arial"/>
                <w:sz w:val="20"/>
              </w:rPr>
              <w:t>1</w:t>
            </w:r>
          </w:p>
        </w:tc>
        <w:tc>
          <w:tcPr>
            <w:tcW w:type="dxa" w:w="7937"/>
            <w:vAlign w:val="center"/>
          </w:tcPr>
          <w:p>
            <w:r>
              <w:rPr>
                <w:rFonts w:ascii="Arial" w:hAnsi="Arial" w:eastAsia="Arial"/>
                <w:sz w:val="20"/>
              </w:rPr>
              <w:t>60</w:t>
            </w:r>
          </w:p>
        </w:tc>
      </w:tr>
      <w:tr>
        <w:trPr>
          <w:cantSplit/>
        </w:trPr>
        <w:tc>
          <w:tcPr>
            <w:tcW w:type="dxa" w:w="1247"/>
            <w:vAlign w:val="center"/>
          </w:tcPr>
          <w:p>
            <w:r>
              <w:rPr>
                <w:rFonts w:ascii="Arial" w:hAnsi="Arial" w:eastAsia="Arial"/>
                <w:sz w:val="20"/>
              </w:rPr>
              <w:t>2</w:t>
            </w:r>
          </w:p>
        </w:tc>
        <w:tc>
          <w:tcPr>
            <w:tcW w:type="dxa" w:w="7937"/>
            <w:vAlign w:val="center"/>
          </w:tcPr>
          <w:p>
            <w:r>
              <w:rPr>
                <w:rFonts w:ascii="Arial" w:hAnsi="Arial" w:eastAsia="Arial"/>
                <w:sz w:val="20"/>
              </w:rPr>
              <w:t>40</w:t>
            </w:r>
          </w:p>
        </w:tc>
      </w:tr>
      <w:tr>
        <w:trPr>
          <w:cantSplit/>
        </w:trPr>
        <w:tc>
          <w:tcPr>
            <w:tcW w:type="dxa" w:w="1247"/>
            <w:vAlign w:val="center"/>
          </w:tcPr>
          <w:p>
            <w:r>
              <w:rPr>
                <w:rFonts w:ascii="Arial" w:hAnsi="Arial" w:eastAsia="Arial"/>
                <w:sz w:val="20"/>
              </w:rPr>
              <w:t>3</w:t>
            </w:r>
          </w:p>
        </w:tc>
        <w:tc>
          <w:tcPr>
            <w:tcW w:type="dxa" w:w="7937"/>
            <w:vAlign w:val="center"/>
          </w:tcPr>
          <w:p>
            <w:r>
              <w:rPr>
                <w:rFonts w:ascii="Arial" w:hAnsi="Arial" w:eastAsia="Arial"/>
                <w:sz w:val="20"/>
              </w:rPr>
              <w:t>70</w:t>
            </w:r>
          </w:p>
        </w:tc>
      </w:tr>
      <w:tr>
        <w:trPr>
          <w:cantSplit/>
        </w:trPr>
        <w:tc>
          <w:tcPr>
            <w:tcW w:type="dxa" w:w="1247"/>
            <w:vAlign w:val="center"/>
          </w:tcPr>
          <w:p>
            <w:r>
              <w:rPr>
                <w:rFonts w:ascii="Arial" w:hAnsi="Arial" w:eastAsia="Arial"/>
                <w:sz w:val="20"/>
              </w:rPr>
              <w:t>4</w:t>
            </w:r>
          </w:p>
        </w:tc>
        <w:tc>
          <w:tcPr>
            <w:tcW w:type="dxa" w:w="7937"/>
            <w:vAlign w:val="center"/>
          </w:tcPr>
          <w:p>
            <w:r>
              <w:rPr>
                <w:rFonts w:ascii="Arial" w:hAnsi="Arial" w:eastAsia="Arial"/>
                <w:sz w:val="20"/>
              </w:rPr>
              <w:t>68</w:t>
            </w:r>
          </w:p>
        </w:tc>
      </w:tr>
      <w:tr>
        <w:trPr>
          <w:cantSplit/>
        </w:trPr>
        <w:tc>
          <w:tcPr>
            <w:tcW w:type="dxa" w:w="1247"/>
            <w:vAlign w:val="center"/>
          </w:tcPr>
          <w:p>
            <w:r>
              <w:rPr>
                <w:rFonts w:ascii="Arial" w:hAnsi="Arial" w:eastAsia="Arial"/>
                <w:sz w:val="20"/>
              </w:rPr>
              <w:t>5</w:t>
            </w:r>
          </w:p>
        </w:tc>
        <w:tc>
          <w:tcPr>
            <w:tcW w:type="dxa" w:w="7937"/>
            <w:vAlign w:val="center"/>
          </w:tcPr>
          <w:p>
            <w:r>
              <w:rPr>
                <w:rFonts w:ascii="Arial" w:hAnsi="Arial" w:eastAsia="Arial"/>
                <w:sz w:val="20"/>
              </w:rPr>
              <w:t>30</w:t>
            </w:r>
          </w:p>
        </w:tc>
      </w:tr>
      <w:tr>
        <w:trPr>
          <w:cantSplit/>
        </w:trPr>
        <w:tc>
          <w:tcPr>
            <w:tcW w:type="dxa" w:w="1247"/>
            <w:vAlign w:val="center"/>
          </w:tcPr>
          <w:p>
            <w:r>
              <w:rPr>
                <w:rFonts w:ascii="Arial" w:hAnsi="Arial" w:eastAsia="Arial"/>
                <w:sz w:val="20"/>
              </w:rPr>
              <w:t>6</w:t>
            </w:r>
          </w:p>
        </w:tc>
        <w:tc>
          <w:tcPr>
            <w:tcW w:type="dxa" w:w="7937"/>
            <w:vAlign w:val="center"/>
          </w:tcPr>
          <w:p>
            <w:r>
              <w:rPr>
                <w:rFonts w:ascii="Arial" w:hAnsi="Arial" w:eastAsia="Arial"/>
                <w:sz w:val="20"/>
              </w:rPr>
              <w:t>75</w:t>
            </w:r>
          </w:p>
        </w:tc>
      </w:tr>
      <w:tr>
        <w:trPr>
          <w:cantSplit/>
        </w:trPr>
        <w:tc>
          <w:tcPr>
            <w:tcW w:type="dxa" w:w="1247"/>
            <w:vAlign w:val="center"/>
          </w:tcPr>
          <w:p>
            <w:r>
              <w:rPr>
                <w:rFonts w:ascii="Arial" w:hAnsi="Arial" w:eastAsia="Arial"/>
                <w:sz w:val="20"/>
              </w:rPr>
              <w:t>7</w:t>
            </w:r>
          </w:p>
        </w:tc>
        <w:tc>
          <w:tcPr>
            <w:tcW w:type="dxa" w:w="7937"/>
            <w:vAlign w:val="center"/>
          </w:tcPr>
          <w:p>
            <w:r>
              <w:rPr>
                <w:rFonts w:ascii="Arial" w:hAnsi="Arial" w:eastAsia="Arial"/>
                <w:sz w:val="20"/>
              </w:rPr>
              <w:t>77</w:t>
            </w:r>
          </w:p>
        </w:tc>
      </w:tr>
      <w:tr>
        <w:trPr>
          <w:cantSplit/>
        </w:trPr>
        <w:tc>
          <w:tcPr>
            <w:tcW w:type="dxa" w:w="1247"/>
            <w:vAlign w:val="center"/>
          </w:tcPr>
          <w:p>
            <w:r>
              <w:rPr>
                <w:rFonts w:ascii="Arial" w:hAnsi="Arial" w:eastAsia="Arial"/>
                <w:sz w:val="20"/>
              </w:rPr>
              <w:t>8</w:t>
            </w:r>
          </w:p>
        </w:tc>
        <w:tc>
          <w:tcPr>
            <w:tcW w:type="dxa" w:w="7937"/>
            <w:vAlign w:val="center"/>
          </w:tcPr>
          <w:p>
            <w:r>
              <w:rPr>
                <w:rFonts w:ascii="Arial" w:hAnsi="Arial" w:eastAsia="Arial"/>
                <w:sz w:val="20"/>
              </w:rPr>
              <w:t>30</w:t>
            </w:r>
          </w:p>
        </w:tc>
      </w:tr>
      <w:tr>
        <w:trPr>
          <w:cantSplit/>
        </w:trPr>
        <w:tc>
          <w:tcPr>
            <w:tcW w:type="dxa" w:w="1247"/>
            <w:vAlign w:val="center"/>
          </w:tcPr>
          <w:p>
            <w:r>
              <w:rPr>
                <w:rFonts w:ascii="Arial" w:hAnsi="Arial" w:eastAsia="Arial"/>
                <w:sz w:val="20"/>
              </w:rPr>
              <w:t>9</w:t>
            </w:r>
          </w:p>
        </w:tc>
        <w:tc>
          <w:tcPr>
            <w:tcW w:type="dxa" w:w="7937"/>
            <w:vAlign w:val="center"/>
          </w:tcPr>
          <w:p>
            <w:r>
              <w:rPr>
                <w:rFonts w:ascii="Arial" w:hAnsi="Arial" w:eastAsia="Arial"/>
                <w:sz w:val="20"/>
              </w:rPr>
              <w:t>79</w:t>
            </w:r>
          </w:p>
        </w:tc>
      </w:tr>
      <w:tr>
        <w:trPr>
          <w:cantSplit/>
        </w:trPr>
        <w:tc>
          <w:tcPr>
            <w:tcW w:type="dxa" w:w="1247"/>
            <w:vAlign w:val="center"/>
          </w:tcPr>
          <w:p>
            <w:r>
              <w:rPr>
                <w:rFonts w:ascii="Arial" w:hAnsi="Arial" w:eastAsia="Arial"/>
                <w:sz w:val="20"/>
              </w:rPr>
              <w:t>10</w:t>
            </w:r>
          </w:p>
        </w:tc>
        <w:tc>
          <w:tcPr>
            <w:tcW w:type="dxa" w:w="7937"/>
            <w:vAlign w:val="center"/>
          </w:tcPr>
          <w:p>
            <w:r>
              <w:rPr>
                <w:rFonts w:ascii="Arial" w:hAnsi="Arial" w:eastAsia="Arial"/>
                <w:sz w:val="20"/>
              </w:rPr>
              <w:t>40</w:t>
            </w:r>
          </w:p>
        </w:tc>
      </w:tr>
      <w:tr>
        <w:trPr>
          <w:cantSplit/>
        </w:trPr>
        <w:tc>
          <w:tcPr>
            <w:tcW w:type="dxa" w:w="1247"/>
            <w:vAlign w:val="center"/>
          </w:tcPr>
          <w:p>
            <w:r>
              <w:rPr>
                <w:rFonts w:ascii="Arial" w:hAnsi="Arial" w:eastAsia="Arial"/>
                <w:sz w:val="20"/>
              </w:rPr>
              <w:t>11</w:t>
            </w:r>
          </w:p>
        </w:tc>
        <w:tc>
          <w:tcPr>
            <w:tcW w:type="dxa" w:w="7937"/>
            <w:vAlign w:val="center"/>
          </w:tcPr>
          <w:p>
            <w:r>
              <w:rPr>
                <w:rFonts w:ascii="Arial" w:hAnsi="Arial" w:eastAsia="Arial"/>
                <w:sz w:val="20"/>
              </w:rPr>
              <w:t>37</w:t>
            </w:r>
          </w:p>
        </w:tc>
      </w:tr>
      <w:tr>
        <w:trPr>
          <w:cantSplit/>
        </w:trPr>
        <w:tc>
          <w:tcPr>
            <w:tcW w:type="dxa" w:w="1247"/>
            <w:vAlign w:val="center"/>
          </w:tcPr>
          <w:p>
            <w:r>
              <w:rPr>
                <w:rFonts w:ascii="Arial" w:hAnsi="Arial" w:eastAsia="Arial"/>
                <w:sz w:val="20"/>
              </w:rPr>
              <w:t>12</w:t>
            </w:r>
          </w:p>
        </w:tc>
        <w:tc>
          <w:tcPr>
            <w:tcW w:type="dxa" w:w="7937"/>
            <w:vAlign w:val="center"/>
          </w:tcPr>
          <w:p>
            <w:r>
              <w:rPr>
                <w:rFonts w:ascii="Arial" w:hAnsi="Arial" w:eastAsia="Arial"/>
                <w:sz w:val="20"/>
              </w:rPr>
              <w:t>45</w:t>
            </w:r>
          </w:p>
        </w:tc>
      </w:tr>
      <w:tr>
        <w:trPr>
          <w:cantSplit/>
        </w:trPr>
        <w:tc>
          <w:tcPr>
            <w:tcW w:type="dxa" w:w="1247"/>
            <w:vAlign w:val="center"/>
          </w:tcPr>
          <w:p>
            <w:r>
              <w:rPr>
                <w:rFonts w:ascii="Arial" w:hAnsi="Arial" w:eastAsia="Arial"/>
                <w:sz w:val="20"/>
              </w:rPr>
              <w:t>13</w:t>
            </w:r>
          </w:p>
        </w:tc>
        <w:tc>
          <w:tcPr>
            <w:tcW w:type="dxa" w:w="7937"/>
            <w:vAlign w:val="center"/>
          </w:tcPr>
          <w:p>
            <w:r>
              <w:rPr>
                <w:rFonts w:ascii="Arial" w:hAnsi="Arial" w:eastAsia="Arial"/>
                <w:sz w:val="20"/>
              </w:rPr>
              <w:t>78</w:t>
            </w:r>
          </w:p>
        </w:tc>
      </w:tr>
      <w:tr>
        <w:trPr>
          <w:cantSplit/>
        </w:trPr>
        <w:tc>
          <w:tcPr>
            <w:tcW w:type="dxa" w:w="1247"/>
            <w:vAlign w:val="center"/>
          </w:tcPr>
          <w:p>
            <w:r>
              <w:rPr>
                <w:rFonts w:ascii="Arial" w:hAnsi="Arial" w:eastAsia="Arial"/>
                <w:sz w:val="20"/>
              </w:rPr>
              <w:t>14</w:t>
            </w:r>
          </w:p>
        </w:tc>
        <w:tc>
          <w:tcPr>
            <w:tcW w:type="dxa" w:w="7937"/>
            <w:vAlign w:val="center"/>
          </w:tcPr>
          <w:p>
            <w:r>
              <w:rPr>
                <w:rFonts w:ascii="Arial" w:hAnsi="Arial" w:eastAsia="Arial"/>
                <w:sz w:val="20"/>
              </w:rPr>
              <w:t>34</w:t>
            </w:r>
          </w:p>
        </w:tc>
      </w:tr>
      <w:tr>
        <w:trPr>
          <w:cantSplit/>
        </w:trPr>
        <w:tc>
          <w:tcPr>
            <w:tcW w:type="dxa" w:w="1247"/>
            <w:vAlign w:val="center"/>
          </w:tcPr>
          <w:p>
            <w:r>
              <w:rPr>
                <w:rFonts w:ascii="Arial" w:hAnsi="Arial" w:eastAsia="Arial"/>
                <w:sz w:val="20"/>
              </w:rPr>
              <w:t>15</w:t>
            </w:r>
          </w:p>
        </w:tc>
        <w:tc>
          <w:tcPr>
            <w:tcW w:type="dxa" w:w="7937"/>
            <w:vAlign w:val="center"/>
          </w:tcPr>
          <w:p>
            <w:r>
              <w:rPr>
                <w:rFonts w:ascii="Arial" w:hAnsi="Arial" w:eastAsia="Arial"/>
                <w:sz w:val="20"/>
              </w:rPr>
              <w:t>43</w:t>
            </w:r>
          </w:p>
        </w:tc>
      </w:tr>
      <w:tr>
        <w:trPr>
          <w:cantSplit/>
        </w:trPr>
        <w:tc>
          <w:tcPr>
            <w:tcW w:type="dxa" w:w="1247"/>
            <w:vAlign w:val="center"/>
          </w:tcPr>
          <w:p>
            <w:r>
              <w:rPr>
                <w:rFonts w:ascii="Arial" w:hAnsi="Arial" w:eastAsia="Arial"/>
                <w:sz w:val="20"/>
              </w:rPr>
              <w:t>16</w:t>
            </w:r>
          </w:p>
        </w:tc>
        <w:tc>
          <w:tcPr>
            <w:tcW w:type="dxa" w:w="7937"/>
            <w:vAlign w:val="center"/>
          </w:tcPr>
          <w:p>
            <w:r>
              <w:rPr>
                <w:rFonts w:ascii="Arial" w:hAnsi="Arial" w:eastAsia="Arial"/>
                <w:sz w:val="20"/>
              </w:rPr>
              <w:t>27</w:t>
            </w:r>
          </w:p>
        </w:tc>
      </w:tr>
      <w:tr>
        <w:trPr>
          <w:cantSplit/>
        </w:trPr>
        <w:tc>
          <w:tcPr>
            <w:tcW w:type="dxa" w:w="1247"/>
            <w:vAlign w:val="center"/>
          </w:tcPr>
          <w:p>
            <w:r>
              <w:rPr>
                <w:rFonts w:ascii="Arial" w:hAnsi="Arial" w:eastAsia="Arial"/>
                <w:sz w:val="20"/>
              </w:rPr>
              <w:t>17</w:t>
            </w:r>
          </w:p>
        </w:tc>
        <w:tc>
          <w:tcPr>
            <w:tcW w:type="dxa" w:w="7937"/>
            <w:vAlign w:val="center"/>
          </w:tcPr>
          <w:p>
            <w:r>
              <w:rPr>
                <w:rFonts w:ascii="Arial" w:hAnsi="Arial" w:eastAsia="Arial"/>
                <w:sz w:val="20"/>
              </w:rPr>
              <w:t>30</w:t>
            </w:r>
          </w:p>
        </w:tc>
      </w:tr>
      <w:tr>
        <w:trPr>
          <w:cantSplit/>
        </w:trPr>
        <w:tc>
          <w:tcPr>
            <w:tcW w:type="dxa" w:w="1247"/>
            <w:vAlign w:val="center"/>
          </w:tcPr>
          <w:p>
            <w:r>
              <w:rPr>
                <w:rFonts w:ascii="Arial" w:hAnsi="Arial" w:eastAsia="Arial"/>
                <w:sz w:val="20"/>
              </w:rPr>
              <w:t>18</w:t>
            </w:r>
          </w:p>
        </w:tc>
        <w:tc>
          <w:tcPr>
            <w:tcW w:type="dxa" w:w="7937"/>
            <w:vAlign w:val="center"/>
          </w:tcPr>
          <w:p>
            <w:r>
              <w:rPr>
                <w:rFonts w:ascii="Arial" w:hAnsi="Arial" w:eastAsia="Arial"/>
                <w:sz w:val="20"/>
              </w:rPr>
              <w:t>52</w:t>
            </w:r>
          </w:p>
        </w:tc>
      </w:tr>
      <w:tr>
        <w:trPr>
          <w:cantSplit/>
        </w:trPr>
        <w:tc>
          <w:tcPr>
            <w:tcW w:type="dxa" w:w="1247"/>
            <w:vAlign w:val="center"/>
          </w:tcPr>
          <w:p>
            <w:r>
              <w:rPr>
                <w:rFonts w:ascii="Arial" w:hAnsi="Arial" w:eastAsia="Arial"/>
                <w:sz w:val="20"/>
              </w:rPr>
              <w:t>19</w:t>
            </w:r>
          </w:p>
        </w:tc>
        <w:tc>
          <w:tcPr>
            <w:tcW w:type="dxa" w:w="7937"/>
            <w:vAlign w:val="center"/>
          </w:tcPr>
          <w:p>
            <w:r>
              <w:rPr>
                <w:rFonts w:ascii="Arial" w:hAnsi="Arial" w:eastAsia="Arial"/>
                <w:sz w:val="20"/>
              </w:rPr>
              <w:t>69</w:t>
            </w:r>
          </w:p>
        </w:tc>
      </w:tr>
      <w:tr>
        <w:trPr>
          <w:cantSplit/>
        </w:trPr>
        <w:tc>
          <w:tcPr>
            <w:tcW w:type="dxa" w:w="1247"/>
            <w:vAlign w:val="center"/>
          </w:tcPr>
          <w:p>
            <w:r>
              <w:rPr>
                <w:rFonts w:ascii="Arial" w:hAnsi="Arial" w:eastAsia="Arial"/>
                <w:sz w:val="20"/>
              </w:rPr>
              <w:t>20</w:t>
            </w:r>
          </w:p>
        </w:tc>
        <w:tc>
          <w:tcPr>
            <w:tcW w:type="dxa" w:w="7937"/>
            <w:vAlign w:val="center"/>
          </w:tcPr>
          <w:p>
            <w:r>
              <w:rPr>
                <w:rFonts w:ascii="Arial" w:hAnsi="Arial" w:eastAsia="Arial"/>
                <w:sz w:val="20"/>
              </w:rPr>
              <w:t>64</w:t>
            </w:r>
          </w:p>
        </w:tc>
      </w:tr>
    </w:tbl>
    <w:p>
      <w:r>
        <w:br w:type="page"/>
      </w:r>
    </w:p>
    <w:p>
      <w:pPr>
        <w:pStyle w:val="Heading1"/>
      </w:pPr>
      <w:r>
        <w:t>Đáp án - Câu 21 đến 40</w:t>
      </w:r>
    </w:p>
    <w:tbl>
      <w:tblPr>
        <w:tblW w:type="auto" w:w="0"/>
        <w:jc w:val="center"/>
        <w:tblLayout w:type="fixed"/>
        <w:tblLook w:firstColumn="1" w:firstRow="1" w:lastColumn="0" w:lastRow="0" w:noHBand="0" w:noVBand="1" w:val="04A0"/>
      </w:tblPr>
      <w:tblGrid>
        <w:gridCol w:w="1247"/>
        <w:gridCol w:w="7937"/>
      </w:tblGrid>
      <w:tr>
        <w:trPr>
          <w:cantSplit/>
        </w:trPr>
        <w:tc>
          <w:tcPr>
            <w:tcW w:type="dxa" w:w="5043"/>
          </w:tcPr>
          <w:p>
            <w:r>
              <w:t>Câu</w:t>
            </w:r>
          </w:p>
        </w:tc>
        <w:tc>
          <w:tcPr>
            <w:tcW w:type="dxa" w:w="5043"/>
          </w:tcPr>
          <w:p>
            <w:r>
              <w:t>Đáp án</w:t>
            </w:r>
          </w:p>
        </w:tc>
      </w:tr>
      <w:tr>
        <w:trPr>
          <w:cantSplit/>
        </w:trPr>
        <w:tc>
          <w:tcPr>
            <w:tcW w:type="dxa" w:w="1247"/>
            <w:vAlign w:val="center"/>
          </w:tcPr>
          <w:p>
            <w:r>
              <w:rPr>
                <w:rFonts w:ascii="Arial" w:hAnsi="Arial" w:eastAsia="Arial"/>
                <w:sz w:val="20"/>
              </w:rPr>
              <w:t>21</w:t>
            </w:r>
          </w:p>
        </w:tc>
        <w:tc>
          <w:tcPr>
            <w:tcW w:type="dxa" w:w="7937"/>
            <w:vAlign w:val="center"/>
          </w:tcPr>
          <w:p>
            <w:r>
              <w:rPr>
                <w:rFonts w:ascii="Arial" w:hAnsi="Arial" w:eastAsia="Arial"/>
                <w:sz w:val="20"/>
              </w:rPr>
              <w:t>42</w:t>
            </w:r>
          </w:p>
        </w:tc>
      </w:tr>
      <w:tr>
        <w:trPr>
          <w:cantSplit/>
        </w:trPr>
        <w:tc>
          <w:tcPr>
            <w:tcW w:type="dxa" w:w="1247"/>
            <w:vAlign w:val="center"/>
          </w:tcPr>
          <w:p>
            <w:r>
              <w:rPr>
                <w:rFonts w:ascii="Arial" w:hAnsi="Arial" w:eastAsia="Arial"/>
                <w:sz w:val="20"/>
              </w:rPr>
              <w:t>22</w:t>
            </w:r>
          </w:p>
        </w:tc>
        <w:tc>
          <w:tcPr>
            <w:tcW w:type="dxa" w:w="7937"/>
            <w:vAlign w:val="center"/>
          </w:tcPr>
          <w:p>
            <w:r>
              <w:rPr>
                <w:rFonts w:ascii="Arial" w:hAnsi="Arial" w:eastAsia="Arial"/>
                <w:sz w:val="20"/>
              </w:rPr>
              <w:t>65</w:t>
            </w:r>
          </w:p>
        </w:tc>
      </w:tr>
      <w:tr>
        <w:trPr>
          <w:cantSplit/>
        </w:trPr>
        <w:tc>
          <w:tcPr>
            <w:tcW w:type="dxa" w:w="1247"/>
            <w:vAlign w:val="center"/>
          </w:tcPr>
          <w:p>
            <w:r>
              <w:rPr>
                <w:rFonts w:ascii="Arial" w:hAnsi="Arial" w:eastAsia="Arial"/>
                <w:sz w:val="20"/>
              </w:rPr>
              <w:t>23</w:t>
            </w:r>
          </w:p>
        </w:tc>
        <w:tc>
          <w:tcPr>
            <w:tcW w:type="dxa" w:w="7937"/>
            <w:vAlign w:val="center"/>
          </w:tcPr>
          <w:p>
            <w:r>
              <w:rPr>
                <w:rFonts w:ascii="Arial" w:hAnsi="Arial" w:eastAsia="Arial"/>
                <w:sz w:val="20"/>
              </w:rPr>
              <w:t>37, 47</w:t>
            </w:r>
          </w:p>
        </w:tc>
      </w:tr>
      <w:tr>
        <w:trPr>
          <w:cantSplit/>
        </w:trPr>
        <w:tc>
          <w:tcPr>
            <w:tcW w:type="dxa" w:w="1247"/>
            <w:vAlign w:val="center"/>
          </w:tcPr>
          <w:p>
            <w:r>
              <w:rPr>
                <w:rFonts w:ascii="Arial" w:hAnsi="Arial" w:eastAsia="Arial"/>
                <w:sz w:val="20"/>
              </w:rPr>
              <w:t>24</w:t>
            </w:r>
          </w:p>
        </w:tc>
        <w:tc>
          <w:tcPr>
            <w:tcW w:type="dxa" w:w="7937"/>
            <w:vAlign w:val="center"/>
          </w:tcPr>
          <w:p>
            <w:r>
              <w:rPr>
                <w:rFonts w:ascii="Arial" w:hAnsi="Arial" w:eastAsia="Arial"/>
                <w:sz w:val="20"/>
              </w:rPr>
              <w:t>58, 48</w:t>
            </w:r>
          </w:p>
        </w:tc>
      </w:tr>
      <w:tr>
        <w:trPr>
          <w:cantSplit/>
        </w:trPr>
        <w:tc>
          <w:tcPr>
            <w:tcW w:type="dxa" w:w="1247"/>
            <w:vAlign w:val="center"/>
          </w:tcPr>
          <w:p>
            <w:r>
              <w:rPr>
                <w:rFonts w:ascii="Arial" w:hAnsi="Arial" w:eastAsia="Arial"/>
                <w:sz w:val="20"/>
              </w:rPr>
              <w:t>25</w:t>
            </w:r>
          </w:p>
        </w:tc>
        <w:tc>
          <w:tcPr>
            <w:tcW w:type="dxa" w:w="7937"/>
            <w:vAlign w:val="center"/>
          </w:tcPr>
          <w:p>
            <w:r>
              <w:rPr>
                <w:rFonts w:ascii="Arial" w:hAnsi="Arial" w:eastAsia="Arial"/>
                <w:sz w:val="20"/>
              </w:rPr>
              <w:t>38 + 27 lớn hơn</w:t>
            </w:r>
          </w:p>
        </w:tc>
      </w:tr>
      <w:tr>
        <w:trPr>
          <w:cantSplit/>
        </w:trPr>
        <w:tc>
          <w:tcPr>
            <w:tcW w:type="dxa" w:w="1247"/>
            <w:vAlign w:val="center"/>
          </w:tcPr>
          <w:p>
            <w:r>
              <w:rPr>
                <w:rFonts w:ascii="Arial" w:hAnsi="Arial" w:eastAsia="Arial"/>
                <w:sz w:val="20"/>
              </w:rPr>
              <w:t>26</w:t>
            </w:r>
          </w:p>
        </w:tc>
        <w:tc>
          <w:tcPr>
            <w:tcW w:type="dxa" w:w="7937"/>
            <w:vAlign w:val="center"/>
          </w:tcPr>
          <w:p>
            <w:r>
              <w:rPr>
                <w:rFonts w:ascii="Arial" w:hAnsi="Arial" w:eastAsia="Arial"/>
                <w:sz w:val="20"/>
              </w:rPr>
              <w:t>&lt;</w:t>
            </w:r>
          </w:p>
        </w:tc>
      </w:tr>
      <w:tr>
        <w:trPr>
          <w:cantSplit/>
        </w:trPr>
        <w:tc>
          <w:tcPr>
            <w:tcW w:type="dxa" w:w="1247"/>
            <w:vAlign w:val="center"/>
          </w:tcPr>
          <w:p>
            <w:r>
              <w:rPr>
                <w:rFonts w:ascii="Arial" w:hAnsi="Arial" w:eastAsia="Arial"/>
                <w:sz w:val="20"/>
              </w:rPr>
              <w:t>27</w:t>
            </w:r>
          </w:p>
        </w:tc>
        <w:tc>
          <w:tcPr>
            <w:tcW w:type="dxa" w:w="7937"/>
            <w:vAlign w:val="center"/>
          </w:tcPr>
          <w:p>
            <w:r>
              <w:rPr>
                <w:rFonts w:ascii="Arial" w:hAnsi="Arial" w:eastAsia="Arial"/>
                <w:sz w:val="20"/>
              </w:rPr>
              <w:t>=</w:t>
            </w:r>
          </w:p>
        </w:tc>
      </w:tr>
      <w:tr>
        <w:trPr>
          <w:cantSplit/>
        </w:trPr>
        <w:tc>
          <w:tcPr>
            <w:tcW w:type="dxa" w:w="1247"/>
            <w:vAlign w:val="center"/>
          </w:tcPr>
          <w:p>
            <w:r>
              <w:rPr>
                <w:rFonts w:ascii="Arial" w:hAnsi="Arial" w:eastAsia="Arial"/>
                <w:sz w:val="20"/>
              </w:rPr>
              <w:t>28</w:t>
            </w:r>
          </w:p>
        </w:tc>
        <w:tc>
          <w:tcPr>
            <w:tcW w:type="dxa" w:w="7937"/>
            <w:vAlign w:val="center"/>
          </w:tcPr>
          <w:p>
            <w:r>
              <w:rPr>
                <w:rFonts w:ascii="Arial" w:hAnsi="Arial" w:eastAsia="Arial"/>
                <w:sz w:val="20"/>
              </w:rPr>
              <w:t>69</w:t>
            </w:r>
          </w:p>
        </w:tc>
      </w:tr>
      <w:tr>
        <w:trPr>
          <w:cantSplit/>
        </w:trPr>
        <w:tc>
          <w:tcPr>
            <w:tcW w:type="dxa" w:w="1247"/>
            <w:vAlign w:val="center"/>
          </w:tcPr>
          <w:p>
            <w:r>
              <w:rPr>
                <w:rFonts w:ascii="Arial" w:hAnsi="Arial" w:eastAsia="Arial"/>
                <w:sz w:val="20"/>
              </w:rPr>
              <w:t>29</w:t>
            </w:r>
          </w:p>
        </w:tc>
        <w:tc>
          <w:tcPr>
            <w:tcW w:type="dxa" w:w="7937"/>
            <w:vAlign w:val="center"/>
          </w:tcPr>
          <w:p>
            <w:r>
              <w:rPr>
                <w:rFonts w:ascii="Arial" w:hAnsi="Arial" w:eastAsia="Arial"/>
                <w:sz w:val="20"/>
              </w:rPr>
              <w:t>60</w:t>
            </w:r>
          </w:p>
        </w:tc>
      </w:tr>
      <w:tr>
        <w:trPr>
          <w:cantSplit/>
        </w:trPr>
        <w:tc>
          <w:tcPr>
            <w:tcW w:type="dxa" w:w="1247"/>
            <w:vAlign w:val="center"/>
          </w:tcPr>
          <w:p>
            <w:r>
              <w:rPr>
                <w:rFonts w:ascii="Arial" w:hAnsi="Arial" w:eastAsia="Arial"/>
                <w:sz w:val="20"/>
              </w:rPr>
              <w:t>30</w:t>
            </w:r>
          </w:p>
        </w:tc>
        <w:tc>
          <w:tcPr>
            <w:tcW w:type="dxa" w:w="7937"/>
            <w:vAlign w:val="center"/>
          </w:tcPr>
          <w:p>
            <w:r>
              <w:rPr>
                <w:rFonts w:ascii="Arial" w:hAnsi="Arial" w:eastAsia="Arial"/>
                <w:sz w:val="20"/>
              </w:rPr>
              <w:t>45</w:t>
            </w:r>
          </w:p>
        </w:tc>
      </w:tr>
      <w:tr>
        <w:trPr>
          <w:cantSplit/>
        </w:trPr>
        <w:tc>
          <w:tcPr>
            <w:tcW w:type="dxa" w:w="1247"/>
            <w:vAlign w:val="center"/>
          </w:tcPr>
          <w:p>
            <w:r>
              <w:rPr>
                <w:rFonts w:ascii="Arial" w:hAnsi="Arial" w:eastAsia="Arial"/>
                <w:sz w:val="20"/>
              </w:rPr>
              <w:t>31</w:t>
            </w:r>
          </w:p>
        </w:tc>
        <w:tc>
          <w:tcPr>
            <w:tcW w:type="dxa" w:w="7937"/>
            <w:vAlign w:val="center"/>
          </w:tcPr>
          <w:p>
            <w:r>
              <w:rPr>
                <w:rFonts w:ascii="Arial" w:hAnsi="Arial" w:eastAsia="Arial"/>
                <w:sz w:val="20"/>
              </w:rPr>
              <w:t>64</w:t>
            </w:r>
          </w:p>
        </w:tc>
      </w:tr>
      <w:tr>
        <w:trPr>
          <w:cantSplit/>
        </w:trPr>
        <w:tc>
          <w:tcPr>
            <w:tcW w:type="dxa" w:w="1247"/>
            <w:vAlign w:val="center"/>
          </w:tcPr>
          <w:p>
            <w:r>
              <w:rPr>
                <w:rFonts w:ascii="Arial" w:hAnsi="Arial" w:eastAsia="Arial"/>
                <w:sz w:val="20"/>
              </w:rPr>
              <w:t>32</w:t>
            </w:r>
          </w:p>
        </w:tc>
        <w:tc>
          <w:tcPr>
            <w:tcW w:type="dxa" w:w="7937"/>
            <w:vAlign w:val="center"/>
          </w:tcPr>
          <w:p>
            <w:r>
              <w:rPr>
                <w:rFonts w:ascii="Arial" w:hAnsi="Arial" w:eastAsia="Arial"/>
                <w:sz w:val="20"/>
              </w:rPr>
              <w:t>48</w:t>
            </w:r>
          </w:p>
        </w:tc>
      </w:tr>
      <w:tr>
        <w:trPr>
          <w:cantSplit/>
        </w:trPr>
        <w:tc>
          <w:tcPr>
            <w:tcW w:type="dxa" w:w="1247"/>
            <w:vAlign w:val="center"/>
          </w:tcPr>
          <w:p>
            <w:r>
              <w:rPr>
                <w:rFonts w:ascii="Arial" w:hAnsi="Arial" w:eastAsia="Arial"/>
                <w:sz w:val="20"/>
              </w:rPr>
              <w:t>33</w:t>
            </w:r>
          </w:p>
        </w:tc>
        <w:tc>
          <w:tcPr>
            <w:tcW w:type="dxa" w:w="7937"/>
            <w:vAlign w:val="center"/>
          </w:tcPr>
          <w:p>
            <w:r>
              <w:rPr>
                <w:rFonts w:ascii="Arial" w:hAnsi="Arial" w:eastAsia="Arial"/>
                <w:sz w:val="20"/>
              </w:rPr>
              <w:t>83</w:t>
            </w:r>
          </w:p>
        </w:tc>
      </w:tr>
      <w:tr>
        <w:trPr>
          <w:cantSplit/>
        </w:trPr>
        <w:tc>
          <w:tcPr>
            <w:tcW w:type="dxa" w:w="1247"/>
            <w:vAlign w:val="center"/>
          </w:tcPr>
          <w:p>
            <w:r>
              <w:rPr>
                <w:rFonts w:ascii="Arial" w:hAnsi="Arial" w:eastAsia="Arial"/>
                <w:sz w:val="20"/>
              </w:rPr>
              <w:t>34</w:t>
            </w:r>
          </w:p>
        </w:tc>
        <w:tc>
          <w:tcPr>
            <w:tcW w:type="dxa" w:w="7937"/>
            <w:vAlign w:val="center"/>
          </w:tcPr>
          <w:p>
            <w:r>
              <w:rPr>
                <w:rFonts w:ascii="Arial" w:hAnsi="Arial" w:eastAsia="Arial"/>
                <w:sz w:val="20"/>
              </w:rPr>
              <w:t>54</w:t>
            </w:r>
          </w:p>
        </w:tc>
      </w:tr>
      <w:tr>
        <w:trPr>
          <w:cantSplit/>
        </w:trPr>
        <w:tc>
          <w:tcPr>
            <w:tcW w:type="dxa" w:w="1247"/>
            <w:vAlign w:val="center"/>
          </w:tcPr>
          <w:p>
            <w:r>
              <w:rPr>
                <w:rFonts w:ascii="Arial" w:hAnsi="Arial" w:eastAsia="Arial"/>
                <w:sz w:val="20"/>
              </w:rPr>
              <w:t>35</w:t>
            </w:r>
          </w:p>
        </w:tc>
        <w:tc>
          <w:tcPr>
            <w:tcW w:type="dxa" w:w="7937"/>
            <w:vAlign w:val="center"/>
          </w:tcPr>
          <w:p>
            <w:r>
              <w:rPr>
                <w:rFonts w:ascii="Arial" w:hAnsi="Arial" w:eastAsia="Arial"/>
                <w:sz w:val="20"/>
              </w:rPr>
              <w:t>43</w:t>
            </w:r>
          </w:p>
        </w:tc>
      </w:tr>
      <w:tr>
        <w:trPr>
          <w:cantSplit/>
        </w:trPr>
        <w:tc>
          <w:tcPr>
            <w:tcW w:type="dxa" w:w="1247"/>
            <w:vAlign w:val="center"/>
          </w:tcPr>
          <w:p>
            <w:r>
              <w:rPr>
                <w:rFonts w:ascii="Arial" w:hAnsi="Arial" w:eastAsia="Arial"/>
                <w:sz w:val="20"/>
              </w:rPr>
              <w:t>36</w:t>
            </w:r>
          </w:p>
        </w:tc>
        <w:tc>
          <w:tcPr>
            <w:tcW w:type="dxa" w:w="7937"/>
            <w:vAlign w:val="center"/>
          </w:tcPr>
          <w:p>
            <w:r>
              <w:rPr>
                <w:rFonts w:ascii="Arial" w:hAnsi="Arial" w:eastAsia="Arial"/>
                <w:sz w:val="20"/>
              </w:rPr>
              <w:t>81</w:t>
            </w:r>
          </w:p>
        </w:tc>
      </w:tr>
      <w:tr>
        <w:trPr>
          <w:cantSplit/>
        </w:trPr>
        <w:tc>
          <w:tcPr>
            <w:tcW w:type="dxa" w:w="1247"/>
            <w:vAlign w:val="center"/>
          </w:tcPr>
          <w:p>
            <w:r>
              <w:rPr>
                <w:rFonts w:ascii="Arial" w:hAnsi="Arial" w:eastAsia="Arial"/>
                <w:sz w:val="20"/>
              </w:rPr>
              <w:t>37</w:t>
            </w:r>
          </w:p>
        </w:tc>
        <w:tc>
          <w:tcPr>
            <w:tcW w:type="dxa" w:w="7937"/>
            <w:vAlign w:val="center"/>
          </w:tcPr>
          <w:p>
            <w:r>
              <w:rPr>
                <w:rFonts w:ascii="Arial" w:hAnsi="Arial" w:eastAsia="Arial"/>
                <w:sz w:val="20"/>
              </w:rPr>
              <w:t>54</w:t>
            </w:r>
          </w:p>
        </w:tc>
      </w:tr>
      <w:tr>
        <w:trPr>
          <w:cantSplit/>
        </w:trPr>
        <w:tc>
          <w:tcPr>
            <w:tcW w:type="dxa" w:w="1247"/>
            <w:vAlign w:val="center"/>
          </w:tcPr>
          <w:p>
            <w:r>
              <w:rPr>
                <w:rFonts w:ascii="Arial" w:hAnsi="Arial" w:eastAsia="Arial"/>
                <w:sz w:val="20"/>
              </w:rPr>
              <w:t>38</w:t>
            </w:r>
          </w:p>
        </w:tc>
        <w:tc>
          <w:tcPr>
            <w:tcW w:type="dxa" w:w="7937"/>
            <w:vAlign w:val="center"/>
          </w:tcPr>
          <w:p>
            <w:r>
              <w:rPr>
                <w:rFonts w:ascii="Arial" w:hAnsi="Arial" w:eastAsia="Arial"/>
                <w:sz w:val="20"/>
              </w:rPr>
              <w:t>63</w:t>
            </w:r>
          </w:p>
        </w:tc>
      </w:tr>
      <w:tr>
        <w:trPr>
          <w:cantSplit/>
        </w:trPr>
        <w:tc>
          <w:tcPr>
            <w:tcW w:type="dxa" w:w="1247"/>
            <w:vAlign w:val="center"/>
          </w:tcPr>
          <w:p>
            <w:r>
              <w:rPr>
                <w:rFonts w:ascii="Arial" w:hAnsi="Arial" w:eastAsia="Arial"/>
                <w:sz w:val="20"/>
              </w:rPr>
              <w:t>39</w:t>
            </w:r>
          </w:p>
        </w:tc>
        <w:tc>
          <w:tcPr>
            <w:tcW w:type="dxa" w:w="7937"/>
            <w:vAlign w:val="center"/>
          </w:tcPr>
          <w:p>
            <w:r>
              <w:rPr>
                <w:rFonts w:ascii="Arial" w:hAnsi="Arial" w:eastAsia="Arial"/>
                <w:sz w:val="20"/>
              </w:rPr>
              <w:t>42</w:t>
            </w:r>
          </w:p>
        </w:tc>
      </w:tr>
      <w:tr>
        <w:trPr>
          <w:cantSplit/>
        </w:trPr>
        <w:tc>
          <w:tcPr>
            <w:tcW w:type="dxa" w:w="1247"/>
            <w:vAlign w:val="center"/>
          </w:tcPr>
          <w:p>
            <w:r>
              <w:rPr>
                <w:rFonts w:ascii="Arial" w:hAnsi="Arial" w:eastAsia="Arial"/>
                <w:sz w:val="20"/>
              </w:rPr>
              <w:t>40</w:t>
            </w:r>
          </w:p>
        </w:tc>
        <w:tc>
          <w:tcPr>
            <w:tcW w:type="dxa" w:w="7937"/>
            <w:vAlign w:val="center"/>
          </w:tcPr>
          <w:p>
            <w:r>
              <w:rPr>
                <w:rFonts w:ascii="Arial" w:hAnsi="Arial" w:eastAsia="Arial"/>
                <w:sz w:val="20"/>
              </w:rPr>
              <w:t>8</w:t>
            </w:r>
          </w:p>
        </w:tc>
      </w:tr>
    </w:tbl>
    <w:sectPr w:rsidR="00FC693F" w:rsidRPr="0006063C" w:rsidSect="00034616">
      <w:pgSz w:w="12240" w:h="15840"/>
      <w:pgMar w:top="964" w:right="1077" w:bottom="96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