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50 BÀI TẬP ĐỔI ĐƠN VỊ ĐO ĐỘ DÀI LỚP 2</w:t>
      </w:r>
    </w:p>
    <w:p>
      <w:pPr>
        <w:jc w:val="center"/>
      </w:pPr>
      <w:r>
        <w:rPr>
          <w:i/>
        </w:rPr>
        <w:t>cm - dm - m - km; đổi đơn vị, so sánh, tính toán và bài toán có lời văn</w:t>
      </w:r>
    </w:p>
    <w:p>
      <w:pPr>
        <w:jc w:val="center"/>
      </w:pPr>
      <w:r>
        <w:t>ToanCap1.com - Toán tiểu học</w:t>
      </w:r>
    </w:p>
    <w:p>
      <w:r>
        <w:rPr>
          <w:b/>
        </w:rPr>
        <w:t xml:space="preserve">Ghi nhớ: </w:t>
      </w:r>
      <w:r>
        <w:t>1 dm = 10 cm; 1 m = 10 dm = 100 cm; 1 km = 1000 m. Trước khi cộng, trừ hoặc so sánh, nên đổi về cùng một đơn vị.</w:t>
      </w:r>
    </w:p>
    <w:p>
      <w:pPr>
        <w:pStyle w:val="Heading1"/>
      </w:pPr>
      <w:r>
        <w:t>Phần 1. Đổi đơn vị trực tiếp</w:t>
      </w:r>
    </w:p>
    <w:p>
      <w:pPr>
        <w:spacing w:after="80"/>
      </w:pPr>
      <w:r>
        <w:rPr>
          <w:b/>
        </w:rPr>
        <w:t xml:space="preserve">Câu 1. </w:t>
      </w:r>
      <w:r>
        <w:t>Điền số thích hợp: 3 dm =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2. </w:t>
      </w:r>
      <w:r>
        <w:t>Điền số thích hợp: 7 dm =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3. </w:t>
      </w:r>
      <w:r>
        <w:t>Điền số thích hợp: 2 m = __ dm.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4. </w:t>
      </w:r>
      <w:r>
        <w:t>Điền số thích hợp: 5 m =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5. </w:t>
      </w:r>
      <w:r>
        <w:t>Điền số thích hợp: 4 km = __ 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6. </w:t>
      </w:r>
      <w:r>
        <w:t>Điền số thích hợp: 60 cm = __ dm.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7. </w:t>
      </w:r>
      <w:r>
        <w:t>Điền số thích hợp: 90 cm = __ dm.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8. </w:t>
      </w:r>
      <w:r>
        <w:t>Điền số thích hợp: 30 dm = __ 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9. </w:t>
      </w:r>
      <w:r>
        <w:t>Điền số thích hợp: 400 cm = __ 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10. </w:t>
      </w:r>
      <w:r>
        <w:t>Điền số thích hợp: 3000 m = __ km.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11. </w:t>
      </w:r>
      <w:r>
        <w:t>Điền số thích hợp: 1 m 20 cm =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12. </w:t>
      </w:r>
      <w:r>
        <w:t>Điền số thích hợp: 2 m 5 dm = __ dm.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13. </w:t>
      </w:r>
      <w:r>
        <w:t>Điền số thích hợp: 3 dm 4 cm =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14. </w:t>
      </w:r>
      <w:r>
        <w:t>Điền số thích hợp: 2 km 300 m = __ 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15. </w:t>
      </w:r>
      <w:r>
        <w:t>Điền số thích hợp: 1 m 8 cm =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16. </w:t>
      </w:r>
      <w:r>
        <w:t>Điền số thích hợp: 45 cm = __ dm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17. </w:t>
      </w:r>
      <w:r>
        <w:t>Điền số thích hợp: 27 dm = __ m __ dm.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18. </w:t>
      </w:r>
      <w:r>
        <w:t>Điền số thích hợp: 325 cm = __ m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19. </w:t>
      </w:r>
      <w:r>
        <w:t>Điền số thích hợp: 1500 m = __ km __ 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20. </w:t>
      </w:r>
      <w:r>
        <w:t>Điền số thích hợp: 68 cm = __ dm __ cm.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So sánh số đo độ dài</w:t>
      </w:r>
    </w:p>
    <w:p>
      <w:pPr>
        <w:spacing w:after="80"/>
      </w:pPr>
      <w:r>
        <w:rPr>
          <w:b/>
        </w:rPr>
        <w:t xml:space="preserve">Câu 21. </w:t>
      </w:r>
      <w:r>
        <w:t>Điền dấu &gt;, &lt; hoặc =: 4 dm __ 35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22. </w:t>
      </w:r>
      <w:r>
        <w:t>Điền dấu &gt;, &lt; hoặc =: 2 m __ 19 dm.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23. </w:t>
      </w:r>
      <w:r>
        <w:t>Điền dấu &gt;, &lt; hoặc =: 500 cm __ 5 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24. </w:t>
      </w:r>
      <w:r>
        <w:t>Điền dấu &gt;, &lt; hoặc =: 3 km __ 2900 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25. </w:t>
      </w:r>
      <w:r>
        <w:t>Điền dấu &gt;, &lt; hoặc =: 7 dm 5 cm __ 80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26. </w:t>
      </w:r>
      <w:r>
        <w:t>Điền dấu &gt;, &lt; hoặc =: 1 m 20 cm __ 120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27. </w:t>
      </w:r>
      <w:r>
        <w:t>Điền dấu &gt;, &lt; hoặc =: 45 cm __ 5 dm.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28. </w:t>
      </w:r>
      <w:r>
        <w:t>Điền dấu &gt;, &lt; hoặc =: 2 m 8 dm __ 27 dm.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29. </w:t>
      </w:r>
      <w:r>
        <w:t>Điền dấu &gt;, &lt; hoặc =: 900 m __ 1 km.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30. </w:t>
      </w:r>
      <w:r>
        <w:t>Điền dấu &gt;, &lt; hoặc =: 6 dm 2 cm __ 62 cm.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Cộng trừ số đo độ dài</w:t>
      </w:r>
    </w:p>
    <w:p>
      <w:pPr>
        <w:spacing w:after="80"/>
      </w:pPr>
      <w:r>
        <w:rPr>
          <w:b/>
        </w:rPr>
        <w:t xml:space="preserve">Câu 31. </w:t>
      </w:r>
      <w:r>
        <w:t>Tính và điền số: 3 dm + 20 cm =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32. </w:t>
      </w:r>
      <w:r>
        <w:t>Tính và điền số: 1 m - 40 cm =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33. </w:t>
      </w:r>
      <w:r>
        <w:t>Tính và điền số: 2 m + 5 dm = __ dm.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34. </w:t>
      </w:r>
      <w:r>
        <w:t>Tính và điền số: 80 cm - 3 dm =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35. </w:t>
      </w:r>
      <w:r>
        <w:t>Tính và điền số: 1 km + 500 m = __ 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36. </w:t>
      </w:r>
      <w:r>
        <w:t>Tính và điền số: 4 dm + 35 cm = __ cm.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37. </w:t>
      </w:r>
      <w:r>
        <w:t>Tính và điền số: 2 m - 7 dm = __ dm.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38. </w:t>
      </w:r>
      <w:r>
        <w:t>Tính và điền số: 150 cm + 50 cm = __ 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39. </w:t>
      </w:r>
      <w:r>
        <w:t>Tính và điền số: 3 km - 1000 m = __ km.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40. </w:t>
      </w:r>
      <w:r>
        <w:t>Tính và điền số: 9 dm - 25 cm = __ cm.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4. Bài toán có lời văn</w:t>
      </w:r>
    </w:p>
    <w:p>
      <w:pPr>
        <w:spacing w:after="80"/>
      </w:pPr>
      <w:r>
        <w:rPr>
          <w:b/>
        </w:rPr>
        <w:t xml:space="preserve">Câu 41. </w:t>
      </w:r>
      <w:r>
        <w:t>Một sợi dây dài 2 m. Cắt đi 70 cm. Sợi dây còn lại dài bao nhiêu xăng-ti-mét?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42. </w:t>
      </w:r>
      <w:r>
        <w:t>Lan đi bộ 500 m buổi sáng và 600 m buổi chiều. Lan đi tất cả bao nhiêu mét?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43. </w:t>
      </w:r>
      <w:r>
        <w:t>Một đoạn đường dài 1 km. Minh đã đi 300 m. Minh còn phải đi bao nhiêu mét?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44. </w:t>
      </w:r>
      <w:r>
        <w:t>Thước thứ nhất dài 3 dm, thước thứ hai dài 25 cm. Thước nào dài hơn và hơn bao nhiêu xăng-ti-mét?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45. </w:t>
      </w:r>
      <w:r>
        <w:t>Một cuộn ruy băng dài 5 m, đã dùng 2 m. Còn lại bao nhiêu mét?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46. </w:t>
      </w:r>
      <w:r>
        <w:t>Bàn học dài 120 cm. Đổi độ dài đó ra mét và xăng-ti-mét.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47. </w:t>
      </w:r>
      <w:r>
        <w:t>Một con đường dài 2 km 300 m. Viết độ dài đó theo mét.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48. </w:t>
      </w:r>
      <w:r>
        <w:t>Hộp bút dài 2 dm, quyển vở dài 18 cm. Hộp bút dài hơn bao nhiêu xăng-ti-mét?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49. </w:t>
      </w:r>
      <w:r>
        <w:t>Hai đoạn dây dài 45 cm và 5 dm. Tổng độ dài hai đoạn dây là bao nhiêu xăng-ti-mét?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50. </w:t>
      </w:r>
      <w:r>
        <w:t>Một thanh gỗ dài 3 m. Cưa bớt 8 dm. Thanh gỗ còn dài bao nhiêu đề-xi-mét?</w:t>
      </w:r>
    </w:p>
    <w:p>
      <w:pPr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681"/>
        <w:gridCol w:w="1681"/>
        <w:gridCol w:w="1681"/>
        <w:gridCol w:w="1681"/>
        <w:gridCol w:w="1681"/>
        <w:gridCol w:w="1681"/>
      </w:tblGrid>
      <w:tr>
        <w:tc>
          <w:tcPr>
            <w:tcW w:type="dxa" w:w="1681"/>
            <w:vAlign w:val="center"/>
          </w:tcPr>
          <w:p>
            <w:r>
              <w:t>Câu</w:t>
            </w:r>
          </w:p>
        </w:tc>
        <w:tc>
          <w:tcPr>
            <w:tcW w:type="dxa" w:w="1681"/>
            <w:vAlign w:val="center"/>
          </w:tcPr>
          <w:p>
            <w:r>
              <w:t>Đáp án</w:t>
            </w:r>
          </w:p>
        </w:tc>
        <w:tc>
          <w:tcPr>
            <w:tcW w:type="dxa" w:w="1681"/>
            <w:vAlign w:val="center"/>
          </w:tcPr>
          <w:p>
            <w:r>
              <w:t>Câu</w:t>
            </w:r>
          </w:p>
        </w:tc>
        <w:tc>
          <w:tcPr>
            <w:tcW w:type="dxa" w:w="1681"/>
            <w:vAlign w:val="center"/>
          </w:tcPr>
          <w:p>
            <w:r>
              <w:t>Đáp án</w:t>
            </w:r>
          </w:p>
        </w:tc>
        <w:tc>
          <w:tcPr>
            <w:tcW w:type="dxa" w:w="1681"/>
            <w:vAlign w:val="center"/>
          </w:tcPr>
          <w:p>
            <w:r>
              <w:t>Câu</w:t>
            </w:r>
          </w:p>
        </w:tc>
        <w:tc>
          <w:tcPr>
            <w:tcW w:type="dxa" w:w="1681"/>
            <w:vAlign w:val="center"/>
          </w:tcPr>
          <w:p>
            <w:r>
              <w:t>Đáp án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18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 m 25 cm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35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1500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70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19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 km 500 m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36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75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6 dm 8 cm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37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13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500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21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&gt;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38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5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4000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22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&gt;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39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6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6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23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=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65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7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9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24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&gt;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41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130 cm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8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25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&lt;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42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1100 m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9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26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=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43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700 m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27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&lt;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44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Thước 1 hơn 5 cm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11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28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&gt;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45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 m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25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29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&lt;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46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 m 20 cm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13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34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=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47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2300 m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14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2300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31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50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48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 cm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15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108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32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60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49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95 cm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16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 dm 5 cm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33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25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50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22 dm</w:t>
            </w:r>
          </w:p>
        </w:tc>
      </w:tr>
      <w:tr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17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 m 7 dm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34</w:t>
            </w:r>
          </w:p>
        </w:tc>
        <w:tc>
          <w:tcPr>
            <w:tcW w:type="dxa" w:w="1681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50</w:t>
            </w:r>
          </w:p>
        </w:tc>
        <w:tc>
          <w:tcPr>
            <w:tcW w:type="dxa" w:w="1681"/>
          </w:tcPr>
          <w:p>
            <w:pPr>
              <w:spacing w:after="0"/>
            </w:pPr>
          </w:p>
        </w:tc>
        <w:tc>
          <w:tcPr>
            <w:tcW w:type="dxa" w:w="1681"/>
          </w:tcPr>
          <w:p>
            <w:pPr>
              <w:spacing w:after="0"/>
            </w:pPr>
          </w:p>
        </w:tc>
      </w:tr>
    </w:tbl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