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TẬP TÍNH NHANH LỚP 2</w:t>
      </w:r>
    </w:p>
    <w:p>
      <w:pPr>
        <w:jc w:val="center"/>
      </w:pPr>
      <w:r>
        <w:rPr>
          <w:i/>
        </w:rPr>
        <w:t>Phép cộng, phép trừ, bảng nhân - chia 2 và 5; có đáp án</w:t>
      </w:r>
    </w:p>
    <w:p>
      <w:pPr>
        <w:jc w:val="center"/>
      </w:pPr>
      <w:r>
        <w:t>ToanCap1.com - Toán tiểu học</w:t>
      </w:r>
    </w:p>
    <w:p>
      <w:r>
        <w:rPr>
          <w:b/>
        </w:rPr>
        <w:t xml:space="preserve">Cách làm: </w:t>
      </w:r>
      <w:r>
        <w:t>quan sát để ghép số tròn chục, bù thêm - bớt đi, hoặc dùng bảng nhân chia đã học. Học sinh nên nói cách nhẩm trước khi viết đáp số.</w:t>
      </w:r>
    </w:p>
    <w:p>
      <w:pPr>
        <w:pStyle w:val="Heading1"/>
      </w:pPr>
      <w:r>
        <w:t>Phần 1. Ghép số và tạo số tròn chục</w:t>
      </w:r>
    </w:p>
    <w:p>
      <w:pPr>
        <w:spacing w:after="80"/>
      </w:pPr>
      <w:r>
        <w:rPr>
          <w:b/>
        </w:rPr>
        <w:t xml:space="preserve">Câu 1. </w:t>
      </w:r>
      <w:r>
        <w:t>Tính nhanh: 8 + 2 + 7.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Tính nhanh: 6 + 4 + 9.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Tính nhanh: 15 + 5 + 12.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Tính nhanh: 24 + 6 + 13.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Tính nhanh: 37 + 3 + 8.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Tính nhanh: 9 + 11 + 5.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Tính nhanh: 18 + 2 + 16.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Tính nhanh: 45 + 5 + 9.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Tính nhanh: 26 + 4 + 20.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Tính nhanh: 32 + 8 + 7.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Cộng trừ bằng cách bù</w:t>
      </w:r>
    </w:p>
    <w:p>
      <w:pPr>
        <w:spacing w:after="80"/>
      </w:pPr>
      <w:r>
        <w:rPr>
          <w:b/>
        </w:rPr>
        <w:t xml:space="preserve">Câu 11. </w:t>
      </w:r>
      <w:r>
        <w:t>Tính nhẩm thuận tiện: 28 + 19.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Tính nhẩm thuận tiện: 46 + 29.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Tính nhẩm thuận tiện: 57 + 18.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Tính nhẩm thuận tiện: 39 + 24.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Tính nhẩm thuận tiện: 68 + 17.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Tính nhẩm thuận tiện: 74 - 29.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Tính nhẩm thuận tiện: 83 - 39.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Tính nhẩm thuận tiện: 61 - 28.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Tính nhẩm thuận tiện: 92 - 49.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Tính nhẩm thuận tiện: 70 - 38.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3. Tính thuận tiện nhiều bước</w:t>
      </w:r>
    </w:p>
    <w:p>
      <w:pPr>
        <w:spacing w:after="80"/>
      </w:pPr>
      <w:r>
        <w:rPr>
          <w:b/>
        </w:rPr>
        <w:t xml:space="preserve">Câu 21. </w:t>
      </w:r>
      <w:r>
        <w:t>Tính nhanh: 36 + 14 + 25.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Tính nhanh: 27 + 33 + 18.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Tính nhanh: 48 + 12 - 20.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Tính nhanh: 65 - 15 + 24.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Tính nhanh: 90 - 40 - 25.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26. </w:t>
      </w:r>
      <w:r>
        <w:t>Tính nhanh: 56 + 24 - 30.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27. </w:t>
      </w:r>
      <w:r>
        <w:t>Tính nhanh: 42 + 18 + 10.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28. </w:t>
      </w:r>
      <w:r>
        <w:t>Tính nhanh: 100 - 37 - 13.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29. </w:t>
      </w:r>
      <w:r>
        <w:t>Tính nhanh: 73 - 23 + 16.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30. </w:t>
      </w:r>
      <w:r>
        <w:t>Tính nhanh: 29 + 21 + 35.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4. Điền số để tính nhanh</w:t>
      </w:r>
    </w:p>
    <w:p>
      <w:pPr>
        <w:spacing w:after="80"/>
      </w:pPr>
      <w:r>
        <w:rPr>
          <w:b/>
        </w:rPr>
        <w:t xml:space="preserve">Câu 31. </w:t>
      </w:r>
      <w:r>
        <w:t>Điền số: 35 + __ = 50.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32. </w:t>
      </w:r>
      <w:r>
        <w:t>Điền số: __ + 28 = 60.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33. </w:t>
      </w:r>
      <w:r>
        <w:t>Điền số: 80 - __ = 45.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34. </w:t>
      </w:r>
      <w:r>
        <w:t>Điền số: __ - 27 = 33.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35. </w:t>
      </w:r>
      <w:r>
        <w:t>Điền số: 19 + __ = 40.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36. </w:t>
      </w:r>
      <w:r>
        <w:t>Điền số: 70 - __ = 28.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37. </w:t>
      </w:r>
      <w:r>
        <w:t>Điền số: __ + 16 = 45.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38. </w:t>
      </w:r>
      <w:r>
        <w:t>Điền số: 92 - __ = 52.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39. </w:t>
      </w:r>
      <w:r>
        <w:t>Điền số: 24 + __ = 24 + 30.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40. </w:t>
      </w:r>
      <w:r>
        <w:t>Điền số: 67 - __ = 67 - 20.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5. Nhân chia nhẩm với 2 và 5</w:t>
      </w:r>
    </w:p>
    <w:p>
      <w:pPr>
        <w:spacing w:after="80"/>
      </w:pPr>
      <w:r>
        <w:rPr>
          <w:b/>
        </w:rPr>
        <w:t xml:space="preserve">Câu 41. </w:t>
      </w:r>
      <w:r>
        <w:t>Tính nhẩm: 2 × 7.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42. </w:t>
      </w:r>
      <w:r>
        <w:t>Tính nhẩm: 5 × 8.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43. </w:t>
      </w:r>
      <w:r>
        <w:t>Tính nhẩm: 18 : 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44. </w:t>
      </w:r>
      <w:r>
        <w:t>Tính nhẩm: 35 : 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45. </w:t>
      </w:r>
      <w:r>
        <w:t>Tính nhẩm: 2 × 9 + 2.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46. </w:t>
      </w:r>
      <w:r>
        <w:t>Tính nhẩm: 5 × 6 - 10.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47. </w:t>
      </w:r>
      <w:r>
        <w:t>Tính nhẩm: 40 : 5 + 12.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48. </w:t>
      </w:r>
      <w:r>
        <w:t>Tính nhẩm: 16 : 2 + 7.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49. </w:t>
      </w:r>
      <w:r>
        <w:t>Tính nhẩm: 5 × 9 - 5.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50. </w:t>
      </w:r>
      <w:r>
        <w:t>Tính nhẩm: 20 : 2 + 25.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</w:tcPr>
          <w:p>
            <w:r>
              <w:t>Câu</w:t>
            </w:r>
          </w:p>
        </w:tc>
        <w:tc>
          <w:tcPr>
            <w:tcW w:type="dxa" w:w="2521"/>
            <w:vAlign w:val="center"/>
          </w:tcPr>
          <w:p>
            <w:r>
              <w:t>Đáp án</w:t>
            </w:r>
          </w:p>
        </w:tc>
        <w:tc>
          <w:tcPr>
            <w:tcW w:type="dxa" w:w="2521"/>
            <w:vAlign w:val="center"/>
          </w:tcPr>
          <w:p>
            <w:r>
              <w:t>Câu</w:t>
            </w:r>
          </w:p>
        </w:tc>
        <w:tc>
          <w:tcPr>
            <w:tcW w:type="dxa" w:w="2521"/>
            <w:vAlign w:val="center"/>
          </w:tcPr>
          <w:p>
            <w:r>
              <w:t>Đáp án</w:t>
            </w:r>
          </w:p>
        </w:tc>
      </w:tr>
      <w:tr>
        <w:tc>
          <w:tcPr>
            <w:tcW w:type="dxa" w:w="2521"/>
          </w:tcPr>
          <w:p>
            <w:r>
              <w:t>1</w:t>
            </w:r>
          </w:p>
        </w:tc>
        <w:tc>
          <w:tcPr>
            <w:tcW w:type="dxa" w:w="2521"/>
          </w:tcPr>
          <w:p>
            <w:r>
              <w:t>17</w:t>
            </w:r>
          </w:p>
        </w:tc>
        <w:tc>
          <w:tcPr>
            <w:tcW w:type="dxa" w:w="2521"/>
          </w:tcPr>
          <w:p>
            <w:r>
              <w:t>26</w:t>
            </w:r>
          </w:p>
        </w:tc>
        <w:tc>
          <w:tcPr>
            <w:tcW w:type="dxa" w:w="2521"/>
          </w:tcPr>
          <w:p>
            <w:r>
              <w:t>50</w:t>
            </w:r>
          </w:p>
        </w:tc>
      </w:tr>
      <w:tr>
        <w:tc>
          <w:tcPr>
            <w:tcW w:type="dxa" w:w="2521"/>
          </w:tcPr>
          <w:p>
            <w:r>
              <w:t>2</w:t>
            </w:r>
          </w:p>
        </w:tc>
        <w:tc>
          <w:tcPr>
            <w:tcW w:type="dxa" w:w="2521"/>
          </w:tcPr>
          <w:p>
            <w:r>
              <w:t>19</w:t>
            </w:r>
          </w:p>
        </w:tc>
        <w:tc>
          <w:tcPr>
            <w:tcW w:type="dxa" w:w="2521"/>
          </w:tcPr>
          <w:p>
            <w:r>
              <w:t>27</w:t>
            </w:r>
          </w:p>
        </w:tc>
        <w:tc>
          <w:tcPr>
            <w:tcW w:type="dxa" w:w="2521"/>
          </w:tcPr>
          <w:p>
            <w:r>
              <w:t>70</w:t>
            </w:r>
          </w:p>
        </w:tc>
      </w:tr>
      <w:tr>
        <w:tc>
          <w:tcPr>
            <w:tcW w:type="dxa" w:w="2521"/>
          </w:tcPr>
          <w:p>
            <w:r>
              <w:t>3</w:t>
            </w:r>
          </w:p>
        </w:tc>
        <w:tc>
          <w:tcPr>
            <w:tcW w:type="dxa" w:w="2521"/>
          </w:tcPr>
          <w:p>
            <w:r>
              <w:t>32</w:t>
            </w:r>
          </w:p>
        </w:tc>
        <w:tc>
          <w:tcPr>
            <w:tcW w:type="dxa" w:w="2521"/>
          </w:tcPr>
          <w:p>
            <w:r>
              <w:t>28</w:t>
            </w:r>
          </w:p>
        </w:tc>
        <w:tc>
          <w:tcPr>
            <w:tcW w:type="dxa" w:w="2521"/>
          </w:tcPr>
          <w:p>
            <w:r>
              <w:t>50</w:t>
            </w:r>
          </w:p>
        </w:tc>
      </w:tr>
      <w:tr>
        <w:tc>
          <w:tcPr>
            <w:tcW w:type="dxa" w:w="2521"/>
          </w:tcPr>
          <w:p>
            <w:r>
              <w:t>4</w:t>
            </w:r>
          </w:p>
        </w:tc>
        <w:tc>
          <w:tcPr>
            <w:tcW w:type="dxa" w:w="2521"/>
          </w:tcPr>
          <w:p>
            <w:r>
              <w:t>43</w:t>
            </w:r>
          </w:p>
        </w:tc>
        <w:tc>
          <w:tcPr>
            <w:tcW w:type="dxa" w:w="2521"/>
          </w:tcPr>
          <w:p>
            <w:r>
              <w:t>29</w:t>
            </w:r>
          </w:p>
        </w:tc>
        <w:tc>
          <w:tcPr>
            <w:tcW w:type="dxa" w:w="2521"/>
          </w:tcPr>
          <w:p>
            <w:r>
              <w:t>66</w:t>
            </w:r>
          </w:p>
        </w:tc>
      </w:tr>
      <w:tr>
        <w:tc>
          <w:tcPr>
            <w:tcW w:type="dxa" w:w="2521"/>
          </w:tcPr>
          <w:p>
            <w:r>
              <w:t>5</w:t>
            </w:r>
          </w:p>
        </w:tc>
        <w:tc>
          <w:tcPr>
            <w:tcW w:type="dxa" w:w="2521"/>
          </w:tcPr>
          <w:p>
            <w:r>
              <w:t>48</w:t>
            </w:r>
          </w:p>
        </w:tc>
        <w:tc>
          <w:tcPr>
            <w:tcW w:type="dxa" w:w="2521"/>
          </w:tcPr>
          <w:p>
            <w:r>
              <w:t>30</w:t>
            </w:r>
          </w:p>
        </w:tc>
        <w:tc>
          <w:tcPr>
            <w:tcW w:type="dxa" w:w="2521"/>
          </w:tcPr>
          <w:p>
            <w:r>
              <w:t>85</w:t>
            </w:r>
          </w:p>
        </w:tc>
      </w:tr>
      <w:tr>
        <w:tc>
          <w:tcPr>
            <w:tcW w:type="dxa" w:w="2521"/>
          </w:tcPr>
          <w:p>
            <w:r>
              <w:t>6</w:t>
            </w:r>
          </w:p>
        </w:tc>
        <w:tc>
          <w:tcPr>
            <w:tcW w:type="dxa" w:w="2521"/>
          </w:tcPr>
          <w:p>
            <w:r>
              <w:t>25</w:t>
            </w:r>
          </w:p>
        </w:tc>
        <w:tc>
          <w:tcPr>
            <w:tcW w:type="dxa" w:w="2521"/>
          </w:tcPr>
          <w:p>
            <w:r>
              <w:t>31</w:t>
            </w:r>
          </w:p>
        </w:tc>
        <w:tc>
          <w:tcPr>
            <w:tcW w:type="dxa" w:w="2521"/>
          </w:tcPr>
          <w:p>
            <w:r>
              <w:t>15</w:t>
            </w:r>
          </w:p>
        </w:tc>
      </w:tr>
      <w:tr>
        <w:tc>
          <w:tcPr>
            <w:tcW w:type="dxa" w:w="2521"/>
          </w:tcPr>
          <w:p>
            <w:r>
              <w:t>7</w:t>
            </w:r>
          </w:p>
        </w:tc>
        <w:tc>
          <w:tcPr>
            <w:tcW w:type="dxa" w:w="2521"/>
          </w:tcPr>
          <w:p>
            <w:r>
              <w:t>36</w:t>
            </w:r>
          </w:p>
        </w:tc>
        <w:tc>
          <w:tcPr>
            <w:tcW w:type="dxa" w:w="2521"/>
          </w:tcPr>
          <w:p>
            <w:r>
              <w:t>32</w:t>
            </w:r>
          </w:p>
        </w:tc>
        <w:tc>
          <w:tcPr>
            <w:tcW w:type="dxa" w:w="2521"/>
          </w:tcPr>
          <w:p>
            <w:r>
              <w:t>32</w:t>
            </w:r>
          </w:p>
        </w:tc>
      </w:tr>
      <w:tr>
        <w:tc>
          <w:tcPr>
            <w:tcW w:type="dxa" w:w="2521"/>
          </w:tcPr>
          <w:p>
            <w:r>
              <w:t>8</w:t>
            </w:r>
          </w:p>
        </w:tc>
        <w:tc>
          <w:tcPr>
            <w:tcW w:type="dxa" w:w="2521"/>
          </w:tcPr>
          <w:p>
            <w:r>
              <w:t>59</w:t>
            </w:r>
          </w:p>
        </w:tc>
        <w:tc>
          <w:tcPr>
            <w:tcW w:type="dxa" w:w="2521"/>
          </w:tcPr>
          <w:p>
            <w:r>
              <w:t>33</w:t>
            </w:r>
          </w:p>
        </w:tc>
        <w:tc>
          <w:tcPr>
            <w:tcW w:type="dxa" w:w="2521"/>
          </w:tcPr>
          <w:p>
            <w:r>
              <w:t>35</w:t>
            </w:r>
          </w:p>
        </w:tc>
      </w:tr>
      <w:tr>
        <w:tc>
          <w:tcPr>
            <w:tcW w:type="dxa" w:w="2521"/>
          </w:tcPr>
          <w:p>
            <w:r>
              <w:t>9</w:t>
            </w:r>
          </w:p>
        </w:tc>
        <w:tc>
          <w:tcPr>
            <w:tcW w:type="dxa" w:w="2521"/>
          </w:tcPr>
          <w:p>
            <w:r>
              <w:t>50</w:t>
            </w:r>
          </w:p>
        </w:tc>
        <w:tc>
          <w:tcPr>
            <w:tcW w:type="dxa" w:w="2521"/>
          </w:tcPr>
          <w:p>
            <w:r>
              <w:t>34</w:t>
            </w:r>
          </w:p>
        </w:tc>
        <w:tc>
          <w:tcPr>
            <w:tcW w:type="dxa" w:w="2521"/>
          </w:tcPr>
          <w:p>
            <w:r>
              <w:t>60</w:t>
            </w:r>
          </w:p>
        </w:tc>
      </w:tr>
      <w:tr>
        <w:tc>
          <w:tcPr>
            <w:tcW w:type="dxa" w:w="2521"/>
          </w:tcPr>
          <w:p>
            <w:r>
              <w:t>10</w:t>
            </w:r>
          </w:p>
        </w:tc>
        <w:tc>
          <w:tcPr>
            <w:tcW w:type="dxa" w:w="2521"/>
          </w:tcPr>
          <w:p>
            <w:r>
              <w:t>47</w:t>
            </w:r>
          </w:p>
        </w:tc>
        <w:tc>
          <w:tcPr>
            <w:tcW w:type="dxa" w:w="2521"/>
          </w:tcPr>
          <w:p>
            <w:r>
              <w:t>35</w:t>
            </w:r>
          </w:p>
        </w:tc>
        <w:tc>
          <w:tcPr>
            <w:tcW w:type="dxa" w:w="2521"/>
          </w:tcPr>
          <w:p>
            <w:r>
              <w:t>21</w:t>
            </w:r>
          </w:p>
        </w:tc>
      </w:tr>
      <w:tr>
        <w:tc>
          <w:tcPr>
            <w:tcW w:type="dxa" w:w="2521"/>
          </w:tcPr>
          <w:p>
            <w:r>
              <w:t>11</w:t>
            </w:r>
          </w:p>
        </w:tc>
        <w:tc>
          <w:tcPr>
            <w:tcW w:type="dxa" w:w="2521"/>
          </w:tcPr>
          <w:p>
            <w:r>
              <w:t>47</w:t>
            </w:r>
          </w:p>
        </w:tc>
        <w:tc>
          <w:tcPr>
            <w:tcW w:type="dxa" w:w="2521"/>
          </w:tcPr>
          <w:p>
            <w:r>
              <w:t>36</w:t>
            </w:r>
          </w:p>
        </w:tc>
        <w:tc>
          <w:tcPr>
            <w:tcW w:type="dxa" w:w="2521"/>
          </w:tcPr>
          <w:p>
            <w:r>
              <w:t>42</w:t>
            </w:r>
          </w:p>
        </w:tc>
      </w:tr>
      <w:tr>
        <w:tc>
          <w:tcPr>
            <w:tcW w:type="dxa" w:w="2521"/>
          </w:tcPr>
          <w:p>
            <w:r>
              <w:t>12</w:t>
            </w:r>
          </w:p>
        </w:tc>
        <w:tc>
          <w:tcPr>
            <w:tcW w:type="dxa" w:w="2521"/>
          </w:tcPr>
          <w:p>
            <w:r>
              <w:t>75</w:t>
            </w:r>
          </w:p>
        </w:tc>
        <w:tc>
          <w:tcPr>
            <w:tcW w:type="dxa" w:w="2521"/>
          </w:tcPr>
          <w:p>
            <w:r>
              <w:t>37</w:t>
            </w:r>
          </w:p>
        </w:tc>
        <w:tc>
          <w:tcPr>
            <w:tcW w:type="dxa" w:w="2521"/>
          </w:tcPr>
          <w:p>
            <w:r>
              <w:t>29</w:t>
            </w:r>
          </w:p>
        </w:tc>
      </w:tr>
      <w:tr>
        <w:tc>
          <w:tcPr>
            <w:tcW w:type="dxa" w:w="2521"/>
          </w:tcPr>
          <w:p>
            <w:r>
              <w:t>13</w:t>
            </w:r>
          </w:p>
        </w:tc>
        <w:tc>
          <w:tcPr>
            <w:tcW w:type="dxa" w:w="2521"/>
          </w:tcPr>
          <w:p>
            <w:r>
              <w:t>75</w:t>
            </w:r>
          </w:p>
        </w:tc>
        <w:tc>
          <w:tcPr>
            <w:tcW w:type="dxa" w:w="2521"/>
          </w:tcPr>
          <w:p>
            <w:r>
              <w:t>38</w:t>
            </w:r>
          </w:p>
        </w:tc>
        <w:tc>
          <w:tcPr>
            <w:tcW w:type="dxa" w:w="2521"/>
          </w:tcPr>
          <w:p>
            <w:r>
              <w:t>40</w:t>
            </w:r>
          </w:p>
        </w:tc>
      </w:tr>
      <w:tr>
        <w:tc>
          <w:tcPr>
            <w:tcW w:type="dxa" w:w="2521"/>
          </w:tcPr>
          <w:p>
            <w:r>
              <w:t>14</w:t>
            </w:r>
          </w:p>
        </w:tc>
        <w:tc>
          <w:tcPr>
            <w:tcW w:type="dxa" w:w="2521"/>
          </w:tcPr>
          <w:p>
            <w:r>
              <w:t>63</w:t>
            </w:r>
          </w:p>
        </w:tc>
        <w:tc>
          <w:tcPr>
            <w:tcW w:type="dxa" w:w="2521"/>
          </w:tcPr>
          <w:p>
            <w:r>
              <w:t>39</w:t>
            </w:r>
          </w:p>
        </w:tc>
        <w:tc>
          <w:tcPr>
            <w:tcW w:type="dxa" w:w="2521"/>
          </w:tcPr>
          <w:p>
            <w:r>
              <w:t>30</w:t>
            </w:r>
          </w:p>
        </w:tc>
      </w:tr>
      <w:tr>
        <w:tc>
          <w:tcPr>
            <w:tcW w:type="dxa" w:w="2521"/>
          </w:tcPr>
          <w:p>
            <w:r>
              <w:t>15</w:t>
            </w:r>
          </w:p>
        </w:tc>
        <w:tc>
          <w:tcPr>
            <w:tcW w:type="dxa" w:w="2521"/>
          </w:tcPr>
          <w:p>
            <w:r>
              <w:t>85</w:t>
            </w:r>
          </w:p>
        </w:tc>
        <w:tc>
          <w:tcPr>
            <w:tcW w:type="dxa" w:w="2521"/>
          </w:tcPr>
          <w:p>
            <w:r>
              <w:t>40</w:t>
            </w:r>
          </w:p>
        </w:tc>
        <w:tc>
          <w:tcPr>
            <w:tcW w:type="dxa" w:w="2521"/>
          </w:tcPr>
          <w:p>
            <w:r>
              <w:t>20</w:t>
            </w:r>
          </w:p>
        </w:tc>
      </w:tr>
      <w:tr>
        <w:tc>
          <w:tcPr>
            <w:tcW w:type="dxa" w:w="2521"/>
          </w:tcPr>
          <w:p>
            <w:r>
              <w:t>16</w:t>
            </w:r>
          </w:p>
        </w:tc>
        <w:tc>
          <w:tcPr>
            <w:tcW w:type="dxa" w:w="2521"/>
          </w:tcPr>
          <w:p>
            <w:r>
              <w:t>45</w:t>
            </w:r>
          </w:p>
        </w:tc>
        <w:tc>
          <w:tcPr>
            <w:tcW w:type="dxa" w:w="2521"/>
          </w:tcPr>
          <w:p>
            <w:r>
              <w:t>41</w:t>
            </w:r>
          </w:p>
        </w:tc>
        <w:tc>
          <w:tcPr>
            <w:tcW w:type="dxa" w:w="2521"/>
          </w:tcPr>
          <w:p>
            <w:r>
              <w:t>14</w:t>
            </w:r>
          </w:p>
        </w:tc>
      </w:tr>
      <w:tr>
        <w:tc>
          <w:tcPr>
            <w:tcW w:type="dxa" w:w="2521"/>
          </w:tcPr>
          <w:p>
            <w:r>
              <w:t>17</w:t>
            </w:r>
          </w:p>
        </w:tc>
        <w:tc>
          <w:tcPr>
            <w:tcW w:type="dxa" w:w="2521"/>
          </w:tcPr>
          <w:p>
            <w:r>
              <w:t>44</w:t>
            </w:r>
          </w:p>
        </w:tc>
        <w:tc>
          <w:tcPr>
            <w:tcW w:type="dxa" w:w="2521"/>
          </w:tcPr>
          <w:p>
            <w:r>
              <w:t>42</w:t>
            </w:r>
          </w:p>
        </w:tc>
        <w:tc>
          <w:tcPr>
            <w:tcW w:type="dxa" w:w="2521"/>
          </w:tcPr>
          <w:p>
            <w:r>
              <w:t>40</w:t>
            </w:r>
          </w:p>
        </w:tc>
      </w:tr>
      <w:tr>
        <w:tc>
          <w:tcPr>
            <w:tcW w:type="dxa" w:w="2521"/>
          </w:tcPr>
          <w:p>
            <w:r>
              <w:t>18</w:t>
            </w:r>
          </w:p>
        </w:tc>
        <w:tc>
          <w:tcPr>
            <w:tcW w:type="dxa" w:w="2521"/>
          </w:tcPr>
          <w:p>
            <w:r>
              <w:t>33</w:t>
            </w:r>
          </w:p>
        </w:tc>
        <w:tc>
          <w:tcPr>
            <w:tcW w:type="dxa" w:w="2521"/>
          </w:tcPr>
          <w:p>
            <w:r>
              <w:t>43</w:t>
            </w:r>
          </w:p>
        </w:tc>
        <w:tc>
          <w:tcPr>
            <w:tcW w:type="dxa" w:w="2521"/>
          </w:tcPr>
          <w:p>
            <w:r>
              <w:t>9</w:t>
            </w:r>
          </w:p>
        </w:tc>
      </w:tr>
      <w:tr>
        <w:tc>
          <w:tcPr>
            <w:tcW w:type="dxa" w:w="2521"/>
          </w:tcPr>
          <w:p>
            <w:r>
              <w:t>19</w:t>
            </w:r>
          </w:p>
        </w:tc>
        <w:tc>
          <w:tcPr>
            <w:tcW w:type="dxa" w:w="2521"/>
          </w:tcPr>
          <w:p>
            <w:r>
              <w:t>43</w:t>
            </w:r>
          </w:p>
        </w:tc>
        <w:tc>
          <w:tcPr>
            <w:tcW w:type="dxa" w:w="2521"/>
          </w:tcPr>
          <w:p>
            <w:r>
              <w:t>44</w:t>
            </w:r>
          </w:p>
        </w:tc>
        <w:tc>
          <w:tcPr>
            <w:tcW w:type="dxa" w:w="2521"/>
          </w:tcPr>
          <w:p>
            <w:r>
              <w:t>7</w:t>
            </w:r>
          </w:p>
        </w:tc>
      </w:tr>
      <w:tr>
        <w:tc>
          <w:tcPr>
            <w:tcW w:type="dxa" w:w="2521"/>
          </w:tcPr>
          <w:p>
            <w:r>
              <w:t>20</w:t>
            </w:r>
          </w:p>
        </w:tc>
        <w:tc>
          <w:tcPr>
            <w:tcW w:type="dxa" w:w="2521"/>
          </w:tcPr>
          <w:p>
            <w:r>
              <w:t>32</w:t>
            </w:r>
          </w:p>
        </w:tc>
        <w:tc>
          <w:tcPr>
            <w:tcW w:type="dxa" w:w="2521"/>
          </w:tcPr>
          <w:p>
            <w:r>
              <w:t>45</w:t>
            </w:r>
          </w:p>
        </w:tc>
        <w:tc>
          <w:tcPr>
            <w:tcW w:type="dxa" w:w="2521"/>
          </w:tcPr>
          <w:p>
            <w:r>
              <w:t>20</w:t>
            </w:r>
          </w:p>
        </w:tc>
      </w:tr>
      <w:tr>
        <w:tc>
          <w:tcPr>
            <w:tcW w:type="dxa" w:w="2521"/>
          </w:tcPr>
          <w:p>
            <w:r>
              <w:t>21</w:t>
            </w:r>
          </w:p>
        </w:tc>
        <w:tc>
          <w:tcPr>
            <w:tcW w:type="dxa" w:w="2521"/>
          </w:tcPr>
          <w:p>
            <w:r>
              <w:t>75</w:t>
            </w:r>
          </w:p>
        </w:tc>
        <w:tc>
          <w:tcPr>
            <w:tcW w:type="dxa" w:w="2521"/>
          </w:tcPr>
          <w:p>
            <w:r>
              <w:t>46</w:t>
            </w:r>
          </w:p>
        </w:tc>
        <w:tc>
          <w:tcPr>
            <w:tcW w:type="dxa" w:w="2521"/>
          </w:tcPr>
          <w:p>
            <w:r>
              <w:t>20</w:t>
            </w:r>
          </w:p>
        </w:tc>
      </w:tr>
      <w:tr>
        <w:tc>
          <w:tcPr>
            <w:tcW w:type="dxa" w:w="2521"/>
          </w:tcPr>
          <w:p>
            <w:r>
              <w:t>22</w:t>
            </w:r>
          </w:p>
        </w:tc>
        <w:tc>
          <w:tcPr>
            <w:tcW w:type="dxa" w:w="2521"/>
          </w:tcPr>
          <w:p>
            <w:r>
              <w:t>78</w:t>
            </w:r>
          </w:p>
        </w:tc>
        <w:tc>
          <w:tcPr>
            <w:tcW w:type="dxa" w:w="2521"/>
          </w:tcPr>
          <w:p>
            <w:r>
              <w:t>47</w:t>
            </w:r>
          </w:p>
        </w:tc>
        <w:tc>
          <w:tcPr>
            <w:tcW w:type="dxa" w:w="2521"/>
          </w:tcPr>
          <w:p>
            <w:r>
              <w:t>20</w:t>
            </w:r>
          </w:p>
        </w:tc>
      </w:tr>
      <w:tr>
        <w:tc>
          <w:tcPr>
            <w:tcW w:type="dxa" w:w="2521"/>
          </w:tcPr>
          <w:p>
            <w:r>
              <w:t>23</w:t>
            </w:r>
          </w:p>
        </w:tc>
        <w:tc>
          <w:tcPr>
            <w:tcW w:type="dxa" w:w="2521"/>
          </w:tcPr>
          <w:p>
            <w:r>
              <w:t>40</w:t>
            </w:r>
          </w:p>
        </w:tc>
        <w:tc>
          <w:tcPr>
            <w:tcW w:type="dxa" w:w="2521"/>
          </w:tcPr>
          <w:p>
            <w:r>
              <w:t>48</w:t>
            </w:r>
          </w:p>
        </w:tc>
        <w:tc>
          <w:tcPr>
            <w:tcW w:type="dxa" w:w="2521"/>
          </w:tcPr>
          <w:p>
            <w:r>
              <w:t>15</w:t>
            </w:r>
          </w:p>
        </w:tc>
      </w:tr>
      <w:tr>
        <w:tc>
          <w:tcPr>
            <w:tcW w:type="dxa" w:w="2521"/>
          </w:tcPr>
          <w:p>
            <w:r>
              <w:t>24</w:t>
            </w:r>
          </w:p>
        </w:tc>
        <w:tc>
          <w:tcPr>
            <w:tcW w:type="dxa" w:w="2521"/>
          </w:tcPr>
          <w:p>
            <w:r>
              <w:t>74</w:t>
            </w:r>
          </w:p>
        </w:tc>
        <w:tc>
          <w:tcPr>
            <w:tcW w:type="dxa" w:w="2521"/>
          </w:tcPr>
          <w:p>
            <w:r>
              <w:t>49</w:t>
            </w:r>
          </w:p>
        </w:tc>
        <w:tc>
          <w:tcPr>
            <w:tcW w:type="dxa" w:w="2521"/>
          </w:tcPr>
          <w:p>
            <w:r>
              <w:t>40</w:t>
            </w:r>
          </w:p>
        </w:tc>
      </w:tr>
      <w:tr>
        <w:tc>
          <w:tcPr>
            <w:tcW w:type="dxa" w:w="2521"/>
          </w:tcPr>
          <w:p>
            <w:r>
              <w:t>25</w:t>
            </w:r>
          </w:p>
        </w:tc>
        <w:tc>
          <w:tcPr>
            <w:tcW w:type="dxa" w:w="2521"/>
          </w:tcPr>
          <w:p>
            <w:r>
              <w:t>25</w:t>
            </w:r>
          </w:p>
        </w:tc>
        <w:tc>
          <w:tcPr>
            <w:tcW w:type="dxa" w:w="2521"/>
          </w:tcPr>
          <w:p>
            <w:r>
              <w:t>50</w:t>
            </w:r>
          </w:p>
        </w:tc>
        <w:tc>
          <w:tcPr>
            <w:tcW w:type="dxa" w:w="2521"/>
          </w:tcPr>
          <w:p>
            <w:r>
              <w:t>35</w:t>
            </w: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