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6 PHIẾU ÔN TẬP TOÁN LỚP 2 THEO CHỦ ĐỀ CÓ ĐÁP ÁN</w:t>
      </w:r>
    </w:p>
    <w:p>
      <w:pPr>
        <w:jc w:val="center"/>
      </w:pPr>
      <w:r>
        <w:rPr>
          <w:i/>
        </w:rPr>
        <w:t>Số đến 1000 - cộng trừ - nhân chia - đại lượng - hình học - toán có lời văn</w:t>
      </w:r>
    </w:p>
    <w:p>
      <w:pPr>
        <w:jc w:val="center"/>
      </w:pPr>
      <w:r>
        <w:t>ToanCap1.com - Toán tiểu học</w:t>
      </w:r>
    </w:p>
    <w:p>
      <w:r>
        <w:t>Mỗi phiếu gồm 8 câu. Có thể cho học sinh làm mỗi ngày một phiếu, sau đó chữa các câu sai và làm lại sau 1-2 ngày.</w:t>
      </w:r>
    </w:p>
    <w:p>
      <w:pPr>
        <w:pStyle w:val="Heading1"/>
      </w:pPr>
      <w:r>
        <w:t>Phiếu 1. Số đến 1000</w:t>
      </w:r>
    </w:p>
    <w:p>
      <w:r>
        <w:rPr>
          <w:b/>
        </w:rPr>
        <w:t xml:space="preserve">Câu 1. </w:t>
      </w:r>
      <w:r>
        <w:t>Viết bằng số: ba trăm linh năm; sáu trăm bốn mươi hai; chín trăm chín mươi.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2. </w:t>
      </w:r>
      <w:r>
        <w:t>Viết bằng chữ: 208; 470; 615.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3. </w:t>
      </w:r>
      <w:r>
        <w:t>Số 572 gồm mấy trăm, mấy chục và mấy đơn vị?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4. </w:t>
      </w:r>
      <w:r>
        <w:t>Điền dấu: 398 __ 403; 560 __ 506; 720 __ 720.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5. </w:t>
      </w:r>
      <w:r>
        <w:t>Viết số liền trước và số liền sau của 509.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6. </w:t>
      </w:r>
      <w:r>
        <w:t>Sắp xếp tăng dần: 425, 245, 542, 452, 254.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7. </w:t>
      </w:r>
      <w:r>
        <w:t>Điền số: 680, 690, __, __, 720.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8. </w:t>
      </w:r>
      <w:r>
        <w:t>Lập số lớn nhất và số bé nhất có ba chữ số khác nhau từ 2, 5, 8.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Phiếu 2. Cộng và trừ</w:t>
      </w:r>
    </w:p>
    <w:p>
      <w:r>
        <w:rPr>
          <w:b/>
        </w:rPr>
        <w:t xml:space="preserve">Câu 9. </w:t>
      </w:r>
      <w:r>
        <w:t>Tính nhẩm: 40 + 30; 90 - 50; 38 + 20; 74 - 40.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10. </w:t>
      </w:r>
      <w:r>
        <w:t>Đặt tính rồi tính: 347 + 225.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11. </w:t>
      </w:r>
      <w:r>
        <w:t>Đặt tính rồi tính: 468 + 137.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12. </w:t>
      </w:r>
      <w:r>
        <w:t>Đặt tính rồi tính: 725 - 248.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13. </w:t>
      </w:r>
      <w:r>
        <w:t>Đặt tính rồi tính: 900 - 356.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14. </w:t>
      </w:r>
      <w:r>
        <w:t>Điền số: 236 + __ = 500.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15. </w:t>
      </w:r>
      <w:r>
        <w:t>Điền số: __ - 125 = 340.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16. </w:t>
      </w:r>
      <w:r>
        <w:t>Tính: 125 + 238 - 160.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Phiếu 3. Nhân và chia</w:t>
      </w:r>
    </w:p>
    <w:p>
      <w:r>
        <w:rPr>
          <w:b/>
        </w:rPr>
        <w:t xml:space="preserve">Câu 17. </w:t>
      </w:r>
      <w:r>
        <w:t>Tính: 2 × 7; 5 × 8; 18 : 2; 35 : 5.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18. </w:t>
      </w:r>
      <w:r>
        <w:t>Điền số: 2 × __ = 16.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19. </w:t>
      </w:r>
      <w:r>
        <w:t>Điền số: __ × 5 = 30.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20. </w:t>
      </w:r>
      <w:r>
        <w:t>Điền số: 20 : __ = 4.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21. </w:t>
      </w:r>
      <w:r>
        <w:t>Mỗi đĩa có 5 quả cam. 6 đĩa có bao nhiêu quả?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22. </w:t>
      </w:r>
      <w:r>
        <w:t>Có 24 chiếc bánh chia đều vào 2 hộp. Mỗi hộp có bao nhiêu chiếc?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23. </w:t>
      </w:r>
      <w:r>
        <w:t>Viết hai phép chia tương ứng với 2 × 8 = 16.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24. </w:t>
      </w:r>
      <w:r>
        <w:t>Có 5 túi, mỗi túi 2 viên bi. Có tất cả bao nhiêu viên bi?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Phiếu 4. Đại lượng và tiền</w:t>
      </w:r>
    </w:p>
    <w:p>
      <w:r>
        <w:rPr>
          <w:b/>
        </w:rPr>
        <w:t xml:space="preserve">Câu 25. </w:t>
      </w:r>
      <w:r>
        <w:t>Điền số: 1 m = __ cm; 1 dm = __ cm; 3 m = __ cm.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26. </w:t>
      </w:r>
      <w:r>
        <w:t>Bao gạo 25 kg, bao ngô 18 kg. Cả hai nặng bao nhiêu?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27. </w:t>
      </w:r>
      <w:r>
        <w:t>Can thứ nhất 12 lít, can thứ hai 8 lít. Can thứ nhất nhiều hơn bao nhiêu?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28. </w:t>
      </w:r>
      <w:r>
        <w:t>8 giờ 30 phút, sau 30 phút là mấy giờ?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29. </w:t>
      </w:r>
      <w:r>
        <w:t>Một tuần có bao nhiêu ngày?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30. </w:t>
      </w:r>
      <w:r>
        <w:t>Tháng 4 có bao nhiêu ngày?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31. </w:t>
      </w:r>
      <w:r>
        <w:t>Mua vở 8 000 đồng và bút 5 000 đồng. Trả bao nhiêu?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32. </w:t>
      </w:r>
      <w:r>
        <w:t>Có 20 000 đồng, mua hộp bút 13 000 đồng. Còn bao nhiêu?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Phiếu 5. Hình học và số liệu</w:t>
      </w:r>
    </w:p>
    <w:p>
      <w:r>
        <w:rPr>
          <w:b/>
        </w:rPr>
        <w:t xml:space="preserve">Câu 33. </w:t>
      </w:r>
      <w:r>
        <w:t>Đường gấp khúc có ba đoạn 3 cm, 5 cm, 4 cm. Tính độ dài.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34. </w:t>
      </w:r>
      <w:r>
        <w:t>Hình tứ giác có bốn cạnh 4 cm, 6 cm, 5 cm, 3 cm. Tổng độ dài đường bao?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35. </w:t>
      </w:r>
      <w:r>
        <w:t>Một đoạn thẳng dài 12 cm, đoạn khác dài hơn 5 cm. Đoạn thứ hai dài bao nhiêu?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36. </w:t>
      </w:r>
      <w:r>
        <w:t>Có 4 hình tam giác và 3 hình vuông. Có tất cả bao nhiêu hình?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37. </w:t>
      </w:r>
      <w:r>
        <w:t>Bảng ghi số sách đọc trong tuần: An 3, Bình 5, Cường 4. Ai đọc nhiều nhất?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38. </w:t>
      </w:r>
      <w:r>
        <w:t>Ba bạn đọc tất cả bao nhiêu quyển sách?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39. </w:t>
      </w:r>
      <w:r>
        <w:t>Một hình chữ nhật được chia thành 2 phần bằng một đường dọc. Có bao nhiêu hình chữ nhật nhỏ?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40. </w:t>
      </w:r>
      <w:r>
        <w:t>Một hình vuông có 4 cạnh bằng nhau, mỗi cạnh 5 cm. Tổng độ dài bốn cạnh?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Phiếu 6. Toán có lời văn</w:t>
      </w:r>
    </w:p>
    <w:p>
      <w:r>
        <w:rPr>
          <w:b/>
        </w:rPr>
        <w:t xml:space="preserve">Câu 41. </w:t>
      </w:r>
      <w:r>
        <w:t>Lan có 35 nhãn vở, Mai nhiều hơn Lan 12 nhãn. Mai có bao nhiêu?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42. </w:t>
      </w:r>
      <w:r>
        <w:t>Bình có 56 viên bi, cho bạn 18 viên. Còn bao nhiêu?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43. </w:t>
      </w:r>
      <w:r>
        <w:t>Một cửa hàng buổi sáng bán 125 kg gạo, buổi chiều bán 98 kg. Cả ngày bán bao nhiêu?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44. </w:t>
      </w:r>
      <w:r>
        <w:t>Có 48 học sinh xếp đều thành 2 hàng. Mỗi hàng có bao nhiêu?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45. </w:t>
      </w:r>
      <w:r>
        <w:t>5 hộp, mỗi hộp 8 chiếc bánh. Có tất cả bao nhiêu?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46. </w:t>
      </w:r>
      <w:r>
        <w:t>Một đoạn đường dài 300 m, đã đi 185 m. Còn bao nhiêu mét?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47. </w:t>
      </w:r>
      <w:r>
        <w:t>Mẹ có 100 000 đồng, mua hàng hết 64 000 đồng. Còn bao nhiêu?</w:t>
      </w:r>
    </w:p>
    <w:p>
      <w:pPr>
        <w:ind w:left="283"/>
      </w:pPr>
      <w:r>
        <w:t>Đáp số: ........................................................</w:t>
      </w:r>
    </w:p>
    <w:p>
      <w:r>
        <w:rPr>
          <w:b/>
        </w:rPr>
        <w:t xml:space="preserve">Câu 48. </w:t>
      </w:r>
      <w:r>
        <w:t>Một lớp có 18 bạn nam và 17 bạn nữ. Lớp có tất cả bao nhiêu học sinh?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  <w:pageBreakBefore/>
      </w:pPr>
      <w:r>
        <w:t>Đáp án 6 phiếu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3572"/>
        <w:gridCol w:w="794"/>
        <w:gridCol w:w="3572"/>
      </w:tblGrid>
      <w:tr>
        <w:trPr>
          <w:cantSplit/>
        </w:trPr>
        <w:tc>
          <w:tcPr>
            <w:tcW w:type="dxa" w:w="2550"/>
          </w:tcPr>
          <w:p>
            <w:r>
              <w:t>Câu</w:t>
            </w:r>
          </w:p>
        </w:tc>
        <w:tc>
          <w:tcPr>
            <w:tcW w:type="dxa" w:w="2550"/>
          </w:tcPr>
          <w:p>
            <w:r>
              <w:t>Đáp án</w:t>
            </w:r>
          </w:p>
        </w:tc>
        <w:tc>
          <w:tcPr>
            <w:tcW w:type="dxa" w:w="2550"/>
          </w:tcPr>
          <w:p>
            <w:r>
              <w:t>Câu</w:t>
            </w:r>
          </w:p>
        </w:tc>
        <w:tc>
          <w:tcPr>
            <w:tcW w:type="dxa" w:w="2550"/>
          </w:tcPr>
          <w:p>
            <w:r>
              <w:t>Đáp án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305; 642; 990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25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100; 10; 300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hai trăm linh tám; bốn trăm bảy mươi; sáu trăm mười lăm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26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43 kg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5 trăm, 7 chục, 2 đơn vị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27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 lít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&lt;; &gt;; =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28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9 giờ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5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508 và 510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29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7 ngày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6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245, 254, 425, 452, 542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30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30 ngày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7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700, 710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31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13 000 đồng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8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852 và 258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32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7 000 đồng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9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70; 40; 58; 34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33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12 cm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10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572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34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18 cm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11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605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35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17 cm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12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477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36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7 hình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13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544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37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Bình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14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264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38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12 quyển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15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465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39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 hình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16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203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40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20 cm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17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14; 40; 9; 7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41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47 nhãn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18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8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42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38 viên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19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6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43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223 kg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20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5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44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24 học sinh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21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30 quả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45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40 chiếc bánh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22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12 chiếc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46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115 m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23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16 : 2 = 8; 16 : 8 = 2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47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36 000 đồng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24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10 viên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48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35 học sinh</w:t>
            </w:r>
          </w:p>
        </w:tc>
      </w:tr>
    </w:tbl>
    <w:sectPr w:rsidR="00FC693F" w:rsidRPr="0006063C" w:rsidSect="00034616"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