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TỔNG HỢP KIẾN THỨC TOÁN LỚP 2 CẦN NHỚ</w:t>
      </w:r>
    </w:p>
    <w:p>
      <w:pPr>
        <w:jc w:val="center"/>
      </w:pPr>
      <w:r>
        <w:rPr>
          <w:i/>
        </w:rPr>
        <w:t>Số đến 1000 - cộng trừ - nhân chia - đo lường - thời gian - hình học - giải toán</w:t>
      </w:r>
    </w:p>
    <w:p>
      <w:pPr>
        <w:jc w:val="center"/>
      </w:pPr>
      <w:r>
        <w:t>ToanCap1.com - Toán tiểu học</w:t>
      </w:r>
    </w:p>
    <w:p>
      <w:r>
        <w:t>Tài liệu tóm tắt những kiến thức cốt lõi của Toán lớp 2 để học sinh ôn nhanh và phụ huynh dễ kiểm tra từng mạch kiến thức.</w:t>
      </w:r>
    </w:p>
    <w:p>
      <w:pPr>
        <w:pStyle w:val="Heading1"/>
      </w:pPr>
      <w:r>
        <w:t>1. Số và cấu tạo số</w:t>
      </w:r>
    </w:p>
    <w:p>
      <w:pPr>
        <w:pStyle w:val="ListBullet"/>
      </w:pPr>
      <w:r>
        <w:t>Đọc, viết, so sánh các số trong phạm vi 1000.</w:t>
      </w:r>
    </w:p>
    <w:p>
      <w:pPr>
        <w:pStyle w:val="ListBullet"/>
      </w:pPr>
      <w:r>
        <w:t>Phân tích số theo trăm - chục - đơn vị. Ví dụ: 526 = 500 + 20 + 6.</w:t>
      </w:r>
    </w:p>
    <w:p>
      <w:pPr>
        <w:pStyle w:val="ListBullet"/>
      </w:pPr>
      <w:r>
        <w:t>Xác định số liền trước, số liền sau và sắp xếp các số theo thứ tự.</w:t>
      </w:r>
    </w:p>
    <w:p>
      <w:pPr>
        <w:pStyle w:val="Heading1"/>
      </w:pPr>
      <w:r>
        <w:t>2. Cộng và trừ</w:t>
      </w:r>
    </w:p>
    <w:p>
      <w:pPr>
        <w:pStyle w:val="ListBullet"/>
      </w:pPr>
      <w:r>
        <w:t>Đặt các chữ số cùng hàng thẳng cột và tính từ phải sang trái.</w:t>
      </w:r>
    </w:p>
    <w:p>
      <w:pPr>
        <w:pStyle w:val="ListBullet"/>
      </w:pPr>
      <w:r>
        <w:t>Với phép cộng có nhớ, nhớ sang hàng kế tiếp. Với phép trừ có nhớ, đổi 1 chục thành 10 đơn vị hoặc 1 trăm thành 10 chục khi cần.</w:t>
      </w:r>
    </w:p>
    <w:p>
      <w:pPr>
        <w:pStyle w:val="ListBullet"/>
      </w:pPr>
      <w:r>
        <w:t>Kiểm tra phép cộng bằng phép trừ và kiểm tra phép trừ bằng phép cộng.</w:t>
      </w:r>
    </w:p>
    <w:p>
      <w:pPr>
        <w:pStyle w:val="Heading1"/>
      </w:pPr>
      <w:r>
        <w:t>3. Phép nhân và phép chia</w:t>
      </w:r>
    </w:p>
    <w:p>
      <w:pPr>
        <w:pStyle w:val="ListBullet"/>
      </w:pPr>
      <w:r>
        <w:t>Hiểu phép nhân là cộng các số hạng bằng nhau; phép chia là chia thành các phần bằng nhau hoặc tìm số nhóm.</w:t>
      </w:r>
    </w:p>
    <w:p>
      <w:pPr>
        <w:pStyle w:val="ListBullet"/>
      </w:pPr>
      <w:r>
        <w:t>Ghi nhớ bảng nhân, bảng chia 2 và 5.</w:t>
      </w:r>
    </w:p>
    <w:p>
      <w:pPr>
        <w:pStyle w:val="ListBullet"/>
      </w:pPr>
      <w:r>
        <w:t>Trong a × b = c: a, b là thừa số, c là tích. Trong a : b = c: a là số bị chia, b là số chia, c là thương.</w:t>
      </w:r>
    </w:p>
    <w:p>
      <w:pPr>
        <w:pStyle w:val="Heading1"/>
      </w:pPr>
      <w:r>
        <w:t>4. Tìm thành phần chưa biết</w:t>
      </w:r>
    </w:p>
    <w:p>
      <w:pPr>
        <w:pStyle w:val="ListBullet"/>
      </w:pPr>
      <w:r>
        <w:t>Số hạng chưa biết = tổng - số hạng đã biết.</w:t>
      </w:r>
    </w:p>
    <w:p>
      <w:pPr>
        <w:pStyle w:val="ListBullet"/>
      </w:pPr>
      <w:r>
        <w:t>Số bị trừ = hiệu + số trừ.</w:t>
      </w:r>
    </w:p>
    <w:p>
      <w:pPr>
        <w:pStyle w:val="ListBullet"/>
      </w:pPr>
      <w:r>
        <w:t>Số trừ = số bị trừ - hiệu.</w:t>
      </w:r>
    </w:p>
    <w:p>
      <w:pPr>
        <w:pStyle w:val="ListBullet"/>
      </w:pPr>
      <w:r>
        <w:t>Thừa số chưa biết = tích : thừa số đã biết.</w:t>
      </w:r>
    </w:p>
    <w:p>
      <w:pPr>
        <w:pStyle w:val="ListBullet"/>
      </w:pPr>
      <w:r>
        <w:t>Số bị chia = thương × số chia; số chia = số bị chia : thương.</w:t>
      </w:r>
    </w:p>
    <w:p>
      <w:pPr>
        <w:pStyle w:val="Heading1"/>
      </w:pPr>
      <w:r>
        <w:t>5. Đo lường</w:t>
      </w:r>
    </w:p>
    <w:p>
      <w:pPr>
        <w:pStyle w:val="ListBullet"/>
      </w:pPr>
      <w:r>
        <w:t>Độ dài: cm, dm, m, km. Nhớ 1 dm = 10 cm; 1 m = 10 dm = 100 cm; 1 km = 1000 m.</w:t>
      </w:r>
    </w:p>
    <w:p>
      <w:pPr>
        <w:pStyle w:val="ListBullet"/>
      </w:pPr>
      <w:r>
        <w:t>Khối lượng dùng kg; dung tích dùng lít.</w:t>
      </w:r>
    </w:p>
    <w:p>
      <w:pPr>
        <w:pStyle w:val="ListBullet"/>
      </w:pPr>
      <w:r>
        <w:t>Khi cộng, trừ hoặc so sánh số đo, cần chú ý đơn vị và đổi về cùng đơn vị khi cần.</w:t>
      </w:r>
    </w:p>
    <w:p>
      <w:pPr>
        <w:pStyle w:val="Heading1"/>
      </w:pPr>
      <w:r>
        <w:t>6. Thời gian, lịch và tiền Việt Nam</w:t>
      </w:r>
    </w:p>
    <w:p>
      <w:pPr>
        <w:pStyle w:val="ListBullet"/>
      </w:pPr>
      <w:r>
        <w:t>1 giờ = 60 phút; xem giờ đúng, giờ hơn và giờ rưỡi ở mức phù hợp.</w:t>
      </w:r>
    </w:p>
    <w:p>
      <w:pPr>
        <w:pStyle w:val="ListBullet"/>
      </w:pPr>
      <w:r>
        <w:t>Biết các ngày trong tuần, đọc lịch và xác định ngày hôm qua - hôm nay - ngày mai.</w:t>
      </w:r>
    </w:p>
    <w:p>
      <w:pPr>
        <w:pStyle w:val="ListBullet"/>
      </w:pPr>
      <w:r>
        <w:t>Nhận biết một số tờ tiền và thực hiện các bài toán mua bán đơn giản.</w:t>
      </w:r>
    </w:p>
    <w:p>
      <w:pPr>
        <w:pStyle w:val="Heading1"/>
      </w:pPr>
      <w:r>
        <w:t>7. Hình học</w:t>
      </w:r>
    </w:p>
    <w:p>
      <w:pPr>
        <w:pStyle w:val="ListBullet"/>
      </w:pPr>
      <w:r>
        <w:t>Nhận biết điểm, đoạn thẳng, đường thẳng, đường gấp khúc.</w:t>
      </w:r>
    </w:p>
    <w:p>
      <w:pPr>
        <w:pStyle w:val="ListBullet"/>
      </w:pPr>
      <w:r>
        <w:t>Nhận biết hình tứ giác, hình chữ nhật, hình vuông; khối trụ và khối cầu.</w:t>
      </w:r>
    </w:p>
    <w:p>
      <w:pPr>
        <w:pStyle w:val="ListBullet"/>
      </w:pPr>
      <w:r>
        <w:t>Độ dài đường gấp khúc bằng tổng độ dài các đoạn thẳng tạo nên đường đó.</w:t>
      </w:r>
    </w:p>
    <w:p>
      <w:pPr>
        <w:pStyle w:val="Heading1"/>
      </w:pPr>
      <w:r>
        <w:t>8. Bài toán có lời văn</w:t>
      </w:r>
    </w:p>
    <w:p>
      <w:pPr>
        <w:pStyle w:val="ListBullet"/>
      </w:pPr>
      <w:r>
        <w:t>Đọc đề, xác định dữ kiện đã biết và điều cần tìm.</w:t>
      </w:r>
    </w:p>
    <w:p>
      <w:pPr>
        <w:pStyle w:val="ListBullet"/>
      </w:pPr>
      <w:r>
        <w:t>Chọn phép cộng khi gộp/thêm; phép trừ khi bớt/tìm phần còn lại hoặc so sánh chênh lệch.</w:t>
      </w:r>
    </w:p>
    <w:p>
      <w:pPr>
        <w:pStyle w:val="ListBullet"/>
      </w:pPr>
      <w:r>
        <w:t>Viết câu lời giải, phép tính và đáp số có đơn vị phù hợp.</w:t>
      </w:r>
    </w:p>
    <w:p>
      <w:pPr>
        <w:pStyle w:val="Heading1"/>
      </w:pPr>
      <w:r>
        <w:t>9. 10 câu tự kiểm tra nhanh</w:t>
      </w:r>
    </w:p>
    <w:p>
      <w:r>
        <w:rPr>
          <w:b/>
        </w:rPr>
        <w:t xml:space="preserve">Câu 1. </w:t>
      </w:r>
      <w:r>
        <w:t>Số 407 gồm mấy trăm, mấy chục, mấy đơn vị?</w:t>
      </w:r>
    </w:p>
    <w:p>
      <w:r>
        <w:rPr>
          <w:b/>
        </w:rPr>
        <w:t xml:space="preserve">Câu 2. </w:t>
      </w:r>
      <w:r>
        <w:t>Tính 368 + 125.</w:t>
      </w:r>
    </w:p>
    <w:p>
      <w:r>
        <w:rPr>
          <w:b/>
        </w:rPr>
        <w:t xml:space="preserve">Câu 3. </w:t>
      </w:r>
      <w:r>
        <w:t>Tính 702 - 248.</w:t>
      </w:r>
    </w:p>
    <w:p>
      <w:r>
        <w:rPr>
          <w:b/>
        </w:rPr>
        <w:t xml:space="preserve">Câu 4. </w:t>
      </w:r>
      <w:r>
        <w:t>5 × 8 = ?</w:t>
      </w:r>
    </w:p>
    <w:p>
      <w:r>
        <w:rPr>
          <w:b/>
        </w:rPr>
        <w:t xml:space="preserve">Câu 5. </w:t>
      </w:r>
      <w:r>
        <w:t>35 : 5 = ?</w:t>
      </w:r>
    </w:p>
    <w:p>
      <w:r>
        <w:rPr>
          <w:b/>
        </w:rPr>
        <w:t xml:space="preserve">Câu 6. </w:t>
      </w:r>
      <w:r>
        <w:t>X + 27 = 64. Tìm X.</w:t>
      </w:r>
    </w:p>
    <w:p>
      <w:r>
        <w:rPr>
          <w:b/>
        </w:rPr>
        <w:t xml:space="preserve">Câu 7. </w:t>
      </w:r>
      <w:r>
        <w:t>1 m = bao nhiêu cm?</w:t>
      </w:r>
    </w:p>
    <w:p>
      <w:r>
        <w:rPr>
          <w:b/>
        </w:rPr>
        <w:t xml:space="preserve">Câu 8. </w:t>
      </w:r>
      <w:r>
        <w:t>Đường gấp khúc có các đoạn 3 cm, 4 cm, 5 cm. Độ dài là bao nhiêu?</w:t>
      </w:r>
    </w:p>
    <w:p>
      <w:r>
        <w:rPr>
          <w:b/>
        </w:rPr>
        <w:t xml:space="preserve">Câu 9. </w:t>
      </w:r>
      <w:r>
        <w:t>Hôm nay là Thứ Ba. Ngày mai là thứ mấy?</w:t>
      </w:r>
    </w:p>
    <w:p>
      <w:r>
        <w:rPr>
          <w:b/>
        </w:rPr>
        <w:t xml:space="preserve">Câu 10. </w:t>
      </w:r>
      <w:r>
        <w:t>Lan có 28 nhãn vở, cho bạn 9 nhãn. Lan còn bao nhiêu nhãn?</w:t>
      </w:r>
    </w:p>
    <w:p>
      <w:r>
        <w:br w:type="page"/>
      </w:r>
    </w:p>
    <w:p>
      <w:pPr>
        <w:pStyle w:val="Heading1"/>
      </w:pPr>
      <w:r>
        <w:t>Đáp án tự kiểm tra</w:t>
      </w:r>
    </w:p>
    <w:p>
      <w:r>
        <w:t>Câu 1: 4 trăm, 0 chục, 7 đơn vị</w:t>
      </w:r>
    </w:p>
    <w:p>
      <w:r>
        <w:t>Câu 2: 493</w:t>
      </w:r>
    </w:p>
    <w:p>
      <w:r>
        <w:t>Câu 3: 454</w:t>
      </w:r>
    </w:p>
    <w:p>
      <w:r>
        <w:t>Câu 4: 40</w:t>
      </w:r>
    </w:p>
    <w:p>
      <w:r>
        <w:t>Câu 5: 7</w:t>
      </w:r>
    </w:p>
    <w:p>
      <w:r>
        <w:t>Câu 6: 37</w:t>
      </w:r>
    </w:p>
    <w:p>
      <w:r>
        <w:t>Câu 7: 100 cm</w:t>
      </w:r>
    </w:p>
    <w:p>
      <w:r>
        <w:t>Câu 8: 12 cm</w:t>
      </w:r>
    </w:p>
    <w:p>
      <w:r>
        <w:t>Câu 9: Thứ Tư</w:t>
      </w:r>
    </w:p>
    <w:p>
      <w:r>
        <w:t>Câu 10: 19 nhãn</w:t>
      </w:r>
    </w:p>
    <w:sectPr w:rsidR="00FC693F" w:rsidRPr="0006063C" w:rsidSect="00034616">
      <w:pgSz w:w="12240" w:h="15840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