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30 BÀI TẬP CÁC SỐ TRONG PHẠM VI 1000 NÂNG CAO LỚP 3</w:t>
      </w:r>
    </w:p>
    <w:p>
      <w:pPr>
        <w:jc w:val="center"/>
      </w:pPr>
      <w:r>
        <w:rPr>
          <w:i/>
        </w:rPr>
        <w:t>Cấu tạo số - so sánh - lập số - tìm chữ số theo điều kiện; có đáp án</w:t>
      </w:r>
    </w:p>
    <w:p>
      <w:pPr>
        <w:jc w:val="center"/>
      </w:pPr>
      <w:r>
        <w:t>ToanCap1.com - Toán tiểu học</w:t>
      </w:r>
    </w:p>
    <w:p>
      <w:r>
        <w:t>Các bài tập rèn cấu tạo số có ba chữ số, giá trị theo hàng, lập số và suy luận điều kiện. Học sinh nên giải thích cách chọn chữ số ở các câu lập số.</w:t>
      </w:r>
    </w:p>
    <w:p>
      <w:pPr>
        <w:pStyle w:val="Heading1"/>
      </w:pPr>
      <w:r>
        <w:t>Phần 1. Cấu tạo, đọc và so sánh số</w:t>
      </w:r>
    </w:p>
    <w:p>
      <w:pPr>
        <w:spacing w:after="60"/>
      </w:pPr>
      <w:r>
        <w:rPr>
          <w:b/>
        </w:rPr>
        <w:t xml:space="preserve">Câu 1. </w:t>
      </w:r>
      <w:r>
        <w:t>Trong số 472, chữ số 7 có giá trị bao nhiêu?</w:t>
      </w:r>
    </w:p>
    <w:p>
      <w:pPr>
        <w:spacing w:after="80"/>
        <w:ind w:left="283"/>
      </w:pPr>
      <w:r>
        <w:t>Đáp số: ........................................................</w:t>
      </w:r>
    </w:p>
    <w:p>
      <w:pPr>
        <w:spacing w:after="60"/>
      </w:pPr>
      <w:r>
        <w:rPr>
          <w:b/>
        </w:rPr>
        <w:t xml:space="preserve">Câu 2. </w:t>
      </w:r>
      <w:r>
        <w:t>Viết số gồm 6 trăm, 3 chục và 8 đơn vị.</w:t>
      </w:r>
    </w:p>
    <w:p>
      <w:pPr>
        <w:spacing w:after="80"/>
        <w:ind w:left="283"/>
      </w:pPr>
      <w:r>
        <w:t>Đáp số: ........................................................</w:t>
      </w:r>
    </w:p>
    <w:p>
      <w:pPr>
        <w:spacing w:after="60"/>
      </w:pPr>
      <w:r>
        <w:rPr>
          <w:b/>
        </w:rPr>
        <w:t xml:space="preserve">Câu 3. </w:t>
      </w:r>
      <w:r>
        <w:t>Phân tích số 905 thành tổng theo hàng.</w:t>
      </w:r>
    </w:p>
    <w:p>
      <w:pPr>
        <w:spacing w:after="80"/>
        <w:ind w:left="283"/>
      </w:pPr>
      <w:r>
        <w:t>Đáp số: ........................................................</w:t>
      </w:r>
    </w:p>
    <w:p>
      <w:pPr>
        <w:spacing w:after="60"/>
      </w:pPr>
      <w:r>
        <w:rPr>
          <w:b/>
        </w:rPr>
        <w:t xml:space="preserve">Câu 4. </w:t>
      </w:r>
      <w:r>
        <w:t>Số nào lớn hơn: 684 hay 648?</w:t>
      </w:r>
    </w:p>
    <w:p>
      <w:pPr>
        <w:spacing w:after="80"/>
        <w:ind w:left="283"/>
      </w:pPr>
      <w:r>
        <w:t>Đáp số: ........................................................</w:t>
      </w:r>
    </w:p>
    <w:p>
      <w:pPr>
        <w:spacing w:after="60"/>
      </w:pPr>
      <w:r>
        <w:rPr>
          <w:b/>
        </w:rPr>
        <w:t xml:space="preserve">Câu 5. </w:t>
      </w:r>
      <w:r>
        <w:t>Sắp xếp tăng dần: 507, 570, 705, 750.</w:t>
      </w:r>
    </w:p>
    <w:p>
      <w:pPr>
        <w:spacing w:after="80"/>
        <w:ind w:left="283"/>
      </w:pPr>
      <w:r>
        <w:t>Đáp số: ........................................................</w:t>
      </w:r>
    </w:p>
    <w:p>
      <w:pPr>
        <w:spacing w:after="60"/>
      </w:pPr>
      <w:r>
        <w:rPr>
          <w:b/>
        </w:rPr>
        <w:t xml:space="preserve">Câu 6. </w:t>
      </w:r>
      <w:r>
        <w:t>Viết số liền trước và số liền sau của 699.</w:t>
      </w:r>
    </w:p>
    <w:p>
      <w:pPr>
        <w:spacing w:after="80"/>
        <w:ind w:left="283"/>
      </w:pPr>
      <w:r>
        <w:t>Đáp số: ........................................................</w:t>
      </w:r>
    </w:p>
    <w:p>
      <w:pPr>
        <w:spacing w:after="60"/>
      </w:pPr>
      <w:r>
        <w:rPr>
          <w:b/>
        </w:rPr>
        <w:t xml:space="preserve">Câu 7. </w:t>
      </w:r>
      <w:r>
        <w:t>Số có 8 trăm, 0 chục, 4 đơn vị là số nào?</w:t>
      </w:r>
    </w:p>
    <w:p>
      <w:pPr>
        <w:spacing w:after="80"/>
        <w:ind w:left="283"/>
      </w:pPr>
      <w:r>
        <w:t>Đáp số: ........................................................</w:t>
      </w:r>
    </w:p>
    <w:p>
      <w:pPr>
        <w:spacing w:after="60"/>
      </w:pPr>
      <w:r>
        <w:rPr>
          <w:b/>
        </w:rPr>
        <w:t xml:space="preserve">Câu 8. </w:t>
      </w:r>
      <w:r>
        <w:t>Trong các số 349, 394, 439, 493, số bé nhất là số nào?</w:t>
      </w:r>
    </w:p>
    <w:p>
      <w:pPr>
        <w:spacing w:after="80"/>
        <w:ind w:left="283"/>
      </w:pPr>
      <w:r>
        <w:t>Đáp số: ........................................................</w:t>
      </w:r>
    </w:p>
    <w:p>
      <w:pPr>
        <w:spacing w:after="60"/>
      </w:pPr>
      <w:r>
        <w:rPr>
          <w:b/>
        </w:rPr>
        <w:t xml:space="preserve">Câu 9. </w:t>
      </w:r>
      <w:r>
        <w:t>Viết số lớn nhất có ba chữ số khác nhau từ các chữ số 2, 5, 7.</w:t>
      </w:r>
    </w:p>
    <w:p>
      <w:pPr>
        <w:spacing w:after="80"/>
        <w:ind w:left="283"/>
      </w:pPr>
      <w:r>
        <w:t>Đáp số: ........................................................</w:t>
      </w:r>
    </w:p>
    <w:p>
      <w:pPr>
        <w:spacing w:after="60"/>
      </w:pPr>
      <w:r>
        <w:rPr>
          <w:b/>
        </w:rPr>
        <w:t xml:space="preserve">Câu 10. </w:t>
      </w:r>
      <w:r>
        <w:t>Viết số bé nhất có ba chữ số khác nhau từ các chữ số 0, 4, 8.</w:t>
      </w:r>
    </w:p>
    <w:p>
      <w:pPr>
        <w:spacing w:after="80"/>
        <w:ind w:left="283"/>
      </w:pPr>
      <w:r>
        <w:t>Đáp số: ........................................................</w:t>
      </w:r>
    </w:p>
    <w:p>
      <w:pPr>
        <w:pStyle w:val="Heading1"/>
      </w:pPr>
      <w:r>
        <w:t>Phần 2. Lập số và tìm số theo điều kiện</w:t>
      </w:r>
    </w:p>
    <w:p>
      <w:pPr>
        <w:spacing w:after="60"/>
      </w:pPr>
      <w:r>
        <w:rPr>
          <w:b/>
        </w:rPr>
        <w:t xml:space="preserve">Câu 11. </w:t>
      </w:r>
      <w:r>
        <w:t>Lập tất cả số có ba chữ số khác nhau từ 1, 2, 3. Có bao nhiêu số?</w:t>
      </w:r>
    </w:p>
    <w:p>
      <w:pPr>
        <w:spacing w:after="80"/>
        <w:ind w:left="283"/>
      </w:pPr>
      <w:r>
        <w:t>Đáp số: ........................................................</w:t>
      </w:r>
    </w:p>
    <w:p>
      <w:pPr>
        <w:spacing w:after="60"/>
      </w:pPr>
      <w:r>
        <w:rPr>
          <w:b/>
        </w:rPr>
        <w:t xml:space="preserve">Câu 12. </w:t>
      </w:r>
      <w:r>
        <w:t>Từ các chữ số 0, 5, 8, lập số lớn nhất có ba chữ số, không lặp chữ số.</w:t>
      </w:r>
    </w:p>
    <w:p>
      <w:pPr>
        <w:spacing w:after="80"/>
        <w:ind w:left="283"/>
      </w:pPr>
      <w:r>
        <w:t>Đáp số: ........................................................</w:t>
      </w:r>
    </w:p>
    <w:p>
      <w:pPr>
        <w:spacing w:after="60"/>
      </w:pPr>
      <w:r>
        <w:rPr>
          <w:b/>
        </w:rPr>
        <w:t xml:space="preserve">Câu 13. </w:t>
      </w:r>
      <w:r>
        <w:t>Một số có hàng trăm là 5, hàng chục kém hàng trăm 2 đơn vị, hàng đơn vị hơn hàng chục 4 đơn vị. Tìm số.</w:t>
      </w:r>
    </w:p>
    <w:p>
      <w:pPr>
        <w:spacing w:after="80"/>
        <w:ind w:left="283"/>
      </w:pPr>
      <w:r>
        <w:t>Đáp số: ........................................................</w:t>
      </w:r>
    </w:p>
    <w:p>
      <w:pPr>
        <w:spacing w:after="60"/>
      </w:pPr>
      <w:r>
        <w:rPr>
          <w:b/>
        </w:rPr>
        <w:t xml:space="preserve">Câu 14. </w:t>
      </w:r>
      <w:r>
        <w:t>Một số có hàng trăm là 7, hàng chục bằng 0, tổng ba chữ số bằng 12. Tìm số.</w:t>
      </w:r>
    </w:p>
    <w:p>
      <w:pPr>
        <w:spacing w:after="80"/>
        <w:ind w:left="283"/>
      </w:pPr>
      <w:r>
        <w:t>Đáp số: ........................................................</w:t>
      </w:r>
    </w:p>
    <w:p>
      <w:pPr>
        <w:spacing w:after="60"/>
      </w:pPr>
      <w:r>
        <w:rPr>
          <w:b/>
        </w:rPr>
        <w:t xml:space="preserve">Câu 15. </w:t>
      </w:r>
      <w:r>
        <w:t>Tìm số có ba chữ số: hàng trăm gấp đôi hàng chục, hàng đơn vị bằng hàng chục, tổng ba chữ số bằng 16.</w:t>
      </w:r>
    </w:p>
    <w:p>
      <w:pPr>
        <w:spacing w:after="80"/>
        <w:ind w:left="283"/>
      </w:pPr>
      <w:r>
        <w:t>Đáp số: ........................................................</w:t>
      </w:r>
    </w:p>
    <w:p>
      <w:pPr>
        <w:spacing w:after="60"/>
      </w:pPr>
      <w:r>
        <w:rPr>
          <w:b/>
        </w:rPr>
        <w:t xml:space="preserve">Câu 16. </w:t>
      </w:r>
      <w:r>
        <w:t>Tìm số lớn nhất nhỏ hơn 600 có chữ số hàng chục là 8.</w:t>
      </w:r>
    </w:p>
    <w:p>
      <w:pPr>
        <w:spacing w:after="80"/>
        <w:ind w:left="283"/>
      </w:pPr>
      <w:r>
        <w:t>Đáp số: ........................................................</w:t>
      </w:r>
    </w:p>
    <w:p>
      <w:pPr>
        <w:spacing w:after="60"/>
      </w:pPr>
      <w:r>
        <w:rPr>
          <w:b/>
        </w:rPr>
        <w:t xml:space="preserve">Câu 17. </w:t>
      </w:r>
      <w:r>
        <w:t>Tìm số bé nhất lớn hơn 400 có chữ số hàng đơn vị là 7.</w:t>
      </w:r>
    </w:p>
    <w:p>
      <w:pPr>
        <w:spacing w:after="80"/>
        <w:ind w:left="283"/>
      </w:pPr>
      <w:r>
        <w:t>Đáp số: ........................................................</w:t>
      </w:r>
    </w:p>
    <w:p>
      <w:pPr>
        <w:spacing w:after="60"/>
      </w:pPr>
      <w:r>
        <w:rPr>
          <w:b/>
        </w:rPr>
        <w:t xml:space="preserve">Câu 18. </w:t>
      </w:r>
      <w:r>
        <w:t>Có bao nhiêu số tròn trăm từ 100 đến 900?</w:t>
      </w:r>
    </w:p>
    <w:p>
      <w:pPr>
        <w:spacing w:after="80"/>
        <w:ind w:left="283"/>
      </w:pPr>
      <w:r>
        <w:t>Đáp số: ........................................................</w:t>
      </w:r>
    </w:p>
    <w:p>
      <w:pPr>
        <w:spacing w:after="60"/>
      </w:pPr>
      <w:r>
        <w:rPr>
          <w:b/>
        </w:rPr>
        <w:t xml:space="preserve">Câu 19. </w:t>
      </w:r>
      <w:r>
        <w:t>Có bao nhiêu số tròn chục từ 120 đến 180, tính cả hai đầu?</w:t>
      </w:r>
    </w:p>
    <w:p>
      <w:pPr>
        <w:spacing w:after="80"/>
        <w:ind w:left="283"/>
      </w:pPr>
      <w:r>
        <w:t>Đáp số: ........................................................</w:t>
      </w:r>
    </w:p>
    <w:p>
      <w:pPr>
        <w:spacing w:after="60"/>
      </w:pPr>
      <w:r>
        <w:rPr>
          <w:b/>
        </w:rPr>
        <w:t xml:space="preserve">Câu 20. </w:t>
      </w:r>
      <w:r>
        <w:t>Số nào cách 500 đúng 37 đơn vị và lớn hơn 500?</w:t>
      </w:r>
    </w:p>
    <w:p>
      <w:pPr>
        <w:spacing w:after="80"/>
        <w:ind w:left="283"/>
      </w:pPr>
      <w:r>
        <w:t>Đáp số: ........................................................</w:t>
      </w:r>
    </w:p>
    <w:p>
      <w:pPr>
        <w:pStyle w:val="Heading1"/>
      </w:pPr>
      <w:r>
        <w:t>Phần 3. Suy luận nâng cao</w:t>
      </w:r>
    </w:p>
    <w:p>
      <w:pPr>
        <w:spacing w:after="60"/>
      </w:pPr>
      <w:r>
        <w:rPr>
          <w:b/>
        </w:rPr>
        <w:t xml:space="preserve">Câu 21. </w:t>
      </w:r>
      <w:r>
        <w:t>Đổi chỗ chữ số hàng trăm và hàng đơn vị của 428. Được số nào?</w:t>
      </w:r>
    </w:p>
    <w:p>
      <w:pPr>
        <w:spacing w:after="80"/>
        <w:ind w:left="283"/>
      </w:pPr>
      <w:r>
        <w:t>Đáp số: ........................................................</w:t>
      </w:r>
    </w:p>
    <w:p>
      <w:pPr>
        <w:spacing w:after="60"/>
      </w:pPr>
      <w:r>
        <w:rPr>
          <w:b/>
        </w:rPr>
        <w:t xml:space="preserve">Câu 22. </w:t>
      </w:r>
      <w:r>
        <w:t>Số 631 giảm 200 rồi tăng 40 thì được số nào?</w:t>
      </w:r>
    </w:p>
    <w:p>
      <w:pPr>
        <w:spacing w:after="80"/>
        <w:ind w:left="283"/>
      </w:pPr>
      <w:r>
        <w:t>Đáp số: ........................................................</w:t>
      </w:r>
    </w:p>
    <w:p>
      <w:pPr>
        <w:spacing w:after="60"/>
      </w:pPr>
      <w:r>
        <w:rPr>
          <w:b/>
        </w:rPr>
        <w:t xml:space="preserve">Câu 23. </w:t>
      </w:r>
      <w:r>
        <w:t>Một số khi cộng 100 được 725. Tìm số đó.</w:t>
      </w:r>
    </w:p>
    <w:p>
      <w:pPr>
        <w:spacing w:after="80"/>
        <w:ind w:left="283"/>
      </w:pPr>
      <w:r>
        <w:t>Đáp số: ........................................................</w:t>
      </w:r>
    </w:p>
    <w:p>
      <w:pPr>
        <w:spacing w:after="60"/>
      </w:pPr>
      <w:r>
        <w:rPr>
          <w:b/>
        </w:rPr>
        <w:t xml:space="preserve">Câu 24. </w:t>
      </w:r>
      <w:r>
        <w:t>Một số khi bớt 30 được 468. Tìm số đó.</w:t>
      </w:r>
    </w:p>
    <w:p>
      <w:pPr>
        <w:spacing w:after="80"/>
        <w:ind w:left="283"/>
      </w:pPr>
      <w:r>
        <w:t>Đáp số: ........................................................</w:t>
      </w:r>
    </w:p>
    <w:p>
      <w:pPr>
        <w:spacing w:after="60"/>
      </w:pPr>
      <w:r>
        <w:rPr>
          <w:b/>
        </w:rPr>
        <w:t xml:space="preserve">Câu 25. </w:t>
      </w:r>
      <w:r>
        <w:t>Tìm số có ba chữ số biết số đó lớn hơn 650, bé hơn 660 và chữ số hàng đơn vị là 4.</w:t>
      </w:r>
    </w:p>
    <w:p>
      <w:pPr>
        <w:spacing w:after="80"/>
        <w:ind w:left="283"/>
      </w:pPr>
      <w:r>
        <w:t>Đáp số: ........................................................</w:t>
      </w:r>
    </w:p>
    <w:p>
      <w:pPr>
        <w:spacing w:after="60"/>
      </w:pPr>
      <w:r>
        <w:rPr>
          <w:b/>
        </w:rPr>
        <w:t xml:space="preserve">Câu 26. </w:t>
      </w:r>
      <w:r>
        <w:t>Tìm số có ba chữ số biết hàng trăm là 3, hàng chục là số lớn nhất có một chữ số, hàng đơn vị là 0.</w:t>
      </w:r>
    </w:p>
    <w:p>
      <w:pPr>
        <w:spacing w:after="80"/>
        <w:ind w:left="283"/>
      </w:pPr>
      <w:r>
        <w:t>Đáp số: ........................................................</w:t>
      </w:r>
    </w:p>
    <w:p>
      <w:pPr>
        <w:spacing w:after="60"/>
      </w:pPr>
      <w:r>
        <w:rPr>
          <w:b/>
        </w:rPr>
        <w:t xml:space="preserve">Câu 27. </w:t>
      </w:r>
      <w:r>
        <w:t>Tổng giá trị chữ số hàng trăm và hàng chục của số 684 là bao nhiêu?</w:t>
      </w:r>
    </w:p>
    <w:p>
      <w:pPr>
        <w:spacing w:after="80"/>
        <w:ind w:left="283"/>
      </w:pPr>
      <w:r>
        <w:t>Đáp số: ........................................................</w:t>
      </w:r>
    </w:p>
    <w:p>
      <w:pPr>
        <w:spacing w:after="60"/>
      </w:pPr>
      <w:r>
        <w:rPr>
          <w:b/>
        </w:rPr>
        <w:t xml:space="preserve">Câu 28. </w:t>
      </w:r>
      <w:r>
        <w:t>Viết số lớn nhất có ba chữ số mà tổng các chữ số bằng 10.</w:t>
      </w:r>
    </w:p>
    <w:p>
      <w:pPr>
        <w:spacing w:after="80"/>
        <w:ind w:left="283"/>
      </w:pPr>
      <w:r>
        <w:t>Đáp số: ........................................................</w:t>
      </w:r>
    </w:p>
    <w:p>
      <w:pPr>
        <w:spacing w:after="60"/>
      </w:pPr>
      <w:r>
        <w:rPr>
          <w:b/>
        </w:rPr>
        <w:t xml:space="preserve">Câu 29. </w:t>
      </w:r>
      <w:r>
        <w:t>Viết số bé nhất có ba chữ số mà tổng các chữ số bằng 10.</w:t>
      </w:r>
    </w:p>
    <w:p>
      <w:pPr>
        <w:spacing w:after="80"/>
        <w:ind w:left="283"/>
      </w:pPr>
      <w:r>
        <w:t>Đáp số: ........................................................</w:t>
      </w:r>
    </w:p>
    <w:p>
      <w:pPr>
        <w:spacing w:after="60"/>
      </w:pPr>
      <w:r>
        <w:rPr>
          <w:b/>
        </w:rPr>
        <w:t xml:space="preserve">Câu 30. </w:t>
      </w:r>
      <w:r>
        <w:t>Một số có ba chữ số, chữ số hàng trăm là 4. Nếu đổi chỗ hàng chục và hàng đơn vị thì số không đổi. Hãy nêu một số thỏa mãn.</w:t>
      </w:r>
    </w:p>
    <w:p>
      <w:pPr>
        <w:spacing w:after="80"/>
        <w:ind w:left="283"/>
      </w:pPr>
      <w:r>
        <w:t>Đáp số: ........................................................</w:t>
      </w:r>
    </w:p>
    <w:p>
      <w:r>
        <w:br w:type="page"/>
      </w:r>
    </w:p>
    <w:p>
      <w:pPr>
        <w:pStyle w:val="Heading1"/>
      </w:pPr>
      <w:r>
        <w:t>Đáp án - Câu 1 đến 15</w:t>
      </w:r>
    </w:p>
    <w:tbl>
      <w:tblPr>
        <w:tblW w:type="auto" w:w="0"/>
        <w:jc w:val="center"/>
        <w:tblLayout w:type="fixed"/>
        <w:tblLook w:firstColumn="1" w:firstRow="1" w:lastColumn="0" w:lastRow="0" w:noHBand="0" w:noVBand="1" w:val="04A0"/>
      </w:tblPr>
      <w:tblGrid>
        <w:gridCol w:w="1134"/>
        <w:gridCol w:w="7937"/>
      </w:tblGrid>
      <w:tr>
        <w:trPr>
          <w:cantSplit/>
        </w:trPr>
        <w:tc>
          <w:tcPr>
            <w:tcW w:type="dxa" w:w="5100"/>
          </w:tcPr>
          <w:p>
            <w:r>
              <w:t>Câu</w:t>
            </w:r>
          </w:p>
        </w:tc>
        <w:tc>
          <w:tcPr>
            <w:tcW w:type="dxa" w:w="5100"/>
          </w:tcPr>
          <w:p>
            <w:r>
              <w:t>Đáp án</w:t>
            </w:r>
          </w:p>
        </w:tc>
      </w:tr>
      <w:tr>
        <w:trPr>
          <w:cantSplit/>
        </w:trPr>
        <w:tc>
          <w:tcPr>
            <w:tcW w:type="dxa" w:w="1134"/>
            <w:vAlign w:val="center"/>
          </w:tcPr>
          <w:p>
            <w:r>
              <w:rPr>
                <w:rFonts w:ascii="Arial" w:hAnsi="Arial" w:eastAsia="Arial"/>
                <w:sz w:val="20"/>
              </w:rPr>
              <w:t>1</w:t>
            </w:r>
          </w:p>
        </w:tc>
        <w:tc>
          <w:tcPr>
            <w:tcW w:type="dxa" w:w="7937"/>
            <w:vAlign w:val="center"/>
          </w:tcPr>
          <w:p>
            <w:r>
              <w:rPr>
                <w:rFonts w:ascii="Arial" w:hAnsi="Arial" w:eastAsia="Arial"/>
                <w:sz w:val="20"/>
              </w:rPr>
              <w:t>70</w:t>
            </w:r>
          </w:p>
        </w:tc>
      </w:tr>
      <w:tr>
        <w:trPr>
          <w:cantSplit/>
        </w:trPr>
        <w:tc>
          <w:tcPr>
            <w:tcW w:type="dxa" w:w="1134"/>
            <w:vAlign w:val="center"/>
          </w:tcPr>
          <w:p>
            <w:r>
              <w:rPr>
                <w:rFonts w:ascii="Arial" w:hAnsi="Arial" w:eastAsia="Arial"/>
                <w:sz w:val="20"/>
              </w:rPr>
              <w:t>2</w:t>
            </w:r>
          </w:p>
        </w:tc>
        <w:tc>
          <w:tcPr>
            <w:tcW w:type="dxa" w:w="7937"/>
            <w:vAlign w:val="center"/>
          </w:tcPr>
          <w:p>
            <w:r>
              <w:rPr>
                <w:rFonts w:ascii="Arial" w:hAnsi="Arial" w:eastAsia="Arial"/>
                <w:sz w:val="20"/>
              </w:rPr>
              <w:t>638</w:t>
            </w:r>
          </w:p>
        </w:tc>
      </w:tr>
      <w:tr>
        <w:trPr>
          <w:cantSplit/>
        </w:trPr>
        <w:tc>
          <w:tcPr>
            <w:tcW w:type="dxa" w:w="1134"/>
            <w:vAlign w:val="center"/>
          </w:tcPr>
          <w:p>
            <w:r>
              <w:rPr>
                <w:rFonts w:ascii="Arial" w:hAnsi="Arial" w:eastAsia="Arial"/>
                <w:sz w:val="20"/>
              </w:rPr>
              <w:t>3</w:t>
            </w:r>
          </w:p>
        </w:tc>
        <w:tc>
          <w:tcPr>
            <w:tcW w:type="dxa" w:w="7937"/>
            <w:vAlign w:val="center"/>
          </w:tcPr>
          <w:p>
            <w:r>
              <w:rPr>
                <w:rFonts w:ascii="Arial" w:hAnsi="Arial" w:eastAsia="Arial"/>
                <w:sz w:val="20"/>
              </w:rPr>
              <w:t>900 + 5</w:t>
            </w:r>
          </w:p>
        </w:tc>
      </w:tr>
      <w:tr>
        <w:trPr>
          <w:cantSplit/>
        </w:trPr>
        <w:tc>
          <w:tcPr>
            <w:tcW w:type="dxa" w:w="1134"/>
            <w:vAlign w:val="center"/>
          </w:tcPr>
          <w:p>
            <w:r>
              <w:rPr>
                <w:rFonts w:ascii="Arial" w:hAnsi="Arial" w:eastAsia="Arial"/>
                <w:sz w:val="20"/>
              </w:rPr>
              <w:t>4</w:t>
            </w:r>
          </w:p>
        </w:tc>
        <w:tc>
          <w:tcPr>
            <w:tcW w:type="dxa" w:w="7937"/>
            <w:vAlign w:val="center"/>
          </w:tcPr>
          <w:p>
            <w:r>
              <w:rPr>
                <w:rFonts w:ascii="Arial" w:hAnsi="Arial" w:eastAsia="Arial"/>
                <w:sz w:val="20"/>
              </w:rPr>
              <w:t>684</w:t>
            </w:r>
          </w:p>
        </w:tc>
      </w:tr>
      <w:tr>
        <w:trPr>
          <w:cantSplit/>
        </w:trPr>
        <w:tc>
          <w:tcPr>
            <w:tcW w:type="dxa" w:w="1134"/>
            <w:vAlign w:val="center"/>
          </w:tcPr>
          <w:p>
            <w:r>
              <w:rPr>
                <w:rFonts w:ascii="Arial" w:hAnsi="Arial" w:eastAsia="Arial"/>
                <w:sz w:val="20"/>
              </w:rPr>
              <w:t>5</w:t>
            </w:r>
          </w:p>
        </w:tc>
        <w:tc>
          <w:tcPr>
            <w:tcW w:type="dxa" w:w="7937"/>
            <w:vAlign w:val="center"/>
          </w:tcPr>
          <w:p>
            <w:r>
              <w:rPr>
                <w:rFonts w:ascii="Arial" w:hAnsi="Arial" w:eastAsia="Arial"/>
                <w:sz w:val="20"/>
              </w:rPr>
              <w:t>507, 570, 705, 750</w:t>
            </w:r>
          </w:p>
        </w:tc>
      </w:tr>
      <w:tr>
        <w:trPr>
          <w:cantSplit/>
        </w:trPr>
        <w:tc>
          <w:tcPr>
            <w:tcW w:type="dxa" w:w="1134"/>
            <w:vAlign w:val="center"/>
          </w:tcPr>
          <w:p>
            <w:r>
              <w:rPr>
                <w:rFonts w:ascii="Arial" w:hAnsi="Arial" w:eastAsia="Arial"/>
                <w:sz w:val="20"/>
              </w:rPr>
              <w:t>6</w:t>
            </w:r>
          </w:p>
        </w:tc>
        <w:tc>
          <w:tcPr>
            <w:tcW w:type="dxa" w:w="7937"/>
            <w:vAlign w:val="center"/>
          </w:tcPr>
          <w:p>
            <w:r>
              <w:rPr>
                <w:rFonts w:ascii="Arial" w:hAnsi="Arial" w:eastAsia="Arial"/>
                <w:sz w:val="20"/>
              </w:rPr>
              <w:t>698 và 700</w:t>
            </w:r>
          </w:p>
        </w:tc>
      </w:tr>
      <w:tr>
        <w:trPr>
          <w:cantSplit/>
        </w:trPr>
        <w:tc>
          <w:tcPr>
            <w:tcW w:type="dxa" w:w="1134"/>
            <w:vAlign w:val="center"/>
          </w:tcPr>
          <w:p>
            <w:r>
              <w:rPr>
                <w:rFonts w:ascii="Arial" w:hAnsi="Arial" w:eastAsia="Arial"/>
                <w:sz w:val="20"/>
              </w:rPr>
              <w:t>7</w:t>
            </w:r>
          </w:p>
        </w:tc>
        <w:tc>
          <w:tcPr>
            <w:tcW w:type="dxa" w:w="7937"/>
            <w:vAlign w:val="center"/>
          </w:tcPr>
          <w:p>
            <w:r>
              <w:rPr>
                <w:rFonts w:ascii="Arial" w:hAnsi="Arial" w:eastAsia="Arial"/>
                <w:sz w:val="20"/>
              </w:rPr>
              <w:t>804</w:t>
            </w:r>
          </w:p>
        </w:tc>
      </w:tr>
      <w:tr>
        <w:trPr>
          <w:cantSplit/>
        </w:trPr>
        <w:tc>
          <w:tcPr>
            <w:tcW w:type="dxa" w:w="1134"/>
            <w:vAlign w:val="center"/>
          </w:tcPr>
          <w:p>
            <w:r>
              <w:rPr>
                <w:rFonts w:ascii="Arial" w:hAnsi="Arial" w:eastAsia="Arial"/>
                <w:sz w:val="20"/>
              </w:rPr>
              <w:t>8</w:t>
            </w:r>
          </w:p>
        </w:tc>
        <w:tc>
          <w:tcPr>
            <w:tcW w:type="dxa" w:w="7937"/>
            <w:vAlign w:val="center"/>
          </w:tcPr>
          <w:p>
            <w:r>
              <w:rPr>
                <w:rFonts w:ascii="Arial" w:hAnsi="Arial" w:eastAsia="Arial"/>
                <w:sz w:val="20"/>
              </w:rPr>
              <w:t>349</w:t>
            </w:r>
          </w:p>
        </w:tc>
      </w:tr>
      <w:tr>
        <w:trPr>
          <w:cantSplit/>
        </w:trPr>
        <w:tc>
          <w:tcPr>
            <w:tcW w:type="dxa" w:w="1134"/>
            <w:vAlign w:val="center"/>
          </w:tcPr>
          <w:p>
            <w:r>
              <w:rPr>
                <w:rFonts w:ascii="Arial" w:hAnsi="Arial" w:eastAsia="Arial"/>
                <w:sz w:val="20"/>
              </w:rPr>
              <w:t>9</w:t>
            </w:r>
          </w:p>
        </w:tc>
        <w:tc>
          <w:tcPr>
            <w:tcW w:type="dxa" w:w="7937"/>
            <w:vAlign w:val="center"/>
          </w:tcPr>
          <w:p>
            <w:r>
              <w:rPr>
                <w:rFonts w:ascii="Arial" w:hAnsi="Arial" w:eastAsia="Arial"/>
                <w:sz w:val="20"/>
              </w:rPr>
              <w:t>752</w:t>
            </w:r>
          </w:p>
        </w:tc>
      </w:tr>
      <w:tr>
        <w:trPr>
          <w:cantSplit/>
        </w:trPr>
        <w:tc>
          <w:tcPr>
            <w:tcW w:type="dxa" w:w="1134"/>
            <w:vAlign w:val="center"/>
          </w:tcPr>
          <w:p>
            <w:r>
              <w:rPr>
                <w:rFonts w:ascii="Arial" w:hAnsi="Arial" w:eastAsia="Arial"/>
                <w:sz w:val="20"/>
              </w:rPr>
              <w:t>10</w:t>
            </w:r>
          </w:p>
        </w:tc>
        <w:tc>
          <w:tcPr>
            <w:tcW w:type="dxa" w:w="7937"/>
            <w:vAlign w:val="center"/>
          </w:tcPr>
          <w:p>
            <w:r>
              <w:rPr>
                <w:rFonts w:ascii="Arial" w:hAnsi="Arial" w:eastAsia="Arial"/>
                <w:sz w:val="20"/>
              </w:rPr>
              <w:t>408</w:t>
            </w:r>
          </w:p>
        </w:tc>
      </w:tr>
      <w:tr>
        <w:trPr>
          <w:cantSplit/>
        </w:trPr>
        <w:tc>
          <w:tcPr>
            <w:tcW w:type="dxa" w:w="1134"/>
            <w:vAlign w:val="center"/>
          </w:tcPr>
          <w:p>
            <w:r>
              <w:rPr>
                <w:rFonts w:ascii="Arial" w:hAnsi="Arial" w:eastAsia="Arial"/>
                <w:sz w:val="20"/>
              </w:rPr>
              <w:t>11</w:t>
            </w:r>
          </w:p>
        </w:tc>
        <w:tc>
          <w:tcPr>
            <w:tcW w:type="dxa" w:w="7937"/>
            <w:vAlign w:val="center"/>
          </w:tcPr>
          <w:p>
            <w:r>
              <w:rPr>
                <w:rFonts w:ascii="Arial" w:hAnsi="Arial" w:eastAsia="Arial"/>
                <w:sz w:val="20"/>
              </w:rPr>
              <w:t>6 số</w:t>
            </w:r>
          </w:p>
        </w:tc>
      </w:tr>
      <w:tr>
        <w:trPr>
          <w:cantSplit/>
        </w:trPr>
        <w:tc>
          <w:tcPr>
            <w:tcW w:type="dxa" w:w="1134"/>
            <w:vAlign w:val="center"/>
          </w:tcPr>
          <w:p>
            <w:r>
              <w:rPr>
                <w:rFonts w:ascii="Arial" w:hAnsi="Arial" w:eastAsia="Arial"/>
                <w:sz w:val="20"/>
              </w:rPr>
              <w:t>12</w:t>
            </w:r>
          </w:p>
        </w:tc>
        <w:tc>
          <w:tcPr>
            <w:tcW w:type="dxa" w:w="7937"/>
            <w:vAlign w:val="center"/>
          </w:tcPr>
          <w:p>
            <w:r>
              <w:rPr>
                <w:rFonts w:ascii="Arial" w:hAnsi="Arial" w:eastAsia="Arial"/>
                <w:sz w:val="20"/>
              </w:rPr>
              <w:t>850</w:t>
            </w:r>
          </w:p>
        </w:tc>
      </w:tr>
      <w:tr>
        <w:trPr>
          <w:cantSplit/>
        </w:trPr>
        <w:tc>
          <w:tcPr>
            <w:tcW w:type="dxa" w:w="1134"/>
            <w:vAlign w:val="center"/>
          </w:tcPr>
          <w:p>
            <w:r>
              <w:rPr>
                <w:rFonts w:ascii="Arial" w:hAnsi="Arial" w:eastAsia="Arial"/>
                <w:sz w:val="20"/>
              </w:rPr>
              <w:t>13</w:t>
            </w:r>
          </w:p>
        </w:tc>
        <w:tc>
          <w:tcPr>
            <w:tcW w:type="dxa" w:w="7937"/>
            <w:vAlign w:val="center"/>
          </w:tcPr>
          <w:p>
            <w:r>
              <w:rPr>
                <w:rFonts w:ascii="Arial" w:hAnsi="Arial" w:eastAsia="Arial"/>
                <w:sz w:val="20"/>
              </w:rPr>
              <w:t>537</w:t>
            </w:r>
          </w:p>
        </w:tc>
      </w:tr>
      <w:tr>
        <w:trPr>
          <w:cantSplit/>
        </w:trPr>
        <w:tc>
          <w:tcPr>
            <w:tcW w:type="dxa" w:w="1134"/>
            <w:vAlign w:val="center"/>
          </w:tcPr>
          <w:p>
            <w:r>
              <w:rPr>
                <w:rFonts w:ascii="Arial" w:hAnsi="Arial" w:eastAsia="Arial"/>
                <w:sz w:val="20"/>
              </w:rPr>
              <w:t>14</w:t>
            </w:r>
          </w:p>
        </w:tc>
        <w:tc>
          <w:tcPr>
            <w:tcW w:type="dxa" w:w="7937"/>
            <w:vAlign w:val="center"/>
          </w:tcPr>
          <w:p>
            <w:r>
              <w:rPr>
                <w:rFonts w:ascii="Arial" w:hAnsi="Arial" w:eastAsia="Arial"/>
                <w:sz w:val="20"/>
              </w:rPr>
              <w:t>705</w:t>
            </w:r>
          </w:p>
        </w:tc>
      </w:tr>
      <w:tr>
        <w:trPr>
          <w:cantSplit/>
        </w:trPr>
        <w:tc>
          <w:tcPr>
            <w:tcW w:type="dxa" w:w="1134"/>
            <w:vAlign w:val="center"/>
          </w:tcPr>
          <w:p>
            <w:r>
              <w:rPr>
                <w:rFonts w:ascii="Arial" w:hAnsi="Arial" w:eastAsia="Arial"/>
                <w:sz w:val="20"/>
              </w:rPr>
              <w:t>15</w:t>
            </w:r>
          </w:p>
        </w:tc>
        <w:tc>
          <w:tcPr>
            <w:tcW w:type="dxa" w:w="7937"/>
            <w:vAlign w:val="center"/>
          </w:tcPr>
          <w:p>
            <w:r>
              <w:rPr>
                <w:rFonts w:ascii="Arial" w:hAnsi="Arial" w:eastAsia="Arial"/>
                <w:sz w:val="20"/>
              </w:rPr>
              <w:t>844</w:t>
            </w:r>
          </w:p>
        </w:tc>
      </w:tr>
    </w:tbl>
    <w:p>
      <w:r>
        <w:br w:type="page"/>
      </w:r>
    </w:p>
    <w:p>
      <w:pPr>
        <w:pStyle w:val="Heading1"/>
      </w:pPr>
      <w:r>
        <w:t>Đáp án - Câu 16 đến 30</w:t>
      </w:r>
    </w:p>
    <w:tbl>
      <w:tblPr>
        <w:tblW w:type="auto" w:w="0"/>
        <w:jc w:val="center"/>
        <w:tblLayout w:type="fixed"/>
        <w:tblLook w:firstColumn="1" w:firstRow="1" w:lastColumn="0" w:lastRow="0" w:noHBand="0" w:noVBand="1" w:val="04A0"/>
      </w:tblPr>
      <w:tblGrid>
        <w:gridCol w:w="1134"/>
        <w:gridCol w:w="7937"/>
      </w:tblGrid>
      <w:tr>
        <w:trPr>
          <w:cantSplit/>
        </w:trPr>
        <w:tc>
          <w:tcPr>
            <w:tcW w:type="dxa" w:w="5100"/>
          </w:tcPr>
          <w:p>
            <w:r>
              <w:t>Câu</w:t>
            </w:r>
          </w:p>
        </w:tc>
        <w:tc>
          <w:tcPr>
            <w:tcW w:type="dxa" w:w="5100"/>
          </w:tcPr>
          <w:p>
            <w:r>
              <w:t>Đáp án</w:t>
            </w:r>
          </w:p>
        </w:tc>
      </w:tr>
      <w:tr>
        <w:trPr>
          <w:cantSplit/>
        </w:trPr>
        <w:tc>
          <w:tcPr>
            <w:tcW w:type="dxa" w:w="1134"/>
            <w:vAlign w:val="center"/>
          </w:tcPr>
          <w:p>
            <w:r>
              <w:rPr>
                <w:rFonts w:ascii="Arial" w:hAnsi="Arial" w:eastAsia="Arial"/>
                <w:sz w:val="20"/>
              </w:rPr>
              <w:t>16</w:t>
            </w:r>
          </w:p>
        </w:tc>
        <w:tc>
          <w:tcPr>
            <w:tcW w:type="dxa" w:w="7937"/>
            <w:vAlign w:val="center"/>
          </w:tcPr>
          <w:p>
            <w:r>
              <w:rPr>
                <w:rFonts w:ascii="Arial" w:hAnsi="Arial" w:eastAsia="Arial"/>
                <w:sz w:val="20"/>
              </w:rPr>
              <w:t>589</w:t>
            </w:r>
          </w:p>
        </w:tc>
      </w:tr>
      <w:tr>
        <w:trPr>
          <w:cantSplit/>
        </w:trPr>
        <w:tc>
          <w:tcPr>
            <w:tcW w:type="dxa" w:w="1134"/>
            <w:vAlign w:val="center"/>
          </w:tcPr>
          <w:p>
            <w:r>
              <w:rPr>
                <w:rFonts w:ascii="Arial" w:hAnsi="Arial" w:eastAsia="Arial"/>
                <w:sz w:val="20"/>
              </w:rPr>
              <w:t>17</w:t>
            </w:r>
          </w:p>
        </w:tc>
        <w:tc>
          <w:tcPr>
            <w:tcW w:type="dxa" w:w="7937"/>
            <w:vAlign w:val="center"/>
          </w:tcPr>
          <w:p>
            <w:r>
              <w:rPr>
                <w:rFonts w:ascii="Arial" w:hAnsi="Arial" w:eastAsia="Arial"/>
                <w:sz w:val="20"/>
              </w:rPr>
              <w:t>407</w:t>
            </w:r>
          </w:p>
        </w:tc>
      </w:tr>
      <w:tr>
        <w:trPr>
          <w:cantSplit/>
        </w:trPr>
        <w:tc>
          <w:tcPr>
            <w:tcW w:type="dxa" w:w="1134"/>
            <w:vAlign w:val="center"/>
          </w:tcPr>
          <w:p>
            <w:r>
              <w:rPr>
                <w:rFonts w:ascii="Arial" w:hAnsi="Arial" w:eastAsia="Arial"/>
                <w:sz w:val="20"/>
              </w:rPr>
              <w:t>18</w:t>
            </w:r>
          </w:p>
        </w:tc>
        <w:tc>
          <w:tcPr>
            <w:tcW w:type="dxa" w:w="7937"/>
            <w:vAlign w:val="center"/>
          </w:tcPr>
          <w:p>
            <w:r>
              <w:rPr>
                <w:rFonts w:ascii="Arial" w:hAnsi="Arial" w:eastAsia="Arial"/>
                <w:sz w:val="20"/>
              </w:rPr>
              <w:t>9 số</w:t>
            </w:r>
          </w:p>
        </w:tc>
      </w:tr>
      <w:tr>
        <w:trPr>
          <w:cantSplit/>
        </w:trPr>
        <w:tc>
          <w:tcPr>
            <w:tcW w:type="dxa" w:w="1134"/>
            <w:vAlign w:val="center"/>
          </w:tcPr>
          <w:p>
            <w:r>
              <w:rPr>
                <w:rFonts w:ascii="Arial" w:hAnsi="Arial" w:eastAsia="Arial"/>
                <w:sz w:val="20"/>
              </w:rPr>
              <w:t>19</w:t>
            </w:r>
          </w:p>
        </w:tc>
        <w:tc>
          <w:tcPr>
            <w:tcW w:type="dxa" w:w="7937"/>
            <w:vAlign w:val="center"/>
          </w:tcPr>
          <w:p>
            <w:r>
              <w:rPr>
                <w:rFonts w:ascii="Arial" w:hAnsi="Arial" w:eastAsia="Arial"/>
                <w:sz w:val="20"/>
              </w:rPr>
              <w:t>7 số</w:t>
            </w:r>
          </w:p>
        </w:tc>
      </w:tr>
      <w:tr>
        <w:trPr>
          <w:cantSplit/>
        </w:trPr>
        <w:tc>
          <w:tcPr>
            <w:tcW w:type="dxa" w:w="1134"/>
            <w:vAlign w:val="center"/>
          </w:tcPr>
          <w:p>
            <w:r>
              <w:rPr>
                <w:rFonts w:ascii="Arial" w:hAnsi="Arial" w:eastAsia="Arial"/>
                <w:sz w:val="20"/>
              </w:rPr>
              <w:t>20</w:t>
            </w:r>
          </w:p>
        </w:tc>
        <w:tc>
          <w:tcPr>
            <w:tcW w:type="dxa" w:w="7937"/>
            <w:vAlign w:val="center"/>
          </w:tcPr>
          <w:p>
            <w:r>
              <w:rPr>
                <w:rFonts w:ascii="Arial" w:hAnsi="Arial" w:eastAsia="Arial"/>
                <w:sz w:val="20"/>
              </w:rPr>
              <w:t>537</w:t>
            </w:r>
          </w:p>
        </w:tc>
      </w:tr>
      <w:tr>
        <w:trPr>
          <w:cantSplit/>
        </w:trPr>
        <w:tc>
          <w:tcPr>
            <w:tcW w:type="dxa" w:w="1134"/>
            <w:vAlign w:val="center"/>
          </w:tcPr>
          <w:p>
            <w:r>
              <w:rPr>
                <w:rFonts w:ascii="Arial" w:hAnsi="Arial" w:eastAsia="Arial"/>
                <w:sz w:val="20"/>
              </w:rPr>
              <w:t>21</w:t>
            </w:r>
          </w:p>
        </w:tc>
        <w:tc>
          <w:tcPr>
            <w:tcW w:type="dxa" w:w="7937"/>
            <w:vAlign w:val="center"/>
          </w:tcPr>
          <w:p>
            <w:r>
              <w:rPr>
                <w:rFonts w:ascii="Arial" w:hAnsi="Arial" w:eastAsia="Arial"/>
                <w:sz w:val="20"/>
              </w:rPr>
              <w:t>824</w:t>
            </w:r>
          </w:p>
        </w:tc>
      </w:tr>
      <w:tr>
        <w:trPr>
          <w:cantSplit/>
        </w:trPr>
        <w:tc>
          <w:tcPr>
            <w:tcW w:type="dxa" w:w="1134"/>
            <w:vAlign w:val="center"/>
          </w:tcPr>
          <w:p>
            <w:r>
              <w:rPr>
                <w:rFonts w:ascii="Arial" w:hAnsi="Arial" w:eastAsia="Arial"/>
                <w:sz w:val="20"/>
              </w:rPr>
              <w:t>22</w:t>
            </w:r>
          </w:p>
        </w:tc>
        <w:tc>
          <w:tcPr>
            <w:tcW w:type="dxa" w:w="7937"/>
            <w:vAlign w:val="center"/>
          </w:tcPr>
          <w:p>
            <w:r>
              <w:rPr>
                <w:rFonts w:ascii="Arial" w:hAnsi="Arial" w:eastAsia="Arial"/>
                <w:sz w:val="20"/>
              </w:rPr>
              <w:t>471</w:t>
            </w:r>
          </w:p>
        </w:tc>
      </w:tr>
      <w:tr>
        <w:trPr>
          <w:cantSplit/>
        </w:trPr>
        <w:tc>
          <w:tcPr>
            <w:tcW w:type="dxa" w:w="1134"/>
            <w:vAlign w:val="center"/>
          </w:tcPr>
          <w:p>
            <w:r>
              <w:rPr>
                <w:rFonts w:ascii="Arial" w:hAnsi="Arial" w:eastAsia="Arial"/>
                <w:sz w:val="20"/>
              </w:rPr>
              <w:t>23</w:t>
            </w:r>
          </w:p>
        </w:tc>
        <w:tc>
          <w:tcPr>
            <w:tcW w:type="dxa" w:w="7937"/>
            <w:vAlign w:val="center"/>
          </w:tcPr>
          <w:p>
            <w:r>
              <w:rPr>
                <w:rFonts w:ascii="Arial" w:hAnsi="Arial" w:eastAsia="Arial"/>
                <w:sz w:val="20"/>
              </w:rPr>
              <w:t>625</w:t>
            </w:r>
          </w:p>
        </w:tc>
      </w:tr>
      <w:tr>
        <w:trPr>
          <w:cantSplit/>
        </w:trPr>
        <w:tc>
          <w:tcPr>
            <w:tcW w:type="dxa" w:w="1134"/>
            <w:vAlign w:val="center"/>
          </w:tcPr>
          <w:p>
            <w:r>
              <w:rPr>
                <w:rFonts w:ascii="Arial" w:hAnsi="Arial" w:eastAsia="Arial"/>
                <w:sz w:val="20"/>
              </w:rPr>
              <w:t>24</w:t>
            </w:r>
          </w:p>
        </w:tc>
        <w:tc>
          <w:tcPr>
            <w:tcW w:type="dxa" w:w="7937"/>
            <w:vAlign w:val="center"/>
          </w:tcPr>
          <w:p>
            <w:r>
              <w:rPr>
                <w:rFonts w:ascii="Arial" w:hAnsi="Arial" w:eastAsia="Arial"/>
                <w:sz w:val="20"/>
              </w:rPr>
              <w:t>498</w:t>
            </w:r>
          </w:p>
        </w:tc>
      </w:tr>
      <w:tr>
        <w:trPr>
          <w:cantSplit/>
        </w:trPr>
        <w:tc>
          <w:tcPr>
            <w:tcW w:type="dxa" w:w="1134"/>
            <w:vAlign w:val="center"/>
          </w:tcPr>
          <w:p>
            <w:r>
              <w:rPr>
                <w:rFonts w:ascii="Arial" w:hAnsi="Arial" w:eastAsia="Arial"/>
                <w:sz w:val="20"/>
              </w:rPr>
              <w:t>25</w:t>
            </w:r>
          </w:p>
        </w:tc>
        <w:tc>
          <w:tcPr>
            <w:tcW w:type="dxa" w:w="7937"/>
            <w:vAlign w:val="center"/>
          </w:tcPr>
          <w:p>
            <w:r>
              <w:rPr>
                <w:rFonts w:ascii="Arial" w:hAnsi="Arial" w:eastAsia="Arial"/>
                <w:sz w:val="20"/>
              </w:rPr>
              <w:t>654</w:t>
            </w:r>
          </w:p>
        </w:tc>
      </w:tr>
      <w:tr>
        <w:trPr>
          <w:cantSplit/>
        </w:trPr>
        <w:tc>
          <w:tcPr>
            <w:tcW w:type="dxa" w:w="1134"/>
            <w:vAlign w:val="center"/>
          </w:tcPr>
          <w:p>
            <w:r>
              <w:rPr>
                <w:rFonts w:ascii="Arial" w:hAnsi="Arial" w:eastAsia="Arial"/>
                <w:sz w:val="20"/>
              </w:rPr>
              <w:t>26</w:t>
            </w:r>
          </w:p>
        </w:tc>
        <w:tc>
          <w:tcPr>
            <w:tcW w:type="dxa" w:w="7937"/>
            <w:vAlign w:val="center"/>
          </w:tcPr>
          <w:p>
            <w:r>
              <w:rPr>
                <w:rFonts w:ascii="Arial" w:hAnsi="Arial" w:eastAsia="Arial"/>
                <w:sz w:val="20"/>
              </w:rPr>
              <w:t>390</w:t>
            </w:r>
          </w:p>
        </w:tc>
      </w:tr>
      <w:tr>
        <w:trPr>
          <w:cantSplit/>
        </w:trPr>
        <w:tc>
          <w:tcPr>
            <w:tcW w:type="dxa" w:w="1134"/>
            <w:vAlign w:val="center"/>
          </w:tcPr>
          <w:p>
            <w:r>
              <w:rPr>
                <w:rFonts w:ascii="Arial" w:hAnsi="Arial" w:eastAsia="Arial"/>
                <w:sz w:val="20"/>
              </w:rPr>
              <w:t>27</w:t>
            </w:r>
          </w:p>
        </w:tc>
        <w:tc>
          <w:tcPr>
            <w:tcW w:type="dxa" w:w="7937"/>
            <w:vAlign w:val="center"/>
          </w:tcPr>
          <w:p>
            <w:r>
              <w:rPr>
                <w:rFonts w:ascii="Arial" w:hAnsi="Arial" w:eastAsia="Arial"/>
                <w:sz w:val="20"/>
              </w:rPr>
              <w:t>680</w:t>
            </w:r>
          </w:p>
        </w:tc>
      </w:tr>
      <w:tr>
        <w:trPr>
          <w:cantSplit/>
        </w:trPr>
        <w:tc>
          <w:tcPr>
            <w:tcW w:type="dxa" w:w="1134"/>
            <w:vAlign w:val="center"/>
          </w:tcPr>
          <w:p>
            <w:r>
              <w:rPr>
                <w:rFonts w:ascii="Arial" w:hAnsi="Arial" w:eastAsia="Arial"/>
                <w:sz w:val="20"/>
              </w:rPr>
              <w:t>28</w:t>
            </w:r>
          </w:p>
        </w:tc>
        <w:tc>
          <w:tcPr>
            <w:tcW w:type="dxa" w:w="7937"/>
            <w:vAlign w:val="center"/>
          </w:tcPr>
          <w:p>
            <w:r>
              <w:rPr>
                <w:rFonts w:ascii="Arial" w:hAnsi="Arial" w:eastAsia="Arial"/>
                <w:sz w:val="20"/>
              </w:rPr>
              <w:t>910</w:t>
            </w:r>
          </w:p>
        </w:tc>
      </w:tr>
      <w:tr>
        <w:trPr>
          <w:cantSplit/>
        </w:trPr>
        <w:tc>
          <w:tcPr>
            <w:tcW w:type="dxa" w:w="1134"/>
            <w:vAlign w:val="center"/>
          </w:tcPr>
          <w:p>
            <w:r>
              <w:rPr>
                <w:rFonts w:ascii="Arial" w:hAnsi="Arial" w:eastAsia="Arial"/>
                <w:sz w:val="20"/>
              </w:rPr>
              <w:t>29</w:t>
            </w:r>
          </w:p>
        </w:tc>
        <w:tc>
          <w:tcPr>
            <w:tcW w:type="dxa" w:w="7937"/>
            <w:vAlign w:val="center"/>
          </w:tcPr>
          <w:p>
            <w:r>
              <w:rPr>
                <w:rFonts w:ascii="Arial" w:hAnsi="Arial" w:eastAsia="Arial"/>
                <w:sz w:val="20"/>
              </w:rPr>
              <w:t>109</w:t>
            </w:r>
          </w:p>
        </w:tc>
      </w:tr>
      <w:tr>
        <w:trPr>
          <w:cantSplit/>
        </w:trPr>
        <w:tc>
          <w:tcPr>
            <w:tcW w:type="dxa" w:w="1134"/>
            <w:vAlign w:val="center"/>
          </w:tcPr>
          <w:p>
            <w:r>
              <w:rPr>
                <w:rFonts w:ascii="Arial" w:hAnsi="Arial" w:eastAsia="Arial"/>
                <w:sz w:val="20"/>
              </w:rPr>
              <w:t>30</w:t>
            </w:r>
          </w:p>
        </w:tc>
        <w:tc>
          <w:tcPr>
            <w:tcW w:type="dxa" w:w="7937"/>
            <w:vAlign w:val="center"/>
          </w:tcPr>
          <w:p>
            <w:r>
              <w:rPr>
                <w:rFonts w:ascii="Arial" w:hAnsi="Arial" w:eastAsia="Arial"/>
                <w:sz w:val="20"/>
              </w:rPr>
              <w:t>Ví dụ: 455</w:t>
            </w:r>
          </w:p>
        </w:tc>
      </w:tr>
    </w:tbl>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