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30 BÀI TẬP CỘNG TRỪ NÂNG CAO LỚP 3</w:t>
      </w:r>
    </w:p>
    <w:p>
      <w:pPr>
        <w:jc w:val="center"/>
      </w:pPr>
      <w:r>
        <w:rPr>
          <w:i/>
        </w:rPr>
        <w:t>Phạm vi 100 000 - tìm X - tính nhanh - điền chữ số - bài toán; có đáp án</w:t>
      </w:r>
    </w:p>
    <w:p>
      <w:pPr>
        <w:jc w:val="center"/>
      </w:pPr>
      <w:r>
        <w:t>ToanCap1.com - Toán tiểu học</w:t>
      </w:r>
    </w:p>
    <w:p>
      <w:r>
        <w:t>Bộ bài tập giúp học sinh luyện đặt tính đúng hàng, dùng phép tính ngược và nhận ra các cặp số tạo số tròn nghìn hoặc tròn chục nghìn.</w:t>
      </w:r>
    </w:p>
    <w:p>
      <w:pPr>
        <w:pStyle w:val="Heading1"/>
      </w:pPr>
      <w:r>
        <w:t>Phần 1. Cộng, trừ và tìm X</w:t>
      </w:r>
    </w:p>
    <w:p>
      <w:pPr>
        <w:keepNext/>
        <w:spacing w:after="40"/>
      </w:pPr>
      <w:r>
        <w:rPr>
          <w:b/>
        </w:rPr>
        <w:t xml:space="preserve">Câu 1. </w:t>
      </w:r>
      <w:r>
        <w:t>Tính: 37 486 + 25 719.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2. </w:t>
      </w:r>
      <w:r>
        <w:t>Tính: 90 000 - 46 785.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3. </w:t>
      </w:r>
      <w:r>
        <w:t>Tính: 28 907 + 16 438.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4. </w:t>
      </w:r>
      <w:r>
        <w:t>Tính: 70 000 - 28 956.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5. </w:t>
      </w:r>
      <w:r>
        <w:t>Tính: 54 329 + 18 675.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6. </w:t>
      </w:r>
      <w:r>
        <w:t>Tính: 80 000 - 39 482.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7. </w:t>
      </w:r>
      <w:r>
        <w:t>Tìm X: X + 18 765 = 50 000.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8. </w:t>
      </w:r>
      <w:r>
        <w:t>Tìm X: 60 000 - X = 24 375.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9. </w:t>
      </w:r>
      <w:r>
        <w:t>Tìm X: X - 16 908 = 23 092.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10. </w:t>
      </w:r>
      <w:r>
        <w:t>Tìm X: 27 650 + X = 80 000.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Tính nhanh và điền chữ số</w:t>
      </w:r>
    </w:p>
    <w:p>
      <w:pPr>
        <w:keepNext/>
        <w:spacing w:after="40"/>
      </w:pPr>
      <w:r>
        <w:rPr>
          <w:b/>
        </w:rPr>
        <w:t xml:space="preserve">Câu 11. </w:t>
      </w:r>
      <w:r>
        <w:t>Tính nhanh: 8 750 + 11 250 + 6 425.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12. </w:t>
      </w:r>
      <w:r>
        <w:t>Tính nhanh: 35 680 + 14 320 + 9 999.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13. </w:t>
      </w:r>
      <w:r>
        <w:t>Tính nhanh: 25 400 + 4 600 + 18 350.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14. </w:t>
      </w:r>
      <w:r>
        <w:t>Tính nhanh: 50 000 - 12 345 - 7 655.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15. </w:t>
      </w:r>
      <w:r>
        <w:t>Tính nhanh: 19 875 + 125 + 6 000.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16. </w:t>
      </w:r>
      <w:r>
        <w:t>Điền chữ số: 2_45 + 1 230 = 3 675.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17. </w:t>
      </w:r>
      <w:r>
        <w:t>Điền chữ số: 5 6_0 - 2 310 = 3 350.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18. </w:t>
      </w:r>
      <w:r>
        <w:t>Điền chữ số: _ 500 + 2 750 = 7 250.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19. </w:t>
      </w:r>
      <w:r>
        <w:t>Một số cộng 12 345 được 30 000.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20. </w:t>
      </w:r>
      <w:r>
        <w:t>Một số bớt 8 765 còn 21 235.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Bài toán vận dụng</w:t>
      </w:r>
    </w:p>
    <w:p>
      <w:pPr>
        <w:keepNext/>
        <w:spacing w:after="40"/>
      </w:pPr>
      <w:r>
        <w:rPr>
          <w:b/>
        </w:rPr>
        <w:t xml:space="preserve">Câu 21. </w:t>
      </w:r>
      <w:r>
        <w:t>Kho có 24 680 kg gạo, nhập thêm 15 750 kg. Có tất cả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22. </w:t>
      </w:r>
      <w:r>
        <w:t>Thư viện có 50 000 quyển sách, cho mượn 18 765 quyển. Còn lại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23. </w:t>
      </w:r>
      <w:r>
        <w:t>Một nhà máy ngày đầu làm 12 450 sản phẩm, ngày sau làm 13 875 sản phẩm. Tổng?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24. </w:t>
      </w:r>
      <w:r>
        <w:t>Quãng đường dài 45 000 m, đã đi 27 650 m. Còn bao nhiêu mét?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25. </w:t>
      </w:r>
      <w:r>
        <w:t>Ba lớp quyên góp 12 500, 8 750 và 9 250 quyển vở. Tổng số vở?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26. </w:t>
      </w:r>
      <w:r>
        <w:t>Một cửa hàng có 32 000 kg hàng, bán 8 500 kg rồi nhập 12 750 kg. Hiện có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27. </w:t>
      </w:r>
      <w:r>
        <w:t>Tìm hiệu của số lớn nhất có 5 chữ số và số bé nhất có 5 chữ số.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28. </w:t>
      </w:r>
      <w:r>
        <w:t>Tổng hai số là 75 000, một số là 28 650. Số còn lại?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29. </w:t>
      </w:r>
      <w:r>
        <w:t>Một số lớn hơn 24 680 là 15 320.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30. </w:t>
      </w:r>
      <w:r>
        <w:t>Một số bé hơn 60 000 là 18 765. Tìm số đó.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  <w:pageBreakBefore/>
      </w:pPr>
      <w:r>
        <w:t>Đáp án 30 bài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3685"/>
        <w:gridCol w:w="737"/>
        <w:gridCol w:w="3685"/>
      </w:tblGrid>
      <w:tr>
        <w:trPr>
          <w:cantSplit/>
        </w:trPr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63 205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16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43 215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17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45 345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18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41 044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19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17 655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5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73 004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20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30 000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40 518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21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40 430 kg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7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X = 31 235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22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31 235 quyển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8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X = 35 625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23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26 325 sản phẩm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9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X = 40 000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24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17 350 m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10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X = 52 350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25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30 500 quyển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11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26 425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26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36 250 kg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12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59 999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27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89 999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13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48 350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28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46 350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14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30 000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29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40 000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15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26 000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41 235</w:t>
            </w:r>
          </w:p>
        </w:tc>
      </w:tr>
    </w:tbl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