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30 BÀI TẬP TÌM X NÂNG CAO LỚP 3 CÓ ĐÁP ÁN</w:t>
      </w:r>
    </w:p>
    <w:p>
      <w:pPr>
        <w:jc w:val="center"/>
      </w:pPr>
      <w:r>
        <w:rPr>
          <w:i/>
        </w:rPr>
        <w:t>Biểu thức hai bước - có ngoặc - phép tính ngược; X viết hoa</w:t>
      </w:r>
    </w:p>
    <w:p>
      <w:pPr>
        <w:jc w:val="center"/>
      </w:pPr>
      <w:r>
        <w:t>ToanCap1.com - Toán tiểu học</w:t>
      </w:r>
    </w:p>
    <w:p>
      <w:r>
        <w:t>Học sinh quan sát phép tính ngoài cùng rồi làm ngược từng bước. Mỗi bài đều dùng X viết hoa để không nhầm với dấu nhân.</w:t>
      </w:r>
    </w:p>
    <w:p>
      <w:pPr>
        <w:pStyle w:val="Heading1"/>
      </w:pPr>
      <w:r>
        <w:t>Phần 1. Hai bước cơ bản</w:t>
      </w:r>
    </w:p>
    <w:p>
      <w:pPr>
        <w:keepNext/>
        <w:spacing w:after="40"/>
      </w:pPr>
      <w:r>
        <w:rPr>
          <w:b/>
        </w:rPr>
        <w:t xml:space="preserve">Câu 1. </w:t>
      </w:r>
      <w:r>
        <w:t>Tìm X biết: (X + 135) : 5 = 207.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2. </w:t>
      </w:r>
      <w:r>
        <w:t>Tìm X biết: (X - 246) : 6 = 125.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3. </w:t>
      </w:r>
      <w:r>
        <w:t>Tìm X biết: X × 8 + 160 = 4 000.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4. </w:t>
      </w:r>
      <w:r>
        <w:t>Tìm X biết: X : 7 - 35 = 85.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5. </w:t>
      </w:r>
      <w:r>
        <w:t>Tìm X biết: 5 000 - (X + 725) = 1 875.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6. </w:t>
      </w:r>
      <w:r>
        <w:t>Tìm X biết: (3 600 - X) : 8 = 275.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7. </w:t>
      </w:r>
      <w:r>
        <w:t>Tìm X biết: X × 4 - 320 = 1 680.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8. </w:t>
      </w:r>
      <w:r>
        <w:t>Tìm X biết: X : 5 + 128 = 328.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9. </w:t>
      </w:r>
      <w:r>
        <w:t>Tìm X biết: (X + 450) : 9 + 25 = 175.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10. </w:t>
      </w:r>
      <w:r>
        <w:t>Tìm X biết: 2 000 - X : 4 = 1 625.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Có ngoặc và phép tính ngược</w:t>
      </w:r>
    </w:p>
    <w:p>
      <w:pPr>
        <w:keepNext/>
        <w:spacing w:after="40"/>
      </w:pPr>
      <w:r>
        <w:rPr>
          <w:b/>
        </w:rPr>
        <w:t xml:space="preserve">Câu 11. </w:t>
      </w:r>
      <w:r>
        <w:t>Tìm X biết: (X - 120) × 5 = 2 400.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12. </w:t>
      </w:r>
      <w:r>
        <w:t>Tìm X biết: (X + 360) : 6 = 240.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13. </w:t>
      </w:r>
      <w:r>
        <w:t>Tìm X biết: X × 9 - 450 = 3 150.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14. </w:t>
      </w:r>
      <w:r>
        <w:t>Tìm X biết: X : 8 + 75 = 200.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15. </w:t>
      </w:r>
      <w:r>
        <w:t>Tìm X biết: 4 200 - (X - 300) = 2 500.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16. </w:t>
      </w:r>
      <w:r>
        <w:t>Tìm X biết: (5 000 - X) : 5 = 600.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17. </w:t>
      </w:r>
      <w:r>
        <w:t>Tìm X biết: X × 6 + 240 = 3 840.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18. </w:t>
      </w:r>
      <w:r>
        <w:t>Tìm X biết: X : 4 - 125 = 375.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19. </w:t>
      </w:r>
      <w:r>
        <w:t>Tìm X biết: (X + 280) : 7 - 20 = 100.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20. </w:t>
      </w:r>
      <w:r>
        <w:t>Tìm X biết: 3 000 - X : 6 = 2 600.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Tổng hợp nâng cao</w:t>
      </w:r>
    </w:p>
    <w:p>
      <w:pPr>
        <w:keepNext/>
        <w:spacing w:after="40"/>
      </w:pPr>
      <w:r>
        <w:rPr>
          <w:b/>
        </w:rPr>
        <w:t xml:space="preserve">Câu 21. </w:t>
      </w:r>
      <w:r>
        <w:t>Tìm X biết: (X - 500) × 4 + 200 = 2 200.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22. </w:t>
      </w:r>
      <w:r>
        <w:t>Tìm X biết: (X + 200) : 5 + 60 = 300.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23. </w:t>
      </w:r>
      <w:r>
        <w:t>Tìm X biết: 7 000 - (X + 800) = 3 200.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24. </w:t>
      </w:r>
      <w:r>
        <w:t>Tìm X biết: (4 800 - X) : 6 + 100 = 500.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25. </w:t>
      </w:r>
      <w:r>
        <w:t>Tìm X biết: X × 7 - 700 = 4 900.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26. </w:t>
      </w:r>
      <w:r>
        <w:t>Tìm X biết: X : 9 + 111 = 211.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27. </w:t>
      </w:r>
      <w:r>
        <w:t>Tìm X biết: (X + 600) : 8 = 250.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28. </w:t>
      </w:r>
      <w:r>
        <w:t>Tìm X biết: 6 000 - X × 5 = 2 000.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29. </w:t>
      </w:r>
      <w:r>
        <w:t>Tìm X biết: (X - 240) : 4 + 30 = 180.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30. </w:t>
      </w:r>
      <w:r>
        <w:t>Tìm X biết: 5 400 - (X : 6 + 400) = 4 800.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  <w:pageBreakBefore/>
      </w:pPr>
      <w:r>
        <w:t>Đáp án 30 bài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4"/>
        <w:gridCol w:w="3572"/>
        <w:gridCol w:w="794"/>
        <w:gridCol w:w="3572"/>
      </w:tblGrid>
      <w:tr>
        <w:trPr>
          <w:cantSplit/>
        </w:trPr>
        <w:tc>
          <w:tcPr>
            <w:tcW w:type="dxa" w:w="2550"/>
          </w:tcPr>
          <w:p>
            <w:r>
              <w:t>Câu</w:t>
            </w:r>
          </w:p>
        </w:tc>
        <w:tc>
          <w:tcPr>
            <w:tcW w:type="dxa" w:w="2550"/>
          </w:tcPr>
          <w:p>
            <w:r>
              <w:t>Đáp án</w:t>
            </w:r>
          </w:p>
        </w:tc>
        <w:tc>
          <w:tcPr>
            <w:tcW w:type="dxa" w:w="2550"/>
          </w:tcPr>
          <w:p>
            <w:r>
              <w:t>Câu</w:t>
            </w:r>
          </w:p>
        </w:tc>
        <w:tc>
          <w:tcPr>
            <w:tcW w:type="dxa" w:w="2550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900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16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2 000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996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17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600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480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18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2 000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4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840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19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560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5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2 400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20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2 400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6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1 400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21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1 000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7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500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22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1 000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8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1 000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23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3 000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9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900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24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2 400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10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1 500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25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800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11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600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26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900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12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1 080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27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1 400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13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400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28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800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14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1 000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29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840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15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2 000</w:t>
            </w:r>
          </w:p>
        </w:tc>
        <w:tc>
          <w:tcPr>
            <w:tcW w:type="dxa" w:w="794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30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8"/>
              </w:rPr>
              <w:t>X = 1 200</w:t>
            </w:r>
          </w:p>
        </w:tc>
      </w:tr>
    </w:tbl>
    <w:sectPr w:rsidR="00FC693F" w:rsidRPr="0006063C" w:rsidSect="00034616"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