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50 BÀI TẬP PHÉP CHIA NÂNG CAO LỚP 3</w:t>
      </w:r>
    </w:p>
    <w:p>
      <w:pPr>
        <w:jc w:val="center"/>
      </w:pPr>
      <w:r>
        <w:rPr>
          <w:i/>
        </w:rPr>
        <w:t>Phép chia hết - phép chia có dư - tìm số - bài toán vận dụng; có đáp án</w:t>
      </w:r>
    </w:p>
    <w:p>
      <w:pPr>
        <w:jc w:val="center"/>
      </w:pPr>
      <w:r>
        <w:t>ToanCap1.com - Toán tiểu học</w:t>
      </w:r>
    </w:p>
    <w:p>
      <w:r>
        <w:t>Ghi nhớ với phép chia có dư: số dư luôn bé hơn số chia; số bị chia = thương × số chia + số dư.</w:t>
      </w:r>
    </w:p>
    <w:p>
      <w:pPr>
        <w:pStyle w:val="Heading1"/>
      </w:pPr>
      <w:r>
        <w:t>Phần 1. Phép chia hết</w:t>
      </w:r>
    </w:p>
    <w:p>
      <w:pPr>
        <w:spacing w:after="80"/>
      </w:pPr>
      <w:r>
        <w:rPr>
          <w:b/>
        </w:rPr>
        <w:t xml:space="preserve">Câu 1. </w:t>
      </w:r>
      <w:r>
        <w:t>Tính: 84 : 4.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2. </w:t>
      </w:r>
      <w:r>
        <w:t>Tính: 96 : 3.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3. </w:t>
      </w:r>
      <w:r>
        <w:t>Tính: 75 : 5.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4. </w:t>
      </w:r>
      <w:r>
        <w:t>Tính: 144 : 6.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5. </w:t>
      </w:r>
      <w:r>
        <w:t>Tính: 168 : 7.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6. </w:t>
      </w:r>
      <w:r>
        <w:t>Tính: 216 : 8.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7. </w:t>
      </w:r>
      <w:r>
        <w:t>Tính: 243 : 9.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8. </w:t>
      </w:r>
      <w:r>
        <w:t>Tính: 132 : 4.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9. </w:t>
      </w:r>
      <w:r>
        <w:t>Tính: 175 : 5.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10. </w:t>
      </w:r>
      <w:r>
        <w:t>Tính: 189 : 7.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11. </w:t>
      </w:r>
      <w:r>
        <w:t>Tính: 248 : 8.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12. </w:t>
      </w:r>
      <w:r>
        <w:t>Tính: 324 : 9.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13. </w:t>
      </w:r>
      <w:r>
        <w:t>Tính: 156 : 6.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14. </w:t>
      </w:r>
      <w:r>
        <w:t>Tính: 225 : 5.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15. </w:t>
      </w:r>
      <w:r>
        <w:t>Tính: 288 : 8.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2. Phép chia có dư</w:t>
      </w:r>
    </w:p>
    <w:p>
      <w:pPr>
        <w:spacing w:after="80"/>
      </w:pPr>
      <w:r>
        <w:rPr>
          <w:b/>
        </w:rPr>
        <w:t xml:space="preserve">Câu 16. </w:t>
      </w:r>
      <w:r>
        <w:t>Thực hiện phép chia và nêu số dư: 47 : 5.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17. </w:t>
      </w:r>
      <w:r>
        <w:t>Thực hiện phép chia và nêu số dư: 68 : 6.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18. </w:t>
      </w:r>
      <w:r>
        <w:t>Thực hiện phép chia và nêu số dư: 95 : 8.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19. </w:t>
      </w:r>
      <w:r>
        <w:t>Thực hiện phép chia và nêu số dư: 73 : 7.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20. </w:t>
      </w:r>
      <w:r>
        <w:t>Thực hiện phép chia và nêu số dư: 82 : 9.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21. </w:t>
      </w:r>
      <w:r>
        <w:t>Thực hiện phép chia và nêu số dư: 101 : 6.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22. </w:t>
      </w:r>
      <w:r>
        <w:t>Thực hiện phép chia và nêu số dư: 125 : 9.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23. </w:t>
      </w:r>
      <w:r>
        <w:t>Thực hiện phép chia và nêu số dư: 146 : 8.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24. </w:t>
      </w:r>
      <w:r>
        <w:t>Thực hiện phép chia và nêu số dư: 157 : 7.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25. </w:t>
      </w:r>
      <w:r>
        <w:t>Thực hiện phép chia và nêu số dư: 199 : 9.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3. Tìm số chưa biết</w:t>
      </w:r>
    </w:p>
    <w:p>
      <w:pPr>
        <w:spacing w:after="80"/>
      </w:pPr>
      <w:r>
        <w:rPr>
          <w:b/>
        </w:rPr>
        <w:t xml:space="preserve">Câu 26. </w:t>
      </w:r>
      <w:r>
        <w:t>Tìm X: X : 6 = 24.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27. </w:t>
      </w:r>
      <w:r>
        <w:t>Tìm X: X : 8 = 17.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28. </w:t>
      </w:r>
      <w:r>
        <w:t>Tìm X: 135 : X = 9.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29. </w:t>
      </w:r>
      <w:r>
        <w:t>Tìm X: 168 : X = 7.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30. </w:t>
      </w:r>
      <w:r>
        <w:t>Tìm X: X : 5 = 23 dư 2.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31. </w:t>
      </w:r>
      <w:r>
        <w:t>Tìm X: X : 7 = 18 dư 4.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32. </w:t>
      </w:r>
      <w:r>
        <w:t>Tìm X: 154 : X = 22.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33. </w:t>
      </w:r>
      <w:r>
        <w:t>Tìm X: X : 9 = 16 dư 5.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34. </w:t>
      </w:r>
      <w:r>
        <w:t>Tìm X: 192 : X = 24.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35. </w:t>
      </w:r>
      <w:r>
        <w:t>Tìm X: X : 4 = 31 dư 3.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4. Bài toán vận dụng</w:t>
      </w:r>
    </w:p>
    <w:p>
      <w:pPr>
        <w:spacing w:after="80"/>
      </w:pPr>
      <w:r>
        <w:rPr>
          <w:b/>
        </w:rPr>
        <w:t xml:space="preserve">Câu 36. </w:t>
      </w:r>
      <w:r>
        <w:t>Một số chia cho 6 được thương 17 dư 4. Tìm số đó.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37. </w:t>
      </w:r>
      <w:r>
        <w:t>Một số chia cho 8 được thương 23 dư 5. Tìm số đó.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38. </w:t>
      </w:r>
      <w:r>
        <w:t>Số 157 chia cho số nào được thương 22 dư 3?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39. </w:t>
      </w:r>
      <w:r>
        <w:t>Số 194 chia cho số nào được thương 27 dư 5?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40. </w:t>
      </w:r>
      <w:r>
        <w:t>Tìm số lớn nhất bé hơn 100 khi chia cho 8 dư 3.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41. </w:t>
      </w:r>
      <w:r>
        <w:t>Tìm số nhỏ nhất lớn hơn 50 khi chia cho 7 dư 2.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42. </w:t>
      </w:r>
      <w:r>
        <w:t>Có 125 quyển vở xếp đều vào 6 hộp. Mỗi hộp nhiều nhất bao nhiêu quyển và còn thừa bao nhiêu quyển?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43. </w:t>
      </w:r>
      <w:r>
        <w:t>Có 143 học sinh xếp thành các hàng, mỗi hàng 8 học sinh. Xếp được bao nhiêu hàng đủ và còn bao nhiêu học sinh?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44. </w:t>
      </w:r>
      <w:r>
        <w:t>Một phép chia có số chia 9, thương 15, số dư 7. Số bị chia là bao nhiêu?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45. </w:t>
      </w:r>
      <w:r>
        <w:t>Một phép chia có số bị chia 173, thương 21, số dư 5. Số chia là bao nhiêu?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5. Thử thách</w:t>
      </w:r>
    </w:p>
    <w:p>
      <w:pPr>
        <w:spacing w:after="80"/>
      </w:pPr>
      <w:r>
        <w:rPr>
          <w:b/>
        </w:rPr>
        <w:t xml:space="preserve">Câu 46. </w:t>
      </w:r>
      <w:r>
        <w:t>Tìm số có hai chữ số lớn nhất chia cho 7 dư 5.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47. </w:t>
      </w:r>
      <w:r>
        <w:t>Tìm số có ba chữ số nhỏ nhất chia cho 9 dư 8.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48. </w:t>
      </w:r>
      <w:r>
        <w:t>Từ 1 đến 50 có bao nhiêu số chia cho 5 dư 2?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49. </w:t>
      </w:r>
      <w:r>
        <w:t>Một số chia cho 4 dư 3 và nhỏ hơn 30. Viết các số có thể có.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50. </w:t>
      </w:r>
      <w:r>
        <w:t>Tìm số lớn hơn 100, nhỏ hơn 130, chia cho 6 dư 1.</w:t>
      </w:r>
    </w:p>
    <w:p>
      <w:pPr>
        <w:ind w:left="283"/>
      </w:pPr>
      <w:r>
        <w:t>Đáp số: ........................................................</w:t>
      </w:r>
    </w:p>
    <w:p>
      <w:r>
        <w:br w:type="page"/>
      </w:r>
    </w:p>
    <w:p>
      <w:pPr>
        <w:pStyle w:val="Heading1"/>
      </w:pPr>
      <w:r>
        <w:t>Đáp án - Câu 1 đến 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7937"/>
      </w:tblGrid>
      <w:tr>
        <w:tc>
          <w:tcPr>
            <w:tcW w:type="dxa" w:w="5043"/>
          </w:tcPr>
          <w:p>
            <w:r>
              <w:rPr>
                <w:rFonts w:ascii="Arial" w:hAnsi="Arial" w:eastAsia="Arial"/>
                <w:b/>
                <w:sz w:val="20"/>
              </w:rPr>
              <w:t>Câu</w:t>
            </w:r>
          </w:p>
        </w:tc>
        <w:tc>
          <w:tcPr>
            <w:tcW w:type="dxa" w:w="5043"/>
          </w:tcPr>
          <w:p>
            <w:r>
              <w:rPr>
                <w:rFonts w:ascii="Arial" w:hAnsi="Arial" w:eastAsia="Arial"/>
                <w:b/>
                <w:sz w:val="20"/>
              </w:rPr>
              <w:t>Đáp án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21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32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15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24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24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27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27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33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35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27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31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36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26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45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36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9 dư 2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11 dư 2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11 dư 7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10 dư 3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9 dư 1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16 dư 5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13 dư 8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18 dư 2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22 dư 3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22 dư 1</w:t>
            </w:r>
          </w:p>
        </w:tc>
      </w:tr>
    </w:tbl>
    <w:p>
      <w:r>
        <w:br w:type="page"/>
      </w:r>
    </w:p>
    <w:p>
      <w:pPr>
        <w:pStyle w:val="Heading1"/>
      </w:pPr>
      <w:r>
        <w:t>Đáp án - Câu 26 đến 50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7937"/>
      </w:tblGrid>
      <w:tr>
        <w:tc>
          <w:tcPr>
            <w:tcW w:type="dxa" w:w="5043"/>
          </w:tcPr>
          <w:p>
            <w:r>
              <w:rPr>
                <w:rFonts w:ascii="Arial" w:hAnsi="Arial" w:eastAsia="Arial"/>
                <w:b/>
                <w:sz w:val="20"/>
              </w:rPr>
              <w:t>Câu</w:t>
            </w:r>
          </w:p>
        </w:tc>
        <w:tc>
          <w:tcPr>
            <w:tcW w:type="dxa" w:w="5043"/>
          </w:tcPr>
          <w:p>
            <w:r>
              <w:rPr>
                <w:rFonts w:ascii="Arial" w:hAnsi="Arial" w:eastAsia="Arial"/>
                <w:b/>
                <w:sz w:val="20"/>
              </w:rPr>
              <w:t>Đáp án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144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136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15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24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117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130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7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149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8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127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106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189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7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7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99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51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20 quyển, dư 5 quyển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17 hàng, dư 7 học sinh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142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8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96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107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10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3, 7, 11, 15, 19, 23, 27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50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103, 109, 115, 121, 127</w:t>
            </w:r>
          </w:p>
        </w:tc>
      </w:tr>
    </w:tbl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