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BÀI TẬP TÍNH GIÁ TRỊ BIỂU THỨC NÂNG CAO LỚP 3</w:t>
      </w:r>
    </w:p>
    <w:p>
      <w:pPr>
        <w:jc w:val="center"/>
      </w:pPr>
      <w:r>
        <w:rPr>
          <w:i/>
        </w:rPr>
        <w:t>Thứ tự phép tính - dấu ngoặc - tính thuận tiện - so sánh biểu thức</w:t>
      </w:r>
    </w:p>
    <w:p>
      <w:r>
        <w:t>ToanCap1.com - Toán tiểu học</w:t>
      </w:r>
    </w:p>
    <w:p>
      <w:r>
        <w:t>Tài liệu dành cho học sinh đã chắc bốn phép tính và bảng nhân chia. Mỗi bài nên viết rõ từng bước, không nhảy cóc.</w:t>
      </w:r>
    </w:p>
    <w:p>
      <w:pPr>
        <w:pStyle w:val="Heading1"/>
      </w:pPr>
      <w:r>
        <w:t>Phần 1. Tính giá trị biểu thức</w:t>
      </w:r>
    </w:p>
    <w:p>
      <w:pPr>
        <w:spacing w:after="100"/>
      </w:pPr>
      <w:r>
        <w:rPr>
          <w:b/>
        </w:rPr>
        <w:t xml:space="preserve">Câu 1. </w:t>
      </w:r>
      <w:r>
        <w:t>Tính giá trị biểu thức: 48 + 6 × 7.</w:t>
      </w:r>
    </w:p>
    <w:p>
      <w:pPr>
        <w:spacing w:after="100"/>
        <w:ind w:left="283"/>
      </w:pPr>
      <w:r>
        <w:t>Đáp số: ........................................................</w:t>
      </w:r>
    </w:p>
    <w:p>
      <w:pPr>
        <w:spacing w:after="100"/>
      </w:pPr>
      <w:r>
        <w:rPr>
          <w:b/>
        </w:rPr>
        <w:t xml:space="preserve">Câu 2. </w:t>
      </w:r>
      <w:r>
        <w:t>Tính giá trị biểu thức: 63 - 8 × 6.</w:t>
      </w:r>
    </w:p>
    <w:p>
      <w:pPr>
        <w:spacing w:after="100"/>
        <w:ind w:left="283"/>
      </w:pPr>
      <w:r>
        <w:t>Đáp số: ........................................................</w:t>
      </w:r>
    </w:p>
    <w:p>
      <w:pPr>
        <w:spacing w:after="100"/>
      </w:pPr>
      <w:r>
        <w:rPr>
          <w:b/>
        </w:rPr>
        <w:t xml:space="preserve">Câu 3. </w:t>
      </w:r>
      <w:r>
        <w:t>Tính giá trị biểu thức: 54 : 6 + 37.</w:t>
      </w:r>
    </w:p>
    <w:p>
      <w:pPr>
        <w:spacing w:after="100"/>
        <w:ind w:left="283"/>
      </w:pPr>
      <w:r>
        <w:t>Đáp số: ........................................................</w:t>
      </w:r>
    </w:p>
    <w:p>
      <w:pPr>
        <w:spacing w:after="100"/>
      </w:pPr>
      <w:r>
        <w:rPr>
          <w:b/>
        </w:rPr>
        <w:t xml:space="preserve">Câu 4. </w:t>
      </w:r>
      <w:r>
        <w:t>Tính giá trị biểu thức: (45 + 35) : 8.</w:t>
      </w:r>
    </w:p>
    <w:p>
      <w:pPr>
        <w:spacing w:after="100"/>
        <w:ind w:left="283"/>
      </w:pPr>
      <w:r>
        <w:t>Đáp số: ........................................................</w:t>
      </w:r>
    </w:p>
    <w:p>
      <w:pPr>
        <w:spacing w:after="100"/>
      </w:pPr>
      <w:r>
        <w:rPr>
          <w:b/>
        </w:rPr>
        <w:t xml:space="preserve">Câu 5. </w:t>
      </w:r>
      <w:r>
        <w:t>Tính giá trị biểu thức: 7 × (26 - 18).</w:t>
      </w:r>
    </w:p>
    <w:p>
      <w:pPr>
        <w:spacing w:after="100"/>
        <w:ind w:left="283"/>
      </w:pPr>
      <w:r>
        <w:t>Đáp số: ........................................................</w:t>
      </w:r>
    </w:p>
    <w:p>
      <w:pPr>
        <w:spacing w:after="100"/>
      </w:pPr>
      <w:r>
        <w:rPr>
          <w:b/>
        </w:rPr>
        <w:t xml:space="preserve">Câu 6. </w:t>
      </w:r>
      <w:r>
        <w:t>Tính giá trị biểu thức: 120 - 6 × 9 + 14.</w:t>
      </w:r>
    </w:p>
    <w:p>
      <w:pPr>
        <w:spacing w:after="100"/>
        <w:ind w:left="283"/>
      </w:pPr>
      <w:r>
        <w:t>Đáp số: ........................................................</w:t>
      </w:r>
    </w:p>
    <w:p>
      <w:pPr>
        <w:spacing w:after="100"/>
      </w:pPr>
      <w:r>
        <w:rPr>
          <w:b/>
        </w:rPr>
        <w:t xml:space="preserve">Câu 7. </w:t>
      </w:r>
      <w:r>
        <w:t>Tính giá trị biểu thức: 96 : 8 × 5.</w:t>
      </w:r>
    </w:p>
    <w:p>
      <w:pPr>
        <w:spacing w:after="100"/>
        <w:ind w:left="283"/>
      </w:pPr>
      <w:r>
        <w:t>Đáp số: ........................................................</w:t>
      </w:r>
    </w:p>
    <w:p>
      <w:pPr>
        <w:spacing w:after="100"/>
      </w:pPr>
      <w:r>
        <w:rPr>
          <w:b/>
        </w:rPr>
        <w:t xml:space="preserve">Câu 8. </w:t>
      </w:r>
      <w:r>
        <w:t>Tính giá trị biểu thức: (84 - 36) : 6 × 4.</w:t>
      </w:r>
    </w:p>
    <w:p>
      <w:pPr>
        <w:spacing w:after="100"/>
        <w:ind w:left="283"/>
      </w:pPr>
      <w:r>
        <w:t>Đáp số: ........................................................</w:t>
      </w:r>
    </w:p>
    <w:p>
      <w:pPr>
        <w:spacing w:after="100"/>
      </w:pPr>
      <w:r>
        <w:rPr>
          <w:b/>
        </w:rPr>
        <w:t xml:space="preserve">Câu 9. </w:t>
      </w:r>
      <w:r>
        <w:t>Tính giá trị biểu thức: 25 × 4 + 36.</w:t>
      </w:r>
    </w:p>
    <w:p>
      <w:pPr>
        <w:spacing w:after="100"/>
        <w:ind w:left="283"/>
      </w:pPr>
      <w:r>
        <w:t>Đáp số: ........................................................</w:t>
      </w:r>
    </w:p>
    <w:p>
      <w:pPr>
        <w:spacing w:after="100"/>
      </w:pPr>
      <w:r>
        <w:rPr>
          <w:b/>
        </w:rPr>
        <w:t xml:space="preserve">Câu 10. </w:t>
      </w:r>
      <w:r>
        <w:t>Tính giá trị biểu thức: 200 - (45 + 55) : 5.</w:t>
      </w:r>
    </w:p>
    <w:p>
      <w:pPr>
        <w:spacing w:after="100"/>
        <w:ind w:left="283"/>
      </w:pPr>
      <w:r>
        <w:t>Đáp số: ........................................................</w:t>
      </w:r>
    </w:p>
    <w:p>
      <w:pPr>
        <w:spacing w:after="100"/>
      </w:pPr>
      <w:r>
        <w:rPr>
          <w:b/>
        </w:rPr>
        <w:t xml:space="preserve">Câu 11. </w:t>
      </w:r>
      <w:r>
        <w:t>Tính giá trị biểu thức: 36 + 64 : 8 × 3.</w:t>
      </w:r>
    </w:p>
    <w:p>
      <w:pPr>
        <w:spacing w:after="100"/>
        <w:ind w:left="283"/>
      </w:pPr>
      <w:r>
        <w:t>Đáp số: ........................................................</w:t>
      </w:r>
    </w:p>
    <w:p>
      <w:pPr>
        <w:spacing w:after="100"/>
      </w:pPr>
      <w:r>
        <w:rPr>
          <w:b/>
        </w:rPr>
        <w:t xml:space="preserve">Câu 12. </w:t>
      </w:r>
      <w:r>
        <w:t>Tính giá trị biểu thức: (72 - 24) : 6 + 19.</w:t>
      </w:r>
    </w:p>
    <w:p>
      <w:pPr>
        <w:spacing w:after="100"/>
        <w:ind w:left="283"/>
      </w:pPr>
      <w:r>
        <w:t>Đáp số: ........................................................</w:t>
      </w:r>
    </w:p>
    <w:p>
      <w:pPr>
        <w:spacing w:after="100"/>
      </w:pPr>
      <w:r>
        <w:rPr>
          <w:b/>
        </w:rPr>
        <w:t xml:space="preserve">Câu 13. </w:t>
      </w:r>
      <w:r>
        <w:t>Tính giá trị biểu thức: 8 × 7 + 45 : 5.</w:t>
      </w:r>
    </w:p>
    <w:p>
      <w:pPr>
        <w:spacing w:after="100"/>
        <w:ind w:left="283"/>
      </w:pPr>
      <w:r>
        <w:t>Đáp số: ........................................................</w:t>
      </w:r>
    </w:p>
    <w:p>
      <w:pPr>
        <w:spacing w:after="100"/>
      </w:pPr>
      <w:r>
        <w:rPr>
          <w:b/>
        </w:rPr>
        <w:t xml:space="preserve">Câu 14. </w:t>
      </w:r>
      <w:r>
        <w:t>Tính giá trị biểu thức: 150 - 5 × (18 + 2).</w:t>
      </w:r>
    </w:p>
    <w:p>
      <w:pPr>
        <w:spacing w:after="100"/>
        <w:ind w:left="283"/>
      </w:pPr>
      <w:r>
        <w:t>Đáp số: ........................................................</w:t>
      </w:r>
    </w:p>
    <w:p>
      <w:pPr>
        <w:spacing w:after="100"/>
      </w:pPr>
      <w:r>
        <w:rPr>
          <w:b/>
        </w:rPr>
        <w:t xml:space="preserve">Câu 15. </w:t>
      </w:r>
      <w:r>
        <w:t>Tính giá trị biểu thức: (96 : 8 + 4) × 5.</w:t>
      </w:r>
    </w:p>
    <w:p>
      <w:pPr>
        <w:spacing w:after="100"/>
        <w:ind w:left="283"/>
      </w:pPr>
      <w:r>
        <w:t>Đáp số: ........................................................</w:t>
      </w:r>
    </w:p>
    <w:p>
      <w:pPr>
        <w:spacing w:after="100"/>
      </w:pPr>
      <w:r>
        <w:rPr>
          <w:b/>
        </w:rPr>
        <w:t xml:space="preserve">Câu 16. </w:t>
      </w:r>
      <w:r>
        <w:t>Tính giá trị biểu thức: 240 : 6 - 7 × 4.</w:t>
      </w:r>
    </w:p>
    <w:p>
      <w:pPr>
        <w:spacing w:after="100"/>
        <w:ind w:left="283"/>
      </w:pPr>
      <w:r>
        <w:t>Đáp số: ........................................................</w:t>
      </w:r>
    </w:p>
    <w:p>
      <w:pPr>
        <w:spacing w:after="100"/>
      </w:pPr>
      <w:r>
        <w:rPr>
          <w:b/>
        </w:rPr>
        <w:t xml:space="preserve">Câu 17. </w:t>
      </w:r>
      <w:r>
        <w:t>Tính giá trị biểu thức: 9 × (35 - 27) + 18.</w:t>
      </w:r>
    </w:p>
    <w:p>
      <w:pPr>
        <w:spacing w:after="100"/>
        <w:ind w:left="283"/>
      </w:pPr>
      <w:r>
        <w:t>Đáp số: ........................................................</w:t>
      </w:r>
    </w:p>
    <w:p>
      <w:pPr>
        <w:spacing w:after="100"/>
      </w:pPr>
      <w:r>
        <w:rPr>
          <w:b/>
        </w:rPr>
        <w:t xml:space="preserve">Câu 18. </w:t>
      </w:r>
      <w:r>
        <w:t>Tính giá trị biểu thức: 180 : (6 × 5) + 24.</w:t>
      </w:r>
    </w:p>
    <w:p>
      <w:pPr>
        <w:spacing w:after="100"/>
        <w:ind w:left="283"/>
      </w:pPr>
      <w:r>
        <w:t>Đáp số: ........................................................</w:t>
      </w:r>
    </w:p>
    <w:p>
      <w:pPr>
        <w:spacing w:after="100"/>
      </w:pPr>
      <w:r>
        <w:rPr>
          <w:b/>
        </w:rPr>
        <w:t xml:space="preserve">Câu 19. </w:t>
      </w:r>
      <w:r>
        <w:t>Tính giá trị biểu thức: 75 + 25 × 4 : 5.</w:t>
      </w:r>
    </w:p>
    <w:p>
      <w:pPr>
        <w:spacing w:after="100"/>
        <w:ind w:left="283"/>
      </w:pPr>
      <w:r>
        <w:t>Đáp số: ........................................................</w:t>
      </w:r>
    </w:p>
    <w:p>
      <w:pPr>
        <w:spacing w:after="100"/>
      </w:pPr>
      <w:r>
        <w:rPr>
          <w:b/>
        </w:rPr>
        <w:t xml:space="preserve">Câu 20. </w:t>
      </w:r>
      <w:r>
        <w:t>Tính giá trị biểu thức: (120 - 48) : 8 × 6.</w:t>
      </w:r>
    </w:p>
    <w:p>
      <w:pPr>
        <w:spacing w:after="100"/>
        <w:ind w:left="283"/>
      </w:pPr>
      <w:r>
        <w:t>Đáp số: ........................................................</w:t>
      </w:r>
    </w:p>
    <w:p>
      <w:pPr>
        <w:pStyle w:val="Heading1"/>
      </w:pPr>
      <w:r>
        <w:t>Phần 2. So sánh biểu thức</w:t>
      </w:r>
    </w:p>
    <w:p>
      <w:pPr>
        <w:spacing w:after="100"/>
      </w:pPr>
      <w:r>
        <w:rPr>
          <w:b/>
        </w:rPr>
        <w:t xml:space="preserve">Câu 21. </w:t>
      </w:r>
      <w:r>
        <w:t>So sánh hai biểu thức: A = 8 × 7 + 12; B = 100 - 4 × 8.</w:t>
      </w:r>
    </w:p>
    <w:p>
      <w:pPr>
        <w:spacing w:after="100"/>
        <w:ind w:left="283"/>
      </w:pPr>
      <w:r>
        <w:t>Đáp số: ........................................................</w:t>
      </w:r>
    </w:p>
    <w:p>
      <w:pPr>
        <w:spacing w:after="100"/>
      </w:pPr>
      <w:r>
        <w:rPr>
          <w:b/>
        </w:rPr>
        <w:t xml:space="preserve">Câu 22. </w:t>
      </w:r>
      <w:r>
        <w:t>So sánh hai biểu thức: A = 96 : 8 + 35; B = 6 × 8.</w:t>
      </w:r>
    </w:p>
    <w:p>
      <w:pPr>
        <w:spacing w:after="100"/>
        <w:ind w:left="283"/>
      </w:pPr>
      <w:r>
        <w:t>Đáp số: ........................................................</w:t>
      </w:r>
    </w:p>
    <w:p>
      <w:pPr>
        <w:spacing w:after="100"/>
      </w:pPr>
      <w:r>
        <w:rPr>
          <w:b/>
        </w:rPr>
        <w:t xml:space="preserve">Câu 23. </w:t>
      </w:r>
      <w:r>
        <w:t>So sánh hai biểu thức: A = (45 + 27) : 8; B = 3 × 3.</w:t>
      </w:r>
    </w:p>
    <w:p>
      <w:pPr>
        <w:spacing w:after="100"/>
        <w:ind w:left="283"/>
      </w:pPr>
      <w:r>
        <w:t>Đáp số: ........................................................</w:t>
      </w:r>
    </w:p>
    <w:p>
      <w:pPr>
        <w:spacing w:after="100"/>
      </w:pPr>
      <w:r>
        <w:rPr>
          <w:b/>
        </w:rPr>
        <w:t xml:space="preserve">Câu 24. </w:t>
      </w:r>
      <w:r>
        <w:t>So sánh hai biểu thức: A = 7 × 9 - 18; B = 40 + 6.</w:t>
      </w:r>
    </w:p>
    <w:p>
      <w:pPr>
        <w:spacing w:after="100"/>
        <w:ind w:left="283"/>
      </w:pPr>
      <w:r>
        <w:t>Đáp số: ........................................................</w:t>
      </w:r>
    </w:p>
    <w:p>
      <w:pPr>
        <w:spacing w:after="100"/>
      </w:pPr>
      <w:r>
        <w:rPr>
          <w:b/>
        </w:rPr>
        <w:t xml:space="preserve">Câu 25. </w:t>
      </w:r>
      <w:r>
        <w:t>So sánh hai biểu thức: A = 120 - 8 × 9; B = 6 × 8.</w:t>
      </w:r>
    </w:p>
    <w:p>
      <w:pPr>
        <w:spacing w:after="100"/>
        <w:ind w:left="283"/>
      </w:pPr>
      <w:r>
        <w:t>Đáp số: ........................................................</w:t>
      </w:r>
    </w:p>
    <w:p>
      <w:pPr>
        <w:pStyle w:val="Heading1"/>
      </w:pPr>
      <w:r>
        <w:t>Gợi ý cách làm</w:t>
      </w:r>
    </w:p>
    <w:p>
      <w:r>
        <w:t>Nếu có dấu ngoặc, tính trong ngoặc trước. Nếu không có ngoặc, thực hiện nhân và chia trước, cộng và trừ sau. Các phép tính cùng mức ưu tiên thực hiện từ trái sang phải.</w:t>
      </w:r>
    </w:p>
    <w:p>
      <w:pPr>
        <w:pStyle w:val="Heading1"/>
        <w:spacing w:before="240"/>
      </w:pPr>
      <w:r>
        <w:t>Đáp án</w:t>
      </w:r>
    </w:p>
    <w:tbl>
      <w:tblPr>
        <w:tblW w:type="auto" w:w="0"/>
        <w:jc w:val="center"/>
        <w:tblLook w:firstColumn="1" w:firstRow="1" w:lastColumn="0" w:lastRow="0" w:noHBand="0" w:noVBand="1" w:val="04A0"/>
      </w:tblPr>
      <w:tblGrid>
        <w:gridCol w:w="2493"/>
        <w:gridCol w:w="2493"/>
        <w:gridCol w:w="2493"/>
        <w:gridCol w:w="2493"/>
      </w:tblGrid>
      <w:tr>
        <w:tc>
          <w:tcPr>
            <w:tcW w:type="dxa" w:w="2493"/>
            <w:vAlign w:val="center"/>
          </w:tcPr>
          <w:p>
            <w:r>
              <w:t>Câu</w:t>
            </w:r>
          </w:p>
        </w:tc>
        <w:tc>
          <w:tcPr>
            <w:tcW w:type="dxa" w:w="2493"/>
            <w:vAlign w:val="center"/>
          </w:tcPr>
          <w:p>
            <w:r>
              <w:t>Đáp án</w:t>
            </w:r>
          </w:p>
        </w:tc>
        <w:tc>
          <w:tcPr>
            <w:tcW w:type="dxa" w:w="2493"/>
            <w:vAlign w:val="center"/>
          </w:tcPr>
          <w:p>
            <w:r>
              <w:t>Câu</w:t>
            </w:r>
          </w:p>
        </w:tc>
        <w:tc>
          <w:tcPr>
            <w:tcW w:type="dxa" w:w="2493"/>
            <w:vAlign w:val="center"/>
          </w:tcPr>
          <w:p>
            <w:r>
              <w:t>Đáp án</w:t>
            </w:r>
          </w:p>
        </w:tc>
      </w:tr>
      <w:tr>
        <w:tc>
          <w:tcPr>
            <w:tcW w:type="dxa" w:w="2493"/>
          </w:tcPr>
          <w:p>
            <w:r>
              <w:t>1</w:t>
            </w:r>
          </w:p>
        </w:tc>
        <w:tc>
          <w:tcPr>
            <w:tcW w:type="dxa" w:w="2493"/>
          </w:tcPr>
          <w:p>
            <w:r>
              <w:t>90</w:t>
            </w:r>
          </w:p>
        </w:tc>
        <w:tc>
          <w:tcPr>
            <w:tcW w:type="dxa" w:w="2493"/>
          </w:tcPr>
          <w:p>
            <w:r>
              <w:t>14</w:t>
            </w:r>
          </w:p>
        </w:tc>
        <w:tc>
          <w:tcPr>
            <w:tcW w:type="dxa" w:w="2493"/>
          </w:tcPr>
          <w:p>
            <w:r>
              <w:t>50</w:t>
            </w:r>
          </w:p>
        </w:tc>
      </w:tr>
      <w:tr>
        <w:tc>
          <w:tcPr>
            <w:tcW w:type="dxa" w:w="2493"/>
          </w:tcPr>
          <w:p>
            <w:r>
              <w:t>2</w:t>
            </w:r>
          </w:p>
        </w:tc>
        <w:tc>
          <w:tcPr>
            <w:tcW w:type="dxa" w:w="2493"/>
          </w:tcPr>
          <w:p>
            <w:r>
              <w:t>15</w:t>
            </w:r>
          </w:p>
        </w:tc>
        <w:tc>
          <w:tcPr>
            <w:tcW w:type="dxa" w:w="2493"/>
          </w:tcPr>
          <w:p>
            <w:r>
              <w:t>15</w:t>
            </w:r>
          </w:p>
        </w:tc>
        <w:tc>
          <w:tcPr>
            <w:tcW w:type="dxa" w:w="2493"/>
          </w:tcPr>
          <w:p>
            <w:r>
              <w:t>80</w:t>
            </w:r>
          </w:p>
        </w:tc>
      </w:tr>
      <w:tr>
        <w:tc>
          <w:tcPr>
            <w:tcW w:type="dxa" w:w="2493"/>
          </w:tcPr>
          <w:p>
            <w:r>
              <w:t>3</w:t>
            </w:r>
          </w:p>
        </w:tc>
        <w:tc>
          <w:tcPr>
            <w:tcW w:type="dxa" w:w="2493"/>
          </w:tcPr>
          <w:p>
            <w:r>
              <w:t>46</w:t>
            </w:r>
          </w:p>
        </w:tc>
        <w:tc>
          <w:tcPr>
            <w:tcW w:type="dxa" w:w="2493"/>
          </w:tcPr>
          <w:p>
            <w:r>
              <w:t>16</w:t>
            </w:r>
          </w:p>
        </w:tc>
        <w:tc>
          <w:tcPr>
            <w:tcW w:type="dxa" w:w="2493"/>
          </w:tcPr>
          <w:p>
            <w:r>
              <w:t>12</w:t>
            </w:r>
          </w:p>
        </w:tc>
      </w:tr>
      <w:tr>
        <w:tc>
          <w:tcPr>
            <w:tcW w:type="dxa" w:w="2493"/>
          </w:tcPr>
          <w:p>
            <w:r>
              <w:t>4</w:t>
            </w:r>
          </w:p>
        </w:tc>
        <w:tc>
          <w:tcPr>
            <w:tcW w:type="dxa" w:w="2493"/>
          </w:tcPr>
          <w:p>
            <w:r>
              <w:t>10</w:t>
            </w:r>
          </w:p>
        </w:tc>
        <w:tc>
          <w:tcPr>
            <w:tcW w:type="dxa" w:w="2493"/>
          </w:tcPr>
          <w:p>
            <w:r>
              <w:t>17</w:t>
            </w:r>
          </w:p>
        </w:tc>
        <w:tc>
          <w:tcPr>
            <w:tcW w:type="dxa" w:w="2493"/>
          </w:tcPr>
          <w:p>
            <w:r>
              <w:t>90</w:t>
            </w:r>
          </w:p>
        </w:tc>
      </w:tr>
      <w:tr>
        <w:tc>
          <w:tcPr>
            <w:tcW w:type="dxa" w:w="2493"/>
          </w:tcPr>
          <w:p>
            <w:r>
              <w:t>5</w:t>
            </w:r>
          </w:p>
        </w:tc>
        <w:tc>
          <w:tcPr>
            <w:tcW w:type="dxa" w:w="2493"/>
          </w:tcPr>
          <w:p>
            <w:r>
              <w:t>56</w:t>
            </w:r>
          </w:p>
        </w:tc>
        <w:tc>
          <w:tcPr>
            <w:tcW w:type="dxa" w:w="2493"/>
          </w:tcPr>
          <w:p>
            <w:r>
              <w:t>18</w:t>
            </w:r>
          </w:p>
        </w:tc>
        <w:tc>
          <w:tcPr>
            <w:tcW w:type="dxa" w:w="2493"/>
          </w:tcPr>
          <w:p>
            <w:r>
              <w:t>30</w:t>
            </w:r>
          </w:p>
        </w:tc>
      </w:tr>
      <w:tr>
        <w:tc>
          <w:tcPr>
            <w:tcW w:type="dxa" w:w="2493"/>
          </w:tcPr>
          <w:p>
            <w:r>
              <w:t>6</w:t>
            </w:r>
          </w:p>
        </w:tc>
        <w:tc>
          <w:tcPr>
            <w:tcW w:type="dxa" w:w="2493"/>
          </w:tcPr>
          <w:p>
            <w:r>
              <w:t>80</w:t>
            </w:r>
          </w:p>
        </w:tc>
        <w:tc>
          <w:tcPr>
            <w:tcW w:type="dxa" w:w="2493"/>
          </w:tcPr>
          <w:p>
            <w:r>
              <w:t>19</w:t>
            </w:r>
          </w:p>
        </w:tc>
        <w:tc>
          <w:tcPr>
            <w:tcW w:type="dxa" w:w="2493"/>
          </w:tcPr>
          <w:p>
            <w:r>
              <w:t>95</w:t>
            </w:r>
          </w:p>
        </w:tc>
      </w:tr>
      <w:tr>
        <w:tc>
          <w:tcPr>
            <w:tcW w:type="dxa" w:w="2493"/>
          </w:tcPr>
          <w:p>
            <w:r>
              <w:t>7</w:t>
            </w:r>
          </w:p>
        </w:tc>
        <w:tc>
          <w:tcPr>
            <w:tcW w:type="dxa" w:w="2493"/>
          </w:tcPr>
          <w:p>
            <w:r>
              <w:t>60</w:t>
            </w:r>
          </w:p>
        </w:tc>
        <w:tc>
          <w:tcPr>
            <w:tcW w:type="dxa" w:w="2493"/>
          </w:tcPr>
          <w:p>
            <w:r>
              <w:t>20</w:t>
            </w:r>
          </w:p>
        </w:tc>
        <w:tc>
          <w:tcPr>
            <w:tcW w:type="dxa" w:w="2493"/>
          </w:tcPr>
          <w:p>
            <w:r>
              <w:t>54</w:t>
            </w:r>
          </w:p>
        </w:tc>
      </w:tr>
      <w:tr>
        <w:tc>
          <w:tcPr>
            <w:tcW w:type="dxa" w:w="2493"/>
          </w:tcPr>
          <w:p>
            <w:r>
              <w:t>8</w:t>
            </w:r>
          </w:p>
        </w:tc>
        <w:tc>
          <w:tcPr>
            <w:tcW w:type="dxa" w:w="2493"/>
          </w:tcPr>
          <w:p>
            <w:r>
              <w:t>32</w:t>
            </w:r>
          </w:p>
        </w:tc>
        <w:tc>
          <w:tcPr>
            <w:tcW w:type="dxa" w:w="2493"/>
          </w:tcPr>
          <w:p>
            <w:r>
              <w:t>21</w:t>
            </w:r>
          </w:p>
        </w:tc>
        <w:tc>
          <w:tcPr>
            <w:tcW w:type="dxa" w:w="2493"/>
          </w:tcPr>
          <w:p>
            <w:r>
              <w:t>A = B = 68</w:t>
            </w:r>
          </w:p>
        </w:tc>
      </w:tr>
      <w:tr>
        <w:tc>
          <w:tcPr>
            <w:tcW w:type="dxa" w:w="2493"/>
          </w:tcPr>
          <w:p>
            <w:r>
              <w:t>9</w:t>
            </w:r>
          </w:p>
        </w:tc>
        <w:tc>
          <w:tcPr>
            <w:tcW w:type="dxa" w:w="2493"/>
          </w:tcPr>
          <w:p>
            <w:r>
              <w:t>136</w:t>
            </w:r>
          </w:p>
        </w:tc>
        <w:tc>
          <w:tcPr>
            <w:tcW w:type="dxa" w:w="2493"/>
          </w:tcPr>
          <w:p>
            <w:r>
              <w:t>22</w:t>
            </w:r>
          </w:p>
        </w:tc>
        <w:tc>
          <w:tcPr>
            <w:tcW w:type="dxa" w:w="2493"/>
          </w:tcPr>
          <w:p>
            <w:r>
              <w:t>A = 47 &lt; B = 48</w:t>
            </w:r>
          </w:p>
        </w:tc>
      </w:tr>
      <w:tr>
        <w:tc>
          <w:tcPr>
            <w:tcW w:type="dxa" w:w="2493"/>
          </w:tcPr>
          <w:p>
            <w:r>
              <w:t>10</w:t>
            </w:r>
          </w:p>
        </w:tc>
        <w:tc>
          <w:tcPr>
            <w:tcW w:type="dxa" w:w="2493"/>
          </w:tcPr>
          <w:p>
            <w:r>
              <w:t>180</w:t>
            </w:r>
          </w:p>
        </w:tc>
        <w:tc>
          <w:tcPr>
            <w:tcW w:type="dxa" w:w="2493"/>
          </w:tcPr>
          <w:p>
            <w:r>
              <w:t>23</w:t>
            </w:r>
          </w:p>
        </w:tc>
        <w:tc>
          <w:tcPr>
            <w:tcW w:type="dxa" w:w="2493"/>
          </w:tcPr>
          <w:p>
            <w:r>
              <w:t>A = B = 9</w:t>
            </w:r>
          </w:p>
        </w:tc>
      </w:tr>
      <w:tr>
        <w:tc>
          <w:tcPr>
            <w:tcW w:type="dxa" w:w="2493"/>
          </w:tcPr>
          <w:p>
            <w:r>
              <w:t>11</w:t>
            </w:r>
          </w:p>
        </w:tc>
        <w:tc>
          <w:tcPr>
            <w:tcW w:type="dxa" w:w="2493"/>
          </w:tcPr>
          <w:p>
            <w:r>
              <w:t>60</w:t>
            </w:r>
          </w:p>
        </w:tc>
        <w:tc>
          <w:tcPr>
            <w:tcW w:type="dxa" w:w="2493"/>
          </w:tcPr>
          <w:p>
            <w:r>
              <w:t>24</w:t>
            </w:r>
          </w:p>
        </w:tc>
        <w:tc>
          <w:tcPr>
            <w:tcW w:type="dxa" w:w="2493"/>
          </w:tcPr>
          <w:p>
            <w:r>
              <w:t>A = 45 &lt; B = 46</w:t>
            </w:r>
          </w:p>
        </w:tc>
      </w:tr>
      <w:tr>
        <w:tc>
          <w:tcPr>
            <w:tcW w:type="dxa" w:w="2493"/>
          </w:tcPr>
          <w:p>
            <w:r>
              <w:t>12</w:t>
            </w:r>
          </w:p>
        </w:tc>
        <w:tc>
          <w:tcPr>
            <w:tcW w:type="dxa" w:w="2493"/>
          </w:tcPr>
          <w:p>
            <w:r>
              <w:t>27</w:t>
            </w:r>
          </w:p>
        </w:tc>
        <w:tc>
          <w:tcPr>
            <w:tcW w:type="dxa" w:w="2493"/>
          </w:tcPr>
          <w:p>
            <w:r>
              <w:t>25</w:t>
            </w:r>
          </w:p>
        </w:tc>
        <w:tc>
          <w:tcPr>
            <w:tcW w:type="dxa" w:w="2493"/>
          </w:tcPr>
          <w:p>
            <w:r>
              <w:t>A = B = 48</w:t>
            </w:r>
          </w:p>
        </w:tc>
      </w:tr>
      <w:tr>
        <w:tc>
          <w:tcPr>
            <w:tcW w:type="dxa" w:w="2493"/>
          </w:tcPr>
          <w:p>
            <w:r>
              <w:t>13</w:t>
            </w:r>
          </w:p>
        </w:tc>
        <w:tc>
          <w:tcPr>
            <w:tcW w:type="dxa" w:w="2493"/>
          </w:tcPr>
          <w:p>
            <w:r>
              <w:t>65</w:t>
            </w:r>
          </w:p>
        </w:tc>
        <w:tc>
          <w:tcPr>
            <w:tcW w:type="dxa" w:w="2493"/>
          </w:tcPr>
          <w:p/>
        </w:tc>
        <w:tc>
          <w:tcPr>
            <w:tcW w:type="dxa" w:w="2493"/>
          </w:tcPr>
          <w:p/>
        </w:tc>
      </w:tr>
    </w:tbl>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