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15 BÀI ĐẾM HÌNH NÂNG CAO LỚP 4 CÓ LỜI GIẢI</w:t>
      </w:r>
    </w:p>
    <w:p>
      <w:pPr>
        <w:jc w:val="center"/>
      </w:pPr>
      <w:r>
        <w:rPr>
          <w:i/>
        </w:rPr>
        <w:t>Hình vuông - hình chữ nhật - lưới ô vuông</w:t>
      </w:r>
    </w:p>
    <w:p>
      <w:pPr>
        <w:jc w:val="center"/>
      </w:pPr>
      <w:r>
        <w:t>ToanCap1.com - Toán tiểu học</w:t>
      </w:r>
    </w:p>
    <w:p>
      <w:r>
        <w:t>Bài tập bám đúng phần luyện tập của bài Đếm hình nâng cao lớp 4 trên ToanCap1.com. Nên đếm theo kích thước từ nhỏ đến lớn và ghi riêng từng nhóm để tránh đếm trùng.</w:t>
      </w:r>
    </w:p>
    <w:p>
      <w:pPr>
        <w:pStyle w:val="Heading1"/>
      </w:pPr>
      <w:r>
        <w:t>Bài tập</w:t>
      </w:r>
    </w:p>
    <w:p>
      <w:r>
        <w:rPr>
          <w:rFonts w:ascii="Arial" w:hAnsi="Arial" w:eastAsia="Arial"/>
          <w:b/>
        </w:rPr>
        <w:t xml:space="preserve">Bài 1. </w:t>
      </w:r>
      <w:r>
        <w:rPr>
          <w:rFonts w:ascii="Arial" w:hAnsi="Arial" w:eastAsia="Arial"/>
        </w:rPr>
        <w:t>Lưới 2 × 3 có bao nhiêu hình vuông?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66543" cy="14611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1-3x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66543" cy="14611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rPr>
          <w:rFonts w:ascii="Arial" w:hAnsi="Arial" w:eastAsia="Arial"/>
          <w:b/>
        </w:rPr>
        <w:t xml:space="preserve">Bài 2. </w:t>
      </w:r>
      <w:r>
        <w:rPr>
          <w:rFonts w:ascii="Arial" w:hAnsi="Arial" w:eastAsia="Arial"/>
        </w:rPr>
        <w:t>Lưới 3 × 5 có bao nhiêu hình vuông?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34640" cy="178744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2-5x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7874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rPr>
          <w:rFonts w:ascii="Arial" w:hAnsi="Arial" w:eastAsia="Arial"/>
          <w:b/>
        </w:rPr>
        <w:t xml:space="preserve">Bài 3. </w:t>
      </w:r>
      <w:r>
        <w:rPr>
          <w:rFonts w:ascii="Arial" w:hAnsi="Arial" w:eastAsia="Arial"/>
        </w:rPr>
        <w:t>Một hàng gồm 4 ô vuông liền nhau có bao nhiêu hình chữ nhật?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33472" cy="84353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3-4x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33472" cy="843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br w:type="page"/>
      </w:r>
    </w:p>
    <w:p>
      <w:r>
        <w:rPr>
          <w:rFonts w:ascii="Arial" w:hAnsi="Arial" w:eastAsia="Arial"/>
          <w:b/>
        </w:rPr>
        <w:t xml:space="preserve">Bài 4. </w:t>
      </w:r>
      <w:r>
        <w:rPr>
          <w:rFonts w:ascii="Arial" w:hAnsi="Arial" w:eastAsia="Arial"/>
        </w:rPr>
        <w:t>Lưới 2 × 2 có bao nhiêu hình chữ nhật tất cả?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99616" cy="149961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4-2x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99616" cy="14996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rPr>
          <w:rFonts w:ascii="Arial" w:hAnsi="Arial" w:eastAsia="Arial"/>
          <w:b/>
        </w:rPr>
        <w:t xml:space="preserve">Bài 5. </w:t>
      </w:r>
      <w:r>
        <w:rPr>
          <w:rFonts w:ascii="Arial" w:hAnsi="Arial" w:eastAsia="Arial"/>
        </w:rPr>
        <w:t>Một hàng gồm 6 ô vuông liền nhau có bao nhiêu hình chữ nhật?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34640" cy="6248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5-6x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624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rPr>
          <w:rFonts w:ascii="Arial" w:hAnsi="Arial" w:eastAsia="Arial"/>
          <w:b/>
        </w:rPr>
        <w:t xml:space="preserve">Bài 6. </w:t>
      </w:r>
      <w:r>
        <w:rPr>
          <w:rFonts w:ascii="Arial" w:hAnsi="Arial" w:eastAsia="Arial"/>
        </w:rPr>
        <w:t>Lưới 3 × 3 có bao nhiêu hình chữ nhật tất cả?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66543" cy="206654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6-3x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66543" cy="20665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br w:type="page"/>
      </w:r>
    </w:p>
    <w:p>
      <w:r>
        <w:rPr>
          <w:rFonts w:ascii="Arial" w:hAnsi="Arial" w:eastAsia="Arial"/>
          <w:b/>
        </w:rPr>
        <w:t xml:space="preserve">Bài 7. </w:t>
      </w:r>
      <w:r>
        <w:rPr>
          <w:rFonts w:ascii="Arial" w:hAnsi="Arial" w:eastAsia="Arial"/>
        </w:rPr>
        <w:t>Lưới 2 × 3 có bao nhiêu hình chữ nhật không phải hình vuông?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66543" cy="146119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1-3x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66543" cy="14611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rPr>
          <w:rFonts w:ascii="Arial" w:hAnsi="Arial" w:eastAsia="Arial"/>
          <w:b/>
        </w:rPr>
        <w:t xml:space="preserve">Bài 8. </w:t>
      </w:r>
      <w:r>
        <w:rPr>
          <w:rFonts w:ascii="Arial" w:hAnsi="Arial" w:eastAsia="Arial"/>
        </w:rPr>
        <w:t>Lưới 3 × 3 có bao nhiêu hình chữ nhật không phải hình vuông?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66543" cy="206654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6-3x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66543" cy="20665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rPr>
          <w:rFonts w:ascii="Arial" w:hAnsi="Arial" w:eastAsia="Arial"/>
          <w:b/>
        </w:rPr>
        <w:t xml:space="preserve">Bài 9. </w:t>
      </w:r>
      <w:r>
        <w:rPr>
          <w:rFonts w:ascii="Arial" w:hAnsi="Arial" w:eastAsia="Arial"/>
        </w:rPr>
        <w:t>Lưới 2 × 4 có bao nhiêu hình vuông?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33472" cy="14401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9-4x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3472" cy="14401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br w:type="page"/>
      </w:r>
    </w:p>
    <w:p>
      <w:r>
        <w:rPr>
          <w:rFonts w:ascii="Arial" w:hAnsi="Arial" w:eastAsia="Arial"/>
          <w:b/>
        </w:rPr>
        <w:t xml:space="preserve">Bài 10. </w:t>
      </w:r>
      <w:r>
        <w:rPr>
          <w:rFonts w:ascii="Arial" w:hAnsi="Arial" w:eastAsia="Arial"/>
        </w:rPr>
        <w:t>Lưới 2 × 4 có bao nhiêu hình chữ nhật tất cả?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33472" cy="14401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09-4x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3472" cy="14401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rPr>
          <w:rFonts w:ascii="Arial" w:hAnsi="Arial" w:eastAsia="Arial"/>
          <w:b/>
        </w:rPr>
        <w:t xml:space="preserve">Bài 11. </w:t>
      </w:r>
      <w:r>
        <w:rPr>
          <w:rFonts w:ascii="Arial" w:hAnsi="Arial" w:eastAsia="Arial"/>
        </w:rPr>
        <w:t>Một hàng gồm 5 ô vuông liền nhau có bao nhiêu hình chữ nhật?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34640" cy="740256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11-5x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740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rPr>
          <w:rFonts w:ascii="Arial" w:hAnsi="Arial" w:eastAsia="Arial"/>
          <w:b/>
        </w:rPr>
        <w:t xml:space="preserve">Bài 12. </w:t>
      </w:r>
      <w:r>
        <w:rPr>
          <w:rFonts w:ascii="Arial" w:hAnsi="Arial" w:eastAsia="Arial"/>
        </w:rPr>
        <w:t>Lưới 3 × 4 có bao nhiêu hình vuông?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33472" cy="2036826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12-4x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3472" cy="20368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br w:type="page"/>
      </w:r>
    </w:p>
    <w:p>
      <w:r>
        <w:rPr>
          <w:rFonts w:ascii="Arial" w:hAnsi="Arial" w:eastAsia="Arial"/>
          <w:b/>
        </w:rPr>
        <w:t xml:space="preserve">Bài 13. </w:t>
      </w:r>
      <w:r>
        <w:rPr>
          <w:rFonts w:ascii="Arial" w:hAnsi="Arial" w:eastAsia="Arial"/>
        </w:rPr>
        <w:t>Lưới 3 × 4 có bao nhiêu hình chữ nhật tất cả?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33472" cy="203682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12-4x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3472" cy="20368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rPr>
          <w:rFonts w:ascii="Arial" w:hAnsi="Arial" w:eastAsia="Arial"/>
          <w:b/>
        </w:rPr>
        <w:t xml:space="preserve">Bài 14. </w:t>
      </w:r>
      <w:r>
        <w:rPr>
          <w:rFonts w:ascii="Arial" w:hAnsi="Arial" w:eastAsia="Arial"/>
        </w:rPr>
        <w:t>Lưới 3 × 4 có bao nhiêu hình chữ nhật không phải hình vuông?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33472" cy="2036826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12-4x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3472" cy="20368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r>
        <w:rPr>
          <w:rFonts w:ascii="Arial" w:hAnsi="Arial" w:eastAsia="Arial"/>
          <w:b/>
        </w:rPr>
        <w:t xml:space="preserve">Bài 15. </w:t>
      </w:r>
      <w:r>
        <w:rPr>
          <w:rFonts w:ascii="Arial" w:hAnsi="Arial" w:eastAsia="Arial"/>
        </w:rPr>
        <w:t>Lưới 4 × 4 có bao nhiêu hình vuông?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33472" cy="263347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15-4x4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33472" cy="26334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t>Đáp số: ....................................................</w:t>
      </w:r>
    </w:p>
    <w:p>
      <w:pPr>
        <w:pStyle w:val="Heading1"/>
        <w:pageBreakBefore/>
      </w:pPr>
      <w:r>
        <w:t>Lời giải 15 bài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7824"/>
      </w:tblGrid>
      <w:tr>
        <w:trPr>
          <w:cantSplit/>
        </w:trPr>
        <w:tc>
          <w:tcPr>
            <w:tcW w:type="dxa" w:w="5100"/>
          </w:tcPr>
          <w:p>
            <w:r>
              <w:t>Bài</w:t>
            </w:r>
          </w:p>
        </w:tc>
        <w:tc>
          <w:tcPr>
            <w:tcW w:type="dxa" w:w="5100"/>
          </w:tcPr>
          <w:p>
            <w:r>
              <w:t>Đáp án / lời giải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Có 6 hình 1 × 1 và 2 hình 2 × 2. Tổng 8 hình vuông.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Có 15 hình 1 × 1, 8 hình 2 × 2 và 3 hình 3 × 3. Tổng cộng 15+8+3=26 hình vuông.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Có 4 hình dài 1 ô, 3 hình dài 2 ô, 2 hình dài 3 ô và 1 hình dài 4 ô. Tổng 4+3+2+1=10 hình.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Có 4 hình 1 × 1, 2 hình 1 × 2, 2 hình 2 × 1 và 1 hình 2 × 2. Tổng 9 hình chữ nhật.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5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Có 6+5+4+3+2+1=21 hình chữ nhật.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6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Chọn chiều rộng 1, 2, 3 ô và chiều cao 1, 2, 3 ô rồi đếm theo từng kích thước; tổng cộng 36 hình chữ nhật.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7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Có 18 hình chữ nhật tất cả và 8 hình vuông. Số hình chữ nhật không phải hình vuông là 18-8=10.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8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Có 36 hình chữ nhật tất cả và 14 hình vuông. Còn 36-14=22 hình chữ nhật không phải hình vuông.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9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Có 8 hình vuông 1 × 1 và 3 hình vuông 2 × 2. Tổng 11 hình.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10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Với 2 hàng và 4 cột, đếm theo từng chiều rộng và chiều cao được 30 hình chữ nhật.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11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Có 5+4+3+2+1=15 hình chữ nhật.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12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Có 12 hình 1 × 1, 6 hình 2 × 2 và 2 hình 3 × 3. Tổng 12+6+2=20 hình vuông.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13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Đếm theo các kích thước chiều rộng 1–4 ô và chiều cao 1–3 ô được 60 hình chữ nhật.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14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Có 60 hình chữ nhật tất cả và 20 hình vuông. Còn 40 hình chữ nhật không phải hình vuông.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15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Có 16 hình 1 × 1, 9 hình 2 × 2, 4 hình 3 × 3 và 1 hình 4 × 4. Tổng 16+9+4+1=30 hình vuông.</w:t>
            </w:r>
          </w:p>
        </w:tc>
      </w:tr>
    </w:tbl>
    <w:sectPr w:rsidR="00FC693F" w:rsidRPr="0006063C" w:rsidSect="00034616"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