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  <w:jc w:val="center"/>
      </w:pPr>
      <w:r>
        <w:rPr>
          <w:b/>
        </w:rPr>
        <w:t>25 BÀI TOÁN TUỔI LỚP 4 NÂNG CAO</w:t>
      </w:r>
    </w:p>
    <w:p>
      <w:pPr>
        <w:jc w:val="center"/>
      </w:pPr>
      <w:r>
        <w:rPr>
          <w:i/>
        </w:rPr>
        <w:t>Hiệu tuổi - tổng hiệu - trước đây, sau này - quan hệ gấp số lần; có đáp án</w:t>
      </w:r>
    </w:p>
    <w:p>
      <w:pPr>
        <w:jc w:val="center"/>
      </w:pPr>
      <w:r>
        <w:t>ToanCap1.com - Toán tiểu học</w:t>
      </w:r>
    </w:p>
    <w:p>
      <w:r>
        <w:t>Tính chất quan trọng: hiệu số tuổi của hai người không đổi theo thời gian. Với tổng tuổi, mỗi năm tổng tuổi của hai người tăng 2.</w:t>
      </w:r>
    </w:p>
    <w:p>
      <w:pPr>
        <w:pStyle w:val="Heading1"/>
      </w:pPr>
      <w:r>
        <w:t>Phần 1. Hiệu tuổi và tổng - hiệu</w:t>
      </w:r>
    </w:p>
    <w:p>
      <w:pPr>
        <w:spacing w:after="60"/>
      </w:pPr>
      <w:r>
        <w:rPr>
          <w:b/>
        </w:rPr>
        <w:t xml:space="preserve">Câu 1. </w:t>
      </w:r>
      <w:r>
        <w:t>Hiện nay mẹ 36 tuổi, con 10 tuổi. Mẹ hơn con bao nhiêu tuổi?</w:t>
      </w:r>
    </w:p>
    <w:p>
      <w:pPr>
        <w:spacing w:after="80"/>
        <w:ind w:left="283"/>
      </w:pPr>
      <w:r>
        <w:t>Đáp số: ........................................................</w:t>
      </w:r>
    </w:p>
    <w:p>
      <w:pPr>
        <w:spacing w:after="60"/>
      </w:pPr>
      <w:r>
        <w:rPr>
          <w:b/>
        </w:rPr>
        <w:t xml:space="preserve">Câu 2. </w:t>
      </w:r>
      <w:r>
        <w:t>Hiện nay anh 14 tuổi, em 9 tuổi. Sau 6 năm anh hơn em bao nhiêu tuổi?</w:t>
      </w:r>
    </w:p>
    <w:p>
      <w:pPr>
        <w:spacing w:after="80"/>
        <w:ind w:left="283"/>
      </w:pPr>
      <w:r>
        <w:t>Đáp số: ........................................................</w:t>
      </w:r>
    </w:p>
    <w:p>
      <w:pPr>
        <w:spacing w:after="60"/>
      </w:pPr>
      <w:r>
        <w:rPr>
          <w:b/>
        </w:rPr>
        <w:t xml:space="preserve">Câu 3. </w:t>
      </w:r>
      <w:r>
        <w:t>Hiện nay bố 42 tuổi, con 12 tuổi. Cách đây 5 năm bố hơn con bao nhiêu tuổi?</w:t>
      </w:r>
    </w:p>
    <w:p>
      <w:pPr>
        <w:spacing w:after="80"/>
        <w:ind w:left="283"/>
      </w:pPr>
      <w:r>
        <w:t>Đáp số: ........................................................</w:t>
      </w:r>
    </w:p>
    <w:p>
      <w:pPr>
        <w:spacing w:after="60"/>
      </w:pPr>
      <w:r>
        <w:rPr>
          <w:b/>
        </w:rPr>
        <w:t xml:space="preserve">Câu 4. </w:t>
      </w:r>
      <w:r>
        <w:t>Tổng tuổi hai anh em là 26, anh hơn em 4 tuổi. Tính tuổi mỗi người.</w:t>
      </w:r>
    </w:p>
    <w:p>
      <w:pPr>
        <w:spacing w:after="80"/>
        <w:ind w:left="283"/>
      </w:pPr>
      <w:r>
        <w:t>Đáp số: ........................................................</w:t>
      </w:r>
    </w:p>
    <w:p>
      <w:pPr>
        <w:spacing w:after="60"/>
      </w:pPr>
      <w:r>
        <w:rPr>
          <w:b/>
        </w:rPr>
        <w:t xml:space="preserve">Câu 5. </w:t>
      </w:r>
      <w:r>
        <w:t>Tổng tuổi mẹ và con là 50, mẹ hơn con 28 tuổi. Tính tuổi mỗi người.</w:t>
      </w:r>
    </w:p>
    <w:p>
      <w:pPr>
        <w:spacing w:after="80"/>
        <w:ind w:left="283"/>
      </w:pPr>
      <w:r>
        <w:t>Đáp số: ........................................................</w:t>
      </w:r>
    </w:p>
    <w:p>
      <w:pPr>
        <w:spacing w:after="60"/>
      </w:pPr>
      <w:r>
        <w:rPr>
          <w:b/>
        </w:rPr>
        <w:t xml:space="preserve">Câu 6. </w:t>
      </w:r>
      <w:r>
        <w:t>Tổng tuổi bố và con là 58, bố hơn con 30 tuổi. Tính tuổi mỗi người.</w:t>
      </w:r>
    </w:p>
    <w:p>
      <w:pPr>
        <w:spacing w:after="80"/>
        <w:ind w:left="283"/>
      </w:pPr>
      <w:r>
        <w:t>Đáp số: ........................................................</w:t>
      </w:r>
    </w:p>
    <w:p>
      <w:pPr>
        <w:pStyle w:val="Heading1"/>
      </w:pPr>
      <w:r>
        <w:t>Phần 2. Trước đây, sau này và gấp số lần</w:t>
      </w:r>
    </w:p>
    <w:p>
      <w:pPr>
        <w:spacing w:after="60"/>
      </w:pPr>
      <w:r>
        <w:rPr>
          <w:b/>
        </w:rPr>
        <w:t xml:space="preserve">Câu 7. </w:t>
      </w:r>
      <w:r>
        <w:t>Hiện nay mẹ 35 tuổi, con 7 tuổi. Sau bao nhiêu năm tuổi mẹ gấp đôi tuổi con?</w:t>
      </w:r>
    </w:p>
    <w:p>
      <w:pPr>
        <w:spacing w:after="80"/>
        <w:ind w:left="283"/>
      </w:pPr>
      <w:r>
        <w:t>Đáp số: ........................................................</w:t>
      </w:r>
    </w:p>
    <w:p>
      <w:pPr>
        <w:spacing w:after="60"/>
      </w:pPr>
      <w:r>
        <w:rPr>
          <w:b/>
        </w:rPr>
        <w:t xml:space="preserve">Câu 8. </w:t>
      </w:r>
      <w:r>
        <w:t>Hiện nay bố 40 tuổi, con 10 tuổi. Sau bao nhiêu năm tuổi bố gấp 3 lần tuổi con?</w:t>
      </w:r>
    </w:p>
    <w:p>
      <w:pPr>
        <w:spacing w:after="80"/>
        <w:ind w:left="283"/>
      </w:pPr>
      <w:r>
        <w:t>Đáp số: ........................................................</w:t>
      </w:r>
    </w:p>
    <w:p>
      <w:pPr>
        <w:spacing w:after="60"/>
      </w:pPr>
      <w:r>
        <w:rPr>
          <w:b/>
        </w:rPr>
        <w:t xml:space="preserve">Câu 9. </w:t>
      </w:r>
      <w:r>
        <w:t>Hiện nay anh 12 tuổi, em 8 tuổi. Sau bao nhiêu năm tuổi anh bằng 5/4 tuổi em?</w:t>
      </w:r>
    </w:p>
    <w:p>
      <w:pPr>
        <w:spacing w:after="80"/>
        <w:ind w:left="283"/>
      </w:pPr>
      <w:r>
        <w:t>Đáp số: ........................................................</w:t>
      </w:r>
    </w:p>
    <w:p>
      <w:pPr>
        <w:spacing w:after="60"/>
      </w:pPr>
      <w:r>
        <w:rPr>
          <w:b/>
        </w:rPr>
        <w:t xml:space="preserve">Câu 10. </w:t>
      </w:r>
      <w:r>
        <w:t>Hiện nay mẹ 32 tuổi, con 8 tuổi. Cách đây bao nhiêu năm tuổi mẹ gấp 5 lần tuổi con?</w:t>
      </w:r>
    </w:p>
    <w:p>
      <w:pPr>
        <w:spacing w:after="80"/>
        <w:ind w:left="283"/>
      </w:pPr>
      <w:r>
        <w:t>Đáp số: ........................................................</w:t>
      </w:r>
    </w:p>
    <w:p>
      <w:pPr>
        <w:spacing w:after="60"/>
      </w:pPr>
      <w:r>
        <w:rPr>
          <w:b/>
        </w:rPr>
        <w:t xml:space="preserve">Câu 11. </w:t>
      </w:r>
      <w:r>
        <w:t>Cách đây 4 năm, bố 36 tuổi. Hiện nay bố bao nhiêu tuổi?</w:t>
      </w:r>
    </w:p>
    <w:p>
      <w:pPr>
        <w:spacing w:after="80"/>
        <w:ind w:left="283"/>
      </w:pPr>
      <w:r>
        <w:t>Đáp số: ........................................................</w:t>
      </w:r>
    </w:p>
    <w:p>
      <w:pPr>
        <w:spacing w:after="60"/>
      </w:pPr>
      <w:r>
        <w:rPr>
          <w:b/>
        </w:rPr>
        <w:t xml:space="preserve">Câu 12. </w:t>
      </w:r>
      <w:r>
        <w:t>Sau 7 năm, Lan sẽ 18 tuổi. Hiện nay Lan bao nhiêu tuổi?</w:t>
      </w:r>
    </w:p>
    <w:p>
      <w:pPr>
        <w:spacing w:after="80"/>
        <w:ind w:left="283"/>
      </w:pPr>
      <w:r>
        <w:t>Đáp số: ........................................................</w:t>
      </w:r>
    </w:p>
    <w:p>
      <w:pPr>
        <w:spacing w:after="60"/>
      </w:pPr>
      <w:r>
        <w:rPr>
          <w:b/>
        </w:rPr>
        <w:t xml:space="preserve">Câu 13. </w:t>
      </w:r>
      <w:r>
        <w:t>Ba năm trước, tổng tuổi hai chị em là 20. Hiện nay tổng tuổi hai chị em là bao nhiêu?</w:t>
      </w:r>
    </w:p>
    <w:p>
      <w:pPr>
        <w:spacing w:after="80"/>
        <w:ind w:left="283"/>
      </w:pPr>
      <w:r>
        <w:t>Đáp số: ........................................................</w:t>
      </w:r>
    </w:p>
    <w:p>
      <w:pPr>
        <w:spacing w:after="60"/>
      </w:pPr>
      <w:r>
        <w:rPr>
          <w:b/>
        </w:rPr>
        <w:t xml:space="preserve">Câu 14. </w:t>
      </w:r>
      <w:r>
        <w:t>Năm năm sau, tổng tuổi bố và con là 70. Hiện nay tổng tuổi hai bố con là bao nhiêu?</w:t>
      </w:r>
    </w:p>
    <w:p>
      <w:pPr>
        <w:spacing w:after="80"/>
        <w:ind w:left="283"/>
      </w:pPr>
      <w:r>
        <w:t>Đáp số: ........................................................</w:t>
      </w:r>
    </w:p>
    <w:p>
      <w:pPr>
        <w:spacing w:after="60"/>
      </w:pPr>
      <w:r>
        <w:rPr>
          <w:b/>
        </w:rPr>
        <w:t xml:space="preserve">Câu 15. </w:t>
      </w:r>
      <w:r>
        <w:t>Hiện nay ông hơn cháu 54 tuổi. Sau 10 năm ông hơn cháu bao nhiêu tuổi?</w:t>
      </w:r>
    </w:p>
    <w:p>
      <w:pPr>
        <w:spacing w:after="80"/>
        <w:ind w:left="283"/>
      </w:pPr>
      <w:r>
        <w:t>Đáp số: ........................................................</w:t>
      </w:r>
    </w:p>
    <w:p>
      <w:pPr>
        <w:spacing w:after="60"/>
      </w:pPr>
      <w:r>
        <w:rPr>
          <w:b/>
        </w:rPr>
        <w:t xml:space="preserve">Câu 16. </w:t>
      </w:r>
      <w:r>
        <w:t>Hiện nay chị gấp 2 lần tuổi em. Chị 16 tuổi. Tính tuổi em.</w:t>
      </w:r>
    </w:p>
    <w:p>
      <w:pPr>
        <w:spacing w:after="80"/>
        <w:ind w:left="283"/>
      </w:pPr>
      <w:r>
        <w:t>Đáp số: ........................................................</w:t>
      </w:r>
    </w:p>
    <w:p>
      <w:pPr>
        <w:pStyle w:val="Heading1"/>
      </w:pPr>
      <w:r>
        <w:t>Phần 3. Vận dụng nâng cao</w:t>
      </w:r>
    </w:p>
    <w:p>
      <w:pPr>
        <w:spacing w:after="60"/>
      </w:pPr>
      <w:r>
        <w:rPr>
          <w:b/>
        </w:rPr>
        <w:t xml:space="preserve">Câu 17. </w:t>
      </w:r>
      <w:r>
        <w:t>Hiện nay mẹ gấp 3 lần tuổi con. Tổng tuổi hai mẹ con là 48. Tính tuổi mỗi người.</w:t>
      </w:r>
    </w:p>
    <w:p>
      <w:pPr>
        <w:spacing w:after="80"/>
        <w:ind w:left="283"/>
      </w:pPr>
      <w:r>
        <w:t>Đáp số: ........................................................</w:t>
      </w:r>
    </w:p>
    <w:p>
      <w:pPr>
        <w:spacing w:after="60"/>
      </w:pPr>
      <w:r>
        <w:rPr>
          <w:b/>
        </w:rPr>
        <w:t xml:space="preserve">Câu 18. </w:t>
      </w:r>
      <w:r>
        <w:t>Hiện nay bố gấp 4 lần tuổi con. Bố hơn con 30 tuổi. Tính tuổi mỗi người.</w:t>
      </w:r>
    </w:p>
    <w:p>
      <w:pPr>
        <w:spacing w:after="80"/>
        <w:ind w:left="283"/>
      </w:pPr>
      <w:r>
        <w:t>Đáp số: ........................................................</w:t>
      </w:r>
    </w:p>
    <w:p>
      <w:pPr>
        <w:spacing w:after="60"/>
      </w:pPr>
      <w:r>
        <w:rPr>
          <w:b/>
        </w:rPr>
        <w:t xml:space="preserve">Câu 19. </w:t>
      </w:r>
      <w:r>
        <w:t>Hiện nay tuổi anh bằng 3/2 tuổi em và anh hơn em 5 tuổi. Tính tuổi hai người.</w:t>
      </w:r>
    </w:p>
    <w:p>
      <w:pPr>
        <w:spacing w:after="80"/>
        <w:ind w:left="283"/>
      </w:pPr>
      <w:r>
        <w:t>Đáp số: ........................................................</w:t>
      </w:r>
    </w:p>
    <w:p>
      <w:pPr>
        <w:spacing w:after="60"/>
      </w:pPr>
      <w:r>
        <w:rPr>
          <w:b/>
        </w:rPr>
        <w:t xml:space="preserve">Câu 20. </w:t>
      </w:r>
      <w:r>
        <w:t>Hiện nay tuổi mẹ bằng 7/2 tuổi con và mẹ hơn con 30 tuổi. Tính tuổi hai mẹ con.</w:t>
      </w:r>
    </w:p>
    <w:p>
      <w:pPr>
        <w:spacing w:after="80"/>
        <w:ind w:left="283"/>
      </w:pPr>
      <w:r>
        <w:t>Đáp số: ........................................................</w:t>
      </w:r>
    </w:p>
    <w:p>
      <w:pPr>
        <w:spacing w:after="60"/>
      </w:pPr>
      <w:r>
        <w:rPr>
          <w:b/>
        </w:rPr>
        <w:t xml:space="preserve">Câu 21. </w:t>
      </w:r>
      <w:r>
        <w:t>Hai năm trước, mẹ gấp 4 lần tuổi con. Hiện nay mẹ 38 tuổi. Tính tuổi con hiện nay.</w:t>
      </w:r>
    </w:p>
    <w:p>
      <w:pPr>
        <w:spacing w:after="80"/>
        <w:ind w:left="283"/>
      </w:pPr>
      <w:r>
        <w:t>Đáp số: ........................................................</w:t>
      </w:r>
    </w:p>
    <w:p>
      <w:pPr>
        <w:spacing w:after="60"/>
      </w:pPr>
      <w:r>
        <w:rPr>
          <w:b/>
        </w:rPr>
        <w:t xml:space="preserve">Câu 22. </w:t>
      </w:r>
      <w:r>
        <w:t>Ba năm sau, bố gấp 3 lần tuổi con. Hiện nay bố 39 tuổi, con 11 tuổi. Nhận xét dữ kiện có đúng không?</w:t>
      </w:r>
    </w:p>
    <w:p>
      <w:pPr>
        <w:spacing w:after="80"/>
        <w:ind w:left="283"/>
      </w:pPr>
      <w:r>
        <w:t>Đáp số: ........................................................</w:t>
      </w:r>
    </w:p>
    <w:p>
      <w:pPr>
        <w:spacing w:after="60"/>
      </w:pPr>
      <w:r>
        <w:rPr>
          <w:b/>
        </w:rPr>
        <w:t xml:space="preserve">Câu 23. </w:t>
      </w:r>
      <w:r>
        <w:t>Hiện nay tổng tuổi hai anh em là 32. Sau 4 năm tổng tuổi hai anh em là bao nhiêu?</w:t>
      </w:r>
    </w:p>
    <w:p>
      <w:pPr>
        <w:spacing w:after="80"/>
        <w:ind w:left="283"/>
      </w:pPr>
      <w:r>
        <w:t>Đáp số: ........................................................</w:t>
      </w:r>
    </w:p>
    <w:p>
      <w:pPr>
        <w:spacing w:after="60"/>
      </w:pPr>
      <w:r>
        <w:rPr>
          <w:b/>
        </w:rPr>
        <w:t xml:space="preserve">Câu 24. </w:t>
      </w:r>
      <w:r>
        <w:t>Cách đây 6 năm, tổng tuổi mẹ và con là 36. Hiện nay tổng tuổi hai mẹ con là bao nhiêu?</w:t>
      </w:r>
    </w:p>
    <w:p>
      <w:pPr>
        <w:spacing w:after="80"/>
        <w:ind w:left="283"/>
      </w:pPr>
      <w:r>
        <w:t>Đáp số: ........................................................</w:t>
      </w:r>
    </w:p>
    <w:p>
      <w:pPr>
        <w:spacing w:after="60"/>
      </w:pPr>
      <w:r>
        <w:rPr>
          <w:b/>
        </w:rPr>
        <w:t xml:space="preserve">Câu 25. </w:t>
      </w:r>
      <w:r>
        <w:t>Hiện nay bố 45 tuổi, con 15 tuổi. Sau bao nhiêu năm tổng tuổi hai bố con là 70?</w:t>
      </w:r>
    </w:p>
    <w:p>
      <w:pPr>
        <w:spacing w:after="80"/>
        <w:ind w:left="283"/>
      </w:pPr>
      <w:r>
        <w:t>Đáp số: ........................................................</w:t>
      </w:r>
    </w:p>
    <w:p>
      <w:r>
        <w:br w:type="page"/>
      </w:r>
    </w:p>
    <w:p>
      <w:pPr>
        <w:pStyle w:val="Heading1"/>
      </w:pPr>
      <w:r>
        <w:t>Đáp án - Câu 1 đến 13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134"/>
        <w:gridCol w:w="7937"/>
      </w:tblGrid>
      <w:tr>
        <w:trPr>
          <w:cantSplit/>
        </w:trPr>
        <w:tc>
          <w:tcPr>
            <w:tcW w:type="dxa" w:w="5100"/>
          </w:tcPr>
          <w:p>
            <w:r>
              <w:t>Câu</w:t>
            </w:r>
          </w:p>
        </w:tc>
        <w:tc>
          <w:tcPr>
            <w:tcW w:type="dxa" w:w="5100"/>
          </w:tcPr>
          <w:p>
            <w:r>
              <w:t>Đáp án</w:t>
            </w:r>
          </w:p>
        </w:tc>
      </w:tr>
      <w:tr>
        <w:trPr>
          <w:cantSplit/>
        </w:trPr>
        <w:tc>
          <w:tcPr>
            <w:tcW w:type="dxa" w:w="1134"/>
            <w:vAlign w:val="center"/>
          </w:tcPr>
          <w:p>
            <w:r>
              <w:rPr>
                <w:rFonts w:ascii="Arial" w:hAnsi="Arial" w:eastAsia="Arial"/>
                <w:sz w:val="20"/>
              </w:rPr>
              <w:t>1</w:t>
            </w:r>
          </w:p>
        </w:tc>
        <w:tc>
          <w:tcPr>
            <w:tcW w:type="dxa" w:w="7937"/>
            <w:vAlign w:val="center"/>
          </w:tcPr>
          <w:p>
            <w:r>
              <w:rPr>
                <w:rFonts w:ascii="Arial" w:hAnsi="Arial" w:eastAsia="Arial"/>
                <w:sz w:val="20"/>
              </w:rPr>
              <w:t>26 tuổi</w:t>
            </w:r>
          </w:p>
        </w:tc>
      </w:tr>
      <w:tr>
        <w:trPr>
          <w:cantSplit/>
        </w:trPr>
        <w:tc>
          <w:tcPr>
            <w:tcW w:type="dxa" w:w="1134"/>
            <w:vAlign w:val="center"/>
          </w:tcPr>
          <w:p>
            <w:r>
              <w:rPr>
                <w:rFonts w:ascii="Arial" w:hAnsi="Arial" w:eastAsia="Arial"/>
                <w:sz w:val="20"/>
              </w:rPr>
              <w:t>2</w:t>
            </w:r>
          </w:p>
        </w:tc>
        <w:tc>
          <w:tcPr>
            <w:tcW w:type="dxa" w:w="7937"/>
            <w:vAlign w:val="center"/>
          </w:tcPr>
          <w:p>
            <w:r>
              <w:rPr>
                <w:rFonts w:ascii="Arial" w:hAnsi="Arial" w:eastAsia="Arial"/>
                <w:sz w:val="20"/>
              </w:rPr>
              <w:t>5 tuổi</w:t>
            </w:r>
          </w:p>
        </w:tc>
      </w:tr>
      <w:tr>
        <w:trPr>
          <w:cantSplit/>
        </w:trPr>
        <w:tc>
          <w:tcPr>
            <w:tcW w:type="dxa" w:w="1134"/>
            <w:vAlign w:val="center"/>
          </w:tcPr>
          <w:p>
            <w:r>
              <w:rPr>
                <w:rFonts w:ascii="Arial" w:hAnsi="Arial" w:eastAsia="Arial"/>
                <w:sz w:val="20"/>
              </w:rPr>
              <w:t>3</w:t>
            </w:r>
          </w:p>
        </w:tc>
        <w:tc>
          <w:tcPr>
            <w:tcW w:type="dxa" w:w="7937"/>
            <w:vAlign w:val="center"/>
          </w:tcPr>
          <w:p>
            <w:r>
              <w:rPr>
                <w:rFonts w:ascii="Arial" w:hAnsi="Arial" w:eastAsia="Arial"/>
                <w:sz w:val="20"/>
              </w:rPr>
              <w:t>30 tuổi</w:t>
            </w:r>
          </w:p>
        </w:tc>
      </w:tr>
      <w:tr>
        <w:trPr>
          <w:cantSplit/>
        </w:trPr>
        <w:tc>
          <w:tcPr>
            <w:tcW w:type="dxa" w:w="1134"/>
            <w:vAlign w:val="center"/>
          </w:tcPr>
          <w:p>
            <w:r>
              <w:rPr>
                <w:rFonts w:ascii="Arial" w:hAnsi="Arial" w:eastAsia="Arial"/>
                <w:sz w:val="20"/>
              </w:rPr>
              <w:t>4</w:t>
            </w:r>
          </w:p>
        </w:tc>
        <w:tc>
          <w:tcPr>
            <w:tcW w:type="dxa" w:w="7937"/>
            <w:vAlign w:val="center"/>
          </w:tcPr>
          <w:p>
            <w:r>
              <w:rPr>
                <w:rFonts w:ascii="Arial" w:hAnsi="Arial" w:eastAsia="Arial"/>
                <w:sz w:val="20"/>
              </w:rPr>
              <w:t>Anh 15 tuổi, em 11 tuổi</w:t>
            </w:r>
          </w:p>
        </w:tc>
      </w:tr>
      <w:tr>
        <w:trPr>
          <w:cantSplit/>
        </w:trPr>
        <w:tc>
          <w:tcPr>
            <w:tcW w:type="dxa" w:w="1134"/>
            <w:vAlign w:val="center"/>
          </w:tcPr>
          <w:p>
            <w:r>
              <w:rPr>
                <w:rFonts w:ascii="Arial" w:hAnsi="Arial" w:eastAsia="Arial"/>
                <w:sz w:val="20"/>
              </w:rPr>
              <w:t>5</w:t>
            </w:r>
          </w:p>
        </w:tc>
        <w:tc>
          <w:tcPr>
            <w:tcW w:type="dxa" w:w="7937"/>
            <w:vAlign w:val="center"/>
          </w:tcPr>
          <w:p>
            <w:r>
              <w:rPr>
                <w:rFonts w:ascii="Arial" w:hAnsi="Arial" w:eastAsia="Arial"/>
                <w:sz w:val="20"/>
              </w:rPr>
              <w:t>Mẹ 39 tuổi, con 11 tuổi</w:t>
            </w:r>
          </w:p>
        </w:tc>
      </w:tr>
      <w:tr>
        <w:trPr>
          <w:cantSplit/>
        </w:trPr>
        <w:tc>
          <w:tcPr>
            <w:tcW w:type="dxa" w:w="1134"/>
            <w:vAlign w:val="center"/>
          </w:tcPr>
          <w:p>
            <w:r>
              <w:rPr>
                <w:rFonts w:ascii="Arial" w:hAnsi="Arial" w:eastAsia="Arial"/>
                <w:sz w:val="20"/>
              </w:rPr>
              <w:t>6</w:t>
            </w:r>
          </w:p>
        </w:tc>
        <w:tc>
          <w:tcPr>
            <w:tcW w:type="dxa" w:w="7937"/>
            <w:vAlign w:val="center"/>
          </w:tcPr>
          <w:p>
            <w:r>
              <w:rPr>
                <w:rFonts w:ascii="Arial" w:hAnsi="Arial" w:eastAsia="Arial"/>
                <w:sz w:val="20"/>
              </w:rPr>
              <w:t>Bố 44 tuổi, con 14 tuổi</w:t>
            </w:r>
          </w:p>
        </w:tc>
      </w:tr>
      <w:tr>
        <w:trPr>
          <w:cantSplit/>
        </w:trPr>
        <w:tc>
          <w:tcPr>
            <w:tcW w:type="dxa" w:w="1134"/>
            <w:vAlign w:val="center"/>
          </w:tcPr>
          <w:p>
            <w:r>
              <w:rPr>
                <w:rFonts w:ascii="Arial" w:hAnsi="Arial" w:eastAsia="Arial"/>
                <w:sz w:val="20"/>
              </w:rPr>
              <w:t>7</w:t>
            </w:r>
          </w:p>
        </w:tc>
        <w:tc>
          <w:tcPr>
            <w:tcW w:type="dxa" w:w="7937"/>
            <w:vAlign w:val="center"/>
          </w:tcPr>
          <w:p>
            <w:r>
              <w:rPr>
                <w:rFonts w:ascii="Arial" w:hAnsi="Arial" w:eastAsia="Arial"/>
                <w:sz w:val="20"/>
              </w:rPr>
              <w:t>21 năm</w:t>
            </w:r>
          </w:p>
        </w:tc>
      </w:tr>
      <w:tr>
        <w:trPr>
          <w:cantSplit/>
        </w:trPr>
        <w:tc>
          <w:tcPr>
            <w:tcW w:type="dxa" w:w="1134"/>
            <w:vAlign w:val="center"/>
          </w:tcPr>
          <w:p>
            <w:r>
              <w:rPr>
                <w:rFonts w:ascii="Arial" w:hAnsi="Arial" w:eastAsia="Arial"/>
                <w:sz w:val="20"/>
              </w:rPr>
              <w:t>8</w:t>
            </w:r>
          </w:p>
        </w:tc>
        <w:tc>
          <w:tcPr>
            <w:tcW w:type="dxa" w:w="7937"/>
            <w:vAlign w:val="center"/>
          </w:tcPr>
          <w:p>
            <w:r>
              <w:rPr>
                <w:rFonts w:ascii="Arial" w:hAnsi="Arial" w:eastAsia="Arial"/>
                <w:sz w:val="20"/>
              </w:rPr>
              <w:t>5 năm</w:t>
            </w:r>
          </w:p>
        </w:tc>
      </w:tr>
      <w:tr>
        <w:trPr>
          <w:cantSplit/>
        </w:trPr>
        <w:tc>
          <w:tcPr>
            <w:tcW w:type="dxa" w:w="1134"/>
            <w:vAlign w:val="center"/>
          </w:tcPr>
          <w:p>
            <w:r>
              <w:rPr>
                <w:rFonts w:ascii="Arial" w:hAnsi="Arial" w:eastAsia="Arial"/>
                <w:sz w:val="20"/>
              </w:rPr>
              <w:t>9</w:t>
            </w:r>
          </w:p>
        </w:tc>
        <w:tc>
          <w:tcPr>
            <w:tcW w:type="dxa" w:w="7937"/>
            <w:vAlign w:val="center"/>
          </w:tcPr>
          <w:p>
            <w:r>
              <w:rPr>
                <w:rFonts w:ascii="Arial" w:hAnsi="Arial" w:eastAsia="Arial"/>
                <w:sz w:val="20"/>
              </w:rPr>
              <w:t>8 năm</w:t>
            </w:r>
          </w:p>
        </w:tc>
      </w:tr>
      <w:tr>
        <w:trPr>
          <w:cantSplit/>
        </w:trPr>
        <w:tc>
          <w:tcPr>
            <w:tcW w:type="dxa" w:w="1134"/>
            <w:vAlign w:val="center"/>
          </w:tcPr>
          <w:p>
            <w:r>
              <w:rPr>
                <w:rFonts w:ascii="Arial" w:hAnsi="Arial" w:eastAsia="Arial"/>
                <w:sz w:val="20"/>
              </w:rPr>
              <w:t>10</w:t>
            </w:r>
          </w:p>
        </w:tc>
        <w:tc>
          <w:tcPr>
            <w:tcW w:type="dxa" w:w="7937"/>
            <w:vAlign w:val="center"/>
          </w:tcPr>
          <w:p>
            <w:r>
              <w:rPr>
                <w:rFonts w:ascii="Arial" w:hAnsi="Arial" w:eastAsia="Arial"/>
                <w:sz w:val="20"/>
              </w:rPr>
              <w:t>2 năm</w:t>
            </w:r>
          </w:p>
        </w:tc>
      </w:tr>
      <w:tr>
        <w:trPr>
          <w:cantSplit/>
        </w:trPr>
        <w:tc>
          <w:tcPr>
            <w:tcW w:type="dxa" w:w="1134"/>
            <w:vAlign w:val="center"/>
          </w:tcPr>
          <w:p>
            <w:r>
              <w:rPr>
                <w:rFonts w:ascii="Arial" w:hAnsi="Arial" w:eastAsia="Arial"/>
                <w:sz w:val="20"/>
              </w:rPr>
              <w:t>11</w:t>
            </w:r>
          </w:p>
        </w:tc>
        <w:tc>
          <w:tcPr>
            <w:tcW w:type="dxa" w:w="7937"/>
            <w:vAlign w:val="center"/>
          </w:tcPr>
          <w:p>
            <w:r>
              <w:rPr>
                <w:rFonts w:ascii="Arial" w:hAnsi="Arial" w:eastAsia="Arial"/>
                <w:sz w:val="20"/>
              </w:rPr>
              <w:t>40 tuổi</w:t>
            </w:r>
          </w:p>
        </w:tc>
      </w:tr>
      <w:tr>
        <w:trPr>
          <w:cantSplit/>
        </w:trPr>
        <w:tc>
          <w:tcPr>
            <w:tcW w:type="dxa" w:w="1134"/>
            <w:vAlign w:val="center"/>
          </w:tcPr>
          <w:p>
            <w:r>
              <w:rPr>
                <w:rFonts w:ascii="Arial" w:hAnsi="Arial" w:eastAsia="Arial"/>
                <w:sz w:val="20"/>
              </w:rPr>
              <w:t>12</w:t>
            </w:r>
          </w:p>
        </w:tc>
        <w:tc>
          <w:tcPr>
            <w:tcW w:type="dxa" w:w="7937"/>
            <w:vAlign w:val="center"/>
          </w:tcPr>
          <w:p>
            <w:r>
              <w:rPr>
                <w:rFonts w:ascii="Arial" w:hAnsi="Arial" w:eastAsia="Arial"/>
                <w:sz w:val="20"/>
              </w:rPr>
              <w:t>11 tuổi</w:t>
            </w:r>
          </w:p>
        </w:tc>
      </w:tr>
      <w:tr>
        <w:trPr>
          <w:cantSplit/>
        </w:trPr>
        <w:tc>
          <w:tcPr>
            <w:tcW w:type="dxa" w:w="1134"/>
            <w:vAlign w:val="center"/>
          </w:tcPr>
          <w:p>
            <w:r>
              <w:rPr>
                <w:rFonts w:ascii="Arial" w:hAnsi="Arial" w:eastAsia="Arial"/>
                <w:sz w:val="20"/>
              </w:rPr>
              <w:t>13</w:t>
            </w:r>
          </w:p>
        </w:tc>
        <w:tc>
          <w:tcPr>
            <w:tcW w:type="dxa" w:w="7937"/>
            <w:vAlign w:val="center"/>
          </w:tcPr>
          <w:p>
            <w:r>
              <w:rPr>
                <w:rFonts w:ascii="Arial" w:hAnsi="Arial" w:eastAsia="Arial"/>
                <w:sz w:val="20"/>
              </w:rPr>
              <w:t>26 tuổi</w:t>
            </w:r>
          </w:p>
        </w:tc>
      </w:tr>
    </w:tbl>
    <w:p>
      <w:r>
        <w:br w:type="page"/>
      </w:r>
    </w:p>
    <w:p>
      <w:pPr>
        <w:pStyle w:val="Heading1"/>
      </w:pPr>
      <w:r>
        <w:t>Đáp án - Câu 14 đến 25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134"/>
        <w:gridCol w:w="7937"/>
      </w:tblGrid>
      <w:tr>
        <w:trPr>
          <w:cantSplit/>
        </w:trPr>
        <w:tc>
          <w:tcPr>
            <w:tcW w:type="dxa" w:w="5100"/>
          </w:tcPr>
          <w:p>
            <w:r>
              <w:t>Câu</w:t>
            </w:r>
          </w:p>
        </w:tc>
        <w:tc>
          <w:tcPr>
            <w:tcW w:type="dxa" w:w="5100"/>
          </w:tcPr>
          <w:p>
            <w:r>
              <w:t>Đáp án</w:t>
            </w:r>
          </w:p>
        </w:tc>
      </w:tr>
      <w:tr>
        <w:trPr>
          <w:cantSplit/>
        </w:trPr>
        <w:tc>
          <w:tcPr>
            <w:tcW w:type="dxa" w:w="1134"/>
            <w:vAlign w:val="center"/>
          </w:tcPr>
          <w:p>
            <w:r>
              <w:rPr>
                <w:rFonts w:ascii="Arial" w:hAnsi="Arial" w:eastAsia="Arial"/>
                <w:sz w:val="20"/>
              </w:rPr>
              <w:t>14</w:t>
            </w:r>
          </w:p>
        </w:tc>
        <w:tc>
          <w:tcPr>
            <w:tcW w:type="dxa" w:w="7937"/>
            <w:vAlign w:val="center"/>
          </w:tcPr>
          <w:p>
            <w:r>
              <w:rPr>
                <w:rFonts w:ascii="Arial" w:hAnsi="Arial" w:eastAsia="Arial"/>
                <w:sz w:val="20"/>
              </w:rPr>
              <w:t>60 tuổi</w:t>
            </w:r>
          </w:p>
        </w:tc>
      </w:tr>
      <w:tr>
        <w:trPr>
          <w:cantSplit/>
        </w:trPr>
        <w:tc>
          <w:tcPr>
            <w:tcW w:type="dxa" w:w="1134"/>
            <w:vAlign w:val="center"/>
          </w:tcPr>
          <w:p>
            <w:r>
              <w:rPr>
                <w:rFonts w:ascii="Arial" w:hAnsi="Arial" w:eastAsia="Arial"/>
                <w:sz w:val="20"/>
              </w:rPr>
              <w:t>15</w:t>
            </w:r>
          </w:p>
        </w:tc>
        <w:tc>
          <w:tcPr>
            <w:tcW w:type="dxa" w:w="7937"/>
            <w:vAlign w:val="center"/>
          </w:tcPr>
          <w:p>
            <w:r>
              <w:rPr>
                <w:rFonts w:ascii="Arial" w:hAnsi="Arial" w:eastAsia="Arial"/>
                <w:sz w:val="20"/>
              </w:rPr>
              <w:t>54 tuổi</w:t>
            </w:r>
          </w:p>
        </w:tc>
      </w:tr>
      <w:tr>
        <w:trPr>
          <w:cantSplit/>
        </w:trPr>
        <w:tc>
          <w:tcPr>
            <w:tcW w:type="dxa" w:w="1134"/>
            <w:vAlign w:val="center"/>
          </w:tcPr>
          <w:p>
            <w:r>
              <w:rPr>
                <w:rFonts w:ascii="Arial" w:hAnsi="Arial" w:eastAsia="Arial"/>
                <w:sz w:val="20"/>
              </w:rPr>
              <w:t>16</w:t>
            </w:r>
          </w:p>
        </w:tc>
        <w:tc>
          <w:tcPr>
            <w:tcW w:type="dxa" w:w="7937"/>
            <w:vAlign w:val="center"/>
          </w:tcPr>
          <w:p>
            <w:r>
              <w:rPr>
                <w:rFonts w:ascii="Arial" w:hAnsi="Arial" w:eastAsia="Arial"/>
                <w:sz w:val="20"/>
              </w:rPr>
              <w:t>8 tuổi</w:t>
            </w:r>
          </w:p>
        </w:tc>
      </w:tr>
      <w:tr>
        <w:trPr>
          <w:cantSplit/>
        </w:trPr>
        <w:tc>
          <w:tcPr>
            <w:tcW w:type="dxa" w:w="1134"/>
            <w:vAlign w:val="center"/>
          </w:tcPr>
          <w:p>
            <w:r>
              <w:rPr>
                <w:rFonts w:ascii="Arial" w:hAnsi="Arial" w:eastAsia="Arial"/>
                <w:sz w:val="20"/>
              </w:rPr>
              <w:t>17</w:t>
            </w:r>
          </w:p>
        </w:tc>
        <w:tc>
          <w:tcPr>
            <w:tcW w:type="dxa" w:w="7937"/>
            <w:vAlign w:val="center"/>
          </w:tcPr>
          <w:p>
            <w:r>
              <w:rPr>
                <w:rFonts w:ascii="Arial" w:hAnsi="Arial" w:eastAsia="Arial"/>
                <w:sz w:val="20"/>
              </w:rPr>
              <w:t>Mẹ 36 tuổi, con 12 tuổi</w:t>
            </w:r>
          </w:p>
        </w:tc>
      </w:tr>
      <w:tr>
        <w:trPr>
          <w:cantSplit/>
        </w:trPr>
        <w:tc>
          <w:tcPr>
            <w:tcW w:type="dxa" w:w="1134"/>
            <w:vAlign w:val="center"/>
          </w:tcPr>
          <w:p>
            <w:r>
              <w:rPr>
                <w:rFonts w:ascii="Arial" w:hAnsi="Arial" w:eastAsia="Arial"/>
                <w:sz w:val="20"/>
              </w:rPr>
              <w:t>18</w:t>
            </w:r>
          </w:p>
        </w:tc>
        <w:tc>
          <w:tcPr>
            <w:tcW w:type="dxa" w:w="7937"/>
            <w:vAlign w:val="center"/>
          </w:tcPr>
          <w:p>
            <w:r>
              <w:rPr>
                <w:rFonts w:ascii="Arial" w:hAnsi="Arial" w:eastAsia="Arial"/>
                <w:sz w:val="20"/>
              </w:rPr>
              <w:t>Bố 40 tuổi, con 10 tuổi</w:t>
            </w:r>
          </w:p>
        </w:tc>
      </w:tr>
      <w:tr>
        <w:trPr>
          <w:cantSplit/>
        </w:trPr>
        <w:tc>
          <w:tcPr>
            <w:tcW w:type="dxa" w:w="1134"/>
            <w:vAlign w:val="center"/>
          </w:tcPr>
          <w:p>
            <w:r>
              <w:rPr>
                <w:rFonts w:ascii="Arial" w:hAnsi="Arial" w:eastAsia="Arial"/>
                <w:sz w:val="20"/>
              </w:rPr>
              <w:t>19</w:t>
            </w:r>
          </w:p>
        </w:tc>
        <w:tc>
          <w:tcPr>
            <w:tcW w:type="dxa" w:w="7937"/>
            <w:vAlign w:val="center"/>
          </w:tcPr>
          <w:p>
            <w:r>
              <w:rPr>
                <w:rFonts w:ascii="Arial" w:hAnsi="Arial" w:eastAsia="Arial"/>
                <w:sz w:val="20"/>
              </w:rPr>
              <w:t>Anh 15 tuổi, em 10 tuổi</w:t>
            </w:r>
          </w:p>
        </w:tc>
      </w:tr>
      <w:tr>
        <w:trPr>
          <w:cantSplit/>
        </w:trPr>
        <w:tc>
          <w:tcPr>
            <w:tcW w:type="dxa" w:w="1134"/>
            <w:vAlign w:val="center"/>
          </w:tcPr>
          <w:p>
            <w:r>
              <w:rPr>
                <w:rFonts w:ascii="Arial" w:hAnsi="Arial" w:eastAsia="Arial"/>
                <w:sz w:val="20"/>
              </w:rPr>
              <w:t>20</w:t>
            </w:r>
          </w:p>
        </w:tc>
        <w:tc>
          <w:tcPr>
            <w:tcW w:type="dxa" w:w="7937"/>
            <w:vAlign w:val="center"/>
          </w:tcPr>
          <w:p>
            <w:r>
              <w:rPr>
                <w:rFonts w:ascii="Arial" w:hAnsi="Arial" w:eastAsia="Arial"/>
                <w:sz w:val="20"/>
              </w:rPr>
              <w:t>Mẹ 42 tuổi, con 12 tuổi</w:t>
            </w:r>
          </w:p>
        </w:tc>
      </w:tr>
      <w:tr>
        <w:trPr>
          <w:cantSplit/>
        </w:trPr>
        <w:tc>
          <w:tcPr>
            <w:tcW w:type="dxa" w:w="1134"/>
            <w:vAlign w:val="center"/>
          </w:tcPr>
          <w:p>
            <w:r>
              <w:rPr>
                <w:rFonts w:ascii="Arial" w:hAnsi="Arial" w:eastAsia="Arial"/>
                <w:sz w:val="20"/>
              </w:rPr>
              <w:t>21</w:t>
            </w:r>
          </w:p>
        </w:tc>
        <w:tc>
          <w:tcPr>
            <w:tcW w:type="dxa" w:w="7937"/>
            <w:vAlign w:val="center"/>
          </w:tcPr>
          <w:p>
            <w:r>
              <w:rPr>
                <w:rFonts w:ascii="Arial" w:hAnsi="Arial" w:eastAsia="Arial"/>
                <w:sz w:val="20"/>
              </w:rPr>
              <w:t>11 tuổi</w:t>
            </w:r>
          </w:p>
        </w:tc>
      </w:tr>
      <w:tr>
        <w:trPr>
          <w:cantSplit/>
        </w:trPr>
        <w:tc>
          <w:tcPr>
            <w:tcW w:type="dxa" w:w="1134"/>
            <w:vAlign w:val="center"/>
          </w:tcPr>
          <w:p>
            <w:r>
              <w:rPr>
                <w:rFonts w:ascii="Arial" w:hAnsi="Arial" w:eastAsia="Arial"/>
                <w:sz w:val="20"/>
              </w:rPr>
              <w:t>22</w:t>
            </w:r>
          </w:p>
        </w:tc>
        <w:tc>
          <w:tcPr>
            <w:tcW w:type="dxa" w:w="7937"/>
            <w:vAlign w:val="center"/>
          </w:tcPr>
          <w:p>
            <w:r>
              <w:rPr>
                <w:rFonts w:ascii="Arial" w:hAnsi="Arial" w:eastAsia="Arial"/>
                <w:sz w:val="20"/>
              </w:rPr>
              <w:t>Đúng: sau 3 năm là 42 tuổi và 14 tuổi, 42 = 3 × 14</w:t>
            </w:r>
          </w:p>
        </w:tc>
      </w:tr>
      <w:tr>
        <w:trPr>
          <w:cantSplit/>
        </w:trPr>
        <w:tc>
          <w:tcPr>
            <w:tcW w:type="dxa" w:w="1134"/>
            <w:vAlign w:val="center"/>
          </w:tcPr>
          <w:p>
            <w:r>
              <w:rPr>
                <w:rFonts w:ascii="Arial" w:hAnsi="Arial" w:eastAsia="Arial"/>
                <w:sz w:val="20"/>
              </w:rPr>
              <w:t>23</w:t>
            </w:r>
          </w:p>
        </w:tc>
        <w:tc>
          <w:tcPr>
            <w:tcW w:type="dxa" w:w="7937"/>
            <w:vAlign w:val="center"/>
          </w:tcPr>
          <w:p>
            <w:r>
              <w:rPr>
                <w:rFonts w:ascii="Arial" w:hAnsi="Arial" w:eastAsia="Arial"/>
                <w:sz w:val="20"/>
              </w:rPr>
              <w:t>40 tuổi</w:t>
            </w:r>
          </w:p>
        </w:tc>
      </w:tr>
      <w:tr>
        <w:trPr>
          <w:cantSplit/>
        </w:trPr>
        <w:tc>
          <w:tcPr>
            <w:tcW w:type="dxa" w:w="1134"/>
            <w:vAlign w:val="center"/>
          </w:tcPr>
          <w:p>
            <w:r>
              <w:rPr>
                <w:rFonts w:ascii="Arial" w:hAnsi="Arial" w:eastAsia="Arial"/>
                <w:sz w:val="20"/>
              </w:rPr>
              <w:t>24</w:t>
            </w:r>
          </w:p>
        </w:tc>
        <w:tc>
          <w:tcPr>
            <w:tcW w:type="dxa" w:w="7937"/>
            <w:vAlign w:val="center"/>
          </w:tcPr>
          <w:p>
            <w:r>
              <w:rPr>
                <w:rFonts w:ascii="Arial" w:hAnsi="Arial" w:eastAsia="Arial"/>
                <w:sz w:val="20"/>
              </w:rPr>
              <w:t>48 tuổi</w:t>
            </w:r>
          </w:p>
        </w:tc>
      </w:tr>
      <w:tr>
        <w:trPr>
          <w:cantSplit/>
        </w:trPr>
        <w:tc>
          <w:tcPr>
            <w:tcW w:type="dxa" w:w="1134"/>
            <w:vAlign w:val="center"/>
          </w:tcPr>
          <w:p>
            <w:r>
              <w:rPr>
                <w:rFonts w:ascii="Arial" w:hAnsi="Arial" w:eastAsia="Arial"/>
                <w:sz w:val="20"/>
              </w:rPr>
              <w:t>25</w:t>
            </w:r>
          </w:p>
        </w:tc>
        <w:tc>
          <w:tcPr>
            <w:tcW w:type="dxa" w:w="7937"/>
            <w:vAlign w:val="center"/>
          </w:tcPr>
          <w:p>
            <w:r>
              <w:rPr>
                <w:rFonts w:ascii="Arial" w:hAnsi="Arial" w:eastAsia="Arial"/>
                <w:sz w:val="20"/>
              </w:rPr>
              <w:t>5 năm</w:t>
            </w:r>
          </w:p>
        </w:tc>
      </w:tr>
    </w:tbl>
    <w:sectPr w:rsidR="00FC693F" w:rsidRPr="0006063C" w:rsidSect="00034616">
      <w:pgSz w:w="12240" w:h="15840"/>
      <w:pgMar w:top="907" w:right="1020" w:bottom="907" w:left="10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eastAsia="Arial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Arial" w:hAnsi="Arial" w:eastAsia="Arial"/>
      <w:b/>
      <w:bCs/>
      <w:color w:val="365F91" w:themeColor="accent1" w:themeShade="BF"/>
      <w:sz w:val="30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Arial" w:hAnsi="Arial" w:eastAsia="Arial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 w:ascii="Arial" w:hAnsi="Arial" w:eastAsia="Arial"/>
      <w:color w:val="17365D" w:themeColor="text2" w:themeShade="BF"/>
      <w:spacing w:val="5"/>
      <w:kern w:val="28"/>
      <w:sz w:val="36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