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30 BÀI TẬP CẤU TẠO SỐ TỰ NHIÊN NÂNG CAO LỚP 4</w:t>
      </w:r>
    </w:p>
    <w:p>
      <w:pPr>
        <w:jc w:val="center"/>
      </w:pPr>
      <w:r>
        <w:rPr>
          <w:i/>
        </w:rPr>
        <w:t>Hàng và lớp - giá trị chữ số - lập số - tìm chữ số theo điều kiện; có đáp án</w:t>
      </w:r>
    </w:p>
    <w:p>
      <w:pPr>
        <w:jc w:val="center"/>
      </w:pPr>
      <w:r>
        <w:t>ToanCap1.com - Toán tiểu học</w:t>
      </w:r>
    </w:p>
    <w:p>
      <w:r>
        <w:t>Bộ bài tập luyện cách xác định hàng, lớp, giá trị của chữ số và lập số theo điều kiện. Khi lập số lớn nhất hoặc nhỏ nhất, cần chú ý chữ số đầu tiên không được bằng 0.</w:t>
      </w:r>
    </w:p>
    <w:p>
      <w:pPr>
        <w:pStyle w:val="Heading1"/>
      </w:pPr>
      <w:r>
        <w:t>Phần 1. Hàng, lớp và giá trị chữ số</w:t>
      </w:r>
    </w:p>
    <w:p>
      <w:pPr>
        <w:keepNext/>
        <w:spacing w:after="40"/>
      </w:pPr>
      <w:r>
        <w:rPr>
          <w:b/>
        </w:rPr>
        <w:t xml:space="preserve">Câu 1. </w:t>
      </w:r>
      <w:r>
        <w:t>Trong số 347 582, chữ số 7 có giá trị bao nhiêu?</w:t>
      </w:r>
    </w:p>
    <w:p>
      <w:pPr>
        <w:spacing w:after="80"/>
        <w:ind w:left="283"/>
      </w:pPr>
      <w:r>
        <w:t>Đáp số: ........................................................</w:t>
      </w:r>
    </w:p>
    <w:p>
      <w:pPr>
        <w:keepNext/>
        <w:spacing w:after="40"/>
      </w:pPr>
      <w:r>
        <w:rPr>
          <w:b/>
        </w:rPr>
        <w:t xml:space="preserve">Câu 2. </w:t>
      </w:r>
      <w:r>
        <w:t>Trong số 6 205 419, chữ số 2 thuộc hàng nào?</w:t>
      </w:r>
    </w:p>
    <w:p>
      <w:pPr>
        <w:spacing w:after="80"/>
        <w:ind w:left="283"/>
      </w:pPr>
      <w:r>
        <w:t>Đáp số: ........................................................</w:t>
      </w:r>
    </w:p>
    <w:p>
      <w:pPr>
        <w:keepNext/>
        <w:spacing w:after="40"/>
      </w:pPr>
      <w:r>
        <w:rPr>
          <w:b/>
        </w:rPr>
        <w:t xml:space="preserve">Câu 3. </w:t>
      </w:r>
      <w:r>
        <w:t>Trong số 8 470 315, chữ số 4 có giá trị bao nhiêu?</w:t>
      </w:r>
    </w:p>
    <w:p>
      <w:pPr>
        <w:spacing w:after="80"/>
        <w:ind w:left="283"/>
      </w:pPr>
      <w:r>
        <w:t>Đáp số: ........................................................</w:t>
      </w:r>
    </w:p>
    <w:p>
      <w:pPr>
        <w:keepNext/>
        <w:spacing w:after="40"/>
      </w:pPr>
      <w:r>
        <w:rPr>
          <w:b/>
        </w:rPr>
        <w:t xml:space="preserve">Câu 4. </w:t>
      </w:r>
      <w:r>
        <w:t>Viết số gồm 5 triệu, 3 trăm nghìn, 7 nghìn, 2 trăm, 4 chục và 6 đơn vị.</w:t>
      </w:r>
    </w:p>
    <w:p>
      <w:pPr>
        <w:spacing w:after="80"/>
        <w:ind w:left="283"/>
      </w:pPr>
      <w:r>
        <w:t>Đáp số: ........................................................</w:t>
      </w:r>
    </w:p>
    <w:p>
      <w:pPr>
        <w:keepNext/>
        <w:spacing w:after="40"/>
      </w:pPr>
      <w:r>
        <w:rPr>
          <w:b/>
        </w:rPr>
        <w:t xml:space="preserve">Câu 5. </w:t>
      </w:r>
      <w:r>
        <w:t>Viết số gồm 8 trăm nghìn, 4 chục nghìn, 5 trăm và 9 đơn vị.</w:t>
      </w:r>
    </w:p>
    <w:p>
      <w:pPr>
        <w:spacing w:after="80"/>
        <w:ind w:left="283"/>
      </w:pPr>
      <w:r>
        <w:t>Đáp số: ........................................................</w:t>
      </w:r>
    </w:p>
    <w:p>
      <w:pPr>
        <w:keepNext/>
        <w:spacing w:after="40"/>
      </w:pPr>
      <w:r>
        <w:rPr>
          <w:b/>
        </w:rPr>
        <w:t xml:space="preserve">Câu 6. </w:t>
      </w:r>
      <w:r>
        <w:t>Phân tích số 4 306 125 thành tổng theo giá trị các hàng.</w:t>
      </w:r>
    </w:p>
    <w:p>
      <w:pPr>
        <w:spacing w:after="80"/>
        <w:ind w:left="283"/>
      </w:pPr>
      <w:r>
        <w:t>Đáp số: ........................................................</w:t>
      </w:r>
    </w:p>
    <w:p>
      <w:pPr>
        <w:keepNext/>
        <w:spacing w:after="40"/>
      </w:pPr>
      <w:r>
        <w:rPr>
          <w:b/>
        </w:rPr>
        <w:t xml:space="preserve">Câu 7. </w:t>
      </w:r>
      <w:r>
        <w:t>Phân tích số 907 040 thành tổng theo giá trị các hàng khác 0.</w:t>
      </w:r>
    </w:p>
    <w:p>
      <w:pPr>
        <w:spacing w:after="80"/>
        <w:ind w:left="283"/>
      </w:pPr>
      <w:r>
        <w:t>Đáp số: ........................................................</w:t>
      </w:r>
    </w:p>
    <w:p>
      <w:pPr>
        <w:keepNext/>
        <w:spacing w:after="40"/>
      </w:pPr>
      <w:r>
        <w:rPr>
          <w:b/>
        </w:rPr>
        <w:t xml:space="preserve">Câu 8. </w:t>
      </w:r>
      <w:r>
        <w:t>Số nào lớn hơn: 5 409 876 hay 5 490 678?</w:t>
      </w:r>
    </w:p>
    <w:p>
      <w:pPr>
        <w:spacing w:after="80"/>
        <w:ind w:left="283"/>
      </w:pPr>
      <w:r>
        <w:t>Đáp số: ........................................................</w:t>
      </w:r>
    </w:p>
    <w:p>
      <w:pPr>
        <w:keepNext/>
        <w:spacing w:after="40"/>
      </w:pPr>
      <w:r>
        <w:rPr>
          <w:b/>
        </w:rPr>
        <w:t xml:space="preserve">Câu 9. </w:t>
      </w:r>
      <w:r>
        <w:t>Sắp xếp tăng dần: 605 019; 650 109; 605 109; 650 019.</w:t>
      </w:r>
    </w:p>
    <w:p>
      <w:pPr>
        <w:spacing w:after="80"/>
        <w:ind w:left="283"/>
      </w:pPr>
      <w:r>
        <w:t>Đáp số: ........................................................</w:t>
      </w:r>
    </w:p>
    <w:p>
      <w:pPr>
        <w:keepNext/>
        <w:spacing w:after="40"/>
      </w:pPr>
      <w:r>
        <w:rPr>
          <w:b/>
        </w:rPr>
        <w:t xml:space="preserve">Câu 10. </w:t>
      </w:r>
      <w:r>
        <w:t>Viết số liền trước và số liền sau của 999 999.</w:t>
      </w:r>
    </w:p>
    <w:p>
      <w:pPr>
        <w:spacing w:after="80"/>
        <w:ind w:left="283"/>
      </w:pPr>
      <w:r>
        <w:t>Đáp số: ........................................................</w:t>
      </w:r>
    </w:p>
    <w:p>
      <w:pPr>
        <w:pStyle w:val="Heading1"/>
      </w:pPr>
      <w:r>
        <w:t>Phần 2. Lập số và tìm số theo điều kiện</w:t>
      </w:r>
    </w:p>
    <w:p>
      <w:pPr>
        <w:keepNext/>
        <w:spacing w:after="40"/>
      </w:pPr>
      <w:r>
        <w:rPr>
          <w:b/>
        </w:rPr>
        <w:t xml:space="preserve">Câu 11. </w:t>
      </w:r>
      <w:r>
        <w:t>Dùng các chữ số 2, 5, 7, 9 để lập số lớn nhất có 4 chữ số khác nhau.</w:t>
      </w:r>
    </w:p>
    <w:p>
      <w:pPr>
        <w:spacing w:after="80"/>
        <w:ind w:left="283"/>
      </w:pPr>
      <w:r>
        <w:t>Đáp số: ........................................................</w:t>
      </w:r>
    </w:p>
    <w:p>
      <w:pPr>
        <w:keepNext/>
        <w:spacing w:after="40"/>
      </w:pPr>
      <w:r>
        <w:rPr>
          <w:b/>
        </w:rPr>
        <w:t xml:space="preserve">Câu 12. </w:t>
      </w:r>
      <w:r>
        <w:t>Dùng các chữ số 0, 3, 6, 8 để lập số bé nhất có 4 chữ số khác nhau.</w:t>
      </w:r>
    </w:p>
    <w:p>
      <w:pPr>
        <w:spacing w:after="80"/>
        <w:ind w:left="283"/>
      </w:pPr>
      <w:r>
        <w:t>Đáp số: ........................................................</w:t>
      </w:r>
    </w:p>
    <w:p>
      <w:pPr>
        <w:keepNext/>
        <w:spacing w:after="40"/>
      </w:pPr>
      <w:r>
        <w:rPr>
          <w:b/>
        </w:rPr>
        <w:t xml:space="preserve">Câu 13. </w:t>
      </w:r>
      <w:r>
        <w:t>Dùng các chữ số 1, 2, 4, 8, mỗi chữ số một lần, lập số lớn nhất chia hết cho 2.</w:t>
      </w:r>
    </w:p>
    <w:p>
      <w:pPr>
        <w:spacing w:after="80"/>
        <w:ind w:left="283"/>
      </w:pPr>
      <w:r>
        <w:t>Đáp số: ........................................................</w:t>
      </w:r>
    </w:p>
    <w:p>
      <w:pPr>
        <w:keepNext/>
        <w:spacing w:after="40"/>
      </w:pPr>
      <w:r>
        <w:rPr>
          <w:b/>
        </w:rPr>
        <w:t xml:space="preserve">Câu 14. </w:t>
      </w:r>
      <w:r>
        <w:t>Dùng các chữ số 0, 5, 7, 9, mỗi chữ số một lần, lập số bé nhất có 4 chữ số.</w:t>
      </w:r>
    </w:p>
    <w:p>
      <w:pPr>
        <w:spacing w:after="80"/>
        <w:ind w:left="283"/>
      </w:pPr>
      <w:r>
        <w:t>Đáp số: ........................................................</w:t>
      </w:r>
    </w:p>
    <w:p>
      <w:pPr>
        <w:keepNext/>
        <w:spacing w:after="40"/>
      </w:pPr>
      <w:r>
        <w:rPr>
          <w:b/>
        </w:rPr>
        <w:t xml:space="preserve">Câu 15. </w:t>
      </w:r>
      <w:r>
        <w:t>Một số có 6 chữ số. Chữ số hàng trăm nghìn là 4, hàng chục nghìn là 2, hàng nghìn là 0, hàng trăm là 7, hàng chục là 5, hàng đơn vị là 9. Viết số đó.</w:t>
      </w:r>
    </w:p>
    <w:p>
      <w:pPr>
        <w:spacing w:after="80"/>
        <w:ind w:left="283"/>
      </w:pPr>
      <w:r>
        <w:t>Đáp số: ........................................................</w:t>
      </w:r>
    </w:p>
    <w:p>
      <w:pPr>
        <w:keepNext/>
        <w:spacing w:after="40"/>
      </w:pPr>
      <w:r>
        <w:rPr>
          <w:b/>
        </w:rPr>
        <w:t xml:space="preserve">Câu 16. </w:t>
      </w:r>
      <w:r>
        <w:t>Tìm số lớn nhất nhỏ hơn 500 000 có chữ số hàng chục nghìn là 8.</w:t>
      </w:r>
    </w:p>
    <w:p>
      <w:pPr>
        <w:spacing w:after="80"/>
        <w:ind w:left="283"/>
      </w:pPr>
      <w:r>
        <w:t>Đáp số: ........................................................</w:t>
      </w:r>
    </w:p>
    <w:p>
      <w:pPr>
        <w:keepNext/>
        <w:spacing w:after="40"/>
      </w:pPr>
      <w:r>
        <w:rPr>
          <w:b/>
        </w:rPr>
        <w:t xml:space="preserve">Câu 17. </w:t>
      </w:r>
      <w:r>
        <w:t>Tìm số bé nhất lớn hơn 300 000 có chữ số hàng nghìn là 7.</w:t>
      </w:r>
    </w:p>
    <w:p>
      <w:pPr>
        <w:spacing w:after="80"/>
        <w:ind w:left="283"/>
      </w:pPr>
      <w:r>
        <w:t>Đáp số: ........................................................</w:t>
      </w:r>
    </w:p>
    <w:p>
      <w:pPr>
        <w:keepNext/>
        <w:spacing w:after="40"/>
      </w:pPr>
      <w:r>
        <w:rPr>
          <w:b/>
        </w:rPr>
        <w:t xml:space="preserve">Câu 18. </w:t>
      </w:r>
      <w:r>
        <w:t>Một số có 5 chữ số, hàng chục nghìn là 6, hàng nghìn là 2, các chữ số còn lại đều bằng 0. Viết số đó.</w:t>
      </w:r>
    </w:p>
    <w:p>
      <w:pPr>
        <w:spacing w:after="80"/>
        <w:ind w:left="283"/>
      </w:pPr>
      <w:r>
        <w:t>Đáp số: ........................................................</w:t>
      </w:r>
    </w:p>
    <w:p>
      <w:pPr>
        <w:keepNext/>
        <w:spacing w:after="40"/>
      </w:pPr>
      <w:r>
        <w:rPr>
          <w:b/>
        </w:rPr>
        <w:t xml:space="preserve">Câu 19. </w:t>
      </w:r>
      <w:r>
        <w:t>Tổng các chữ số của số 340 205 bằng bao nhiêu?</w:t>
      </w:r>
    </w:p>
    <w:p>
      <w:pPr>
        <w:spacing w:after="80"/>
        <w:ind w:left="283"/>
      </w:pPr>
      <w:r>
        <w:t>Đáp số: ........................................................</w:t>
      </w:r>
    </w:p>
    <w:p>
      <w:pPr>
        <w:keepNext/>
        <w:spacing w:after="40"/>
      </w:pPr>
      <w:r>
        <w:rPr>
          <w:b/>
        </w:rPr>
        <w:t xml:space="preserve">Câu 20. </w:t>
      </w:r>
      <w:r>
        <w:t>Đổi chỗ chữ số hàng trăm nghìn và hàng đơn vị của 462 315. Được số nào?</w:t>
      </w:r>
    </w:p>
    <w:p>
      <w:pPr>
        <w:spacing w:after="80"/>
        <w:ind w:left="283"/>
      </w:pPr>
      <w:r>
        <w:t>Đáp số: ........................................................</w:t>
      </w:r>
    </w:p>
    <w:p>
      <w:pPr>
        <w:pStyle w:val="Heading1"/>
      </w:pPr>
      <w:r>
        <w:t>Phần 3. Suy luận cấu tạo số</w:t>
      </w:r>
    </w:p>
    <w:p>
      <w:pPr>
        <w:keepNext/>
        <w:spacing w:after="40"/>
      </w:pPr>
      <w:r>
        <w:rPr>
          <w:b/>
        </w:rPr>
        <w:t xml:space="preserve">Câu 21. </w:t>
      </w:r>
      <w:r>
        <w:t>Một số có 6 chữ số, chữ số hàng trăm nghìn là 3. Nếu tăng chữ số này thêm 2 đơn vị thì số tăng bao nhiêu?</w:t>
      </w:r>
    </w:p>
    <w:p>
      <w:pPr>
        <w:spacing w:after="80"/>
        <w:ind w:left="283"/>
      </w:pPr>
      <w:r>
        <w:t>Đáp số: ........................................................</w:t>
      </w:r>
    </w:p>
    <w:p>
      <w:pPr>
        <w:keepNext/>
        <w:spacing w:after="40"/>
      </w:pPr>
      <w:r>
        <w:rPr>
          <w:b/>
        </w:rPr>
        <w:t xml:space="preserve">Câu 22. </w:t>
      </w:r>
      <w:r>
        <w:t>Trong số 7 654 321, tổng giá trị của chữ số hàng triệu và hàng trăm nghìn là bao nhiêu?</w:t>
      </w:r>
    </w:p>
    <w:p>
      <w:pPr>
        <w:spacing w:after="80"/>
        <w:ind w:left="283"/>
      </w:pPr>
      <w:r>
        <w:t>Đáp số: ........................................................</w:t>
      </w:r>
    </w:p>
    <w:p>
      <w:pPr>
        <w:keepNext/>
        <w:spacing w:after="40"/>
      </w:pPr>
      <w:r>
        <w:rPr>
          <w:b/>
        </w:rPr>
        <w:t xml:space="preserve">Câu 23. </w:t>
      </w:r>
      <w:r>
        <w:t>Số 830 406 có bao nhiêu chữ số 0?</w:t>
      </w:r>
    </w:p>
    <w:p>
      <w:pPr>
        <w:spacing w:after="80"/>
        <w:ind w:left="283"/>
      </w:pPr>
      <w:r>
        <w:t>Đáp số: ........................................................</w:t>
      </w:r>
    </w:p>
    <w:p>
      <w:pPr>
        <w:keepNext/>
        <w:spacing w:after="40"/>
      </w:pPr>
      <w:r>
        <w:rPr>
          <w:b/>
        </w:rPr>
        <w:t xml:space="preserve">Câu 24. </w:t>
      </w:r>
      <w:r>
        <w:t>Viết số lớn nhất có 5 chữ số mà tổng các chữ số bằng 10.</w:t>
      </w:r>
    </w:p>
    <w:p>
      <w:pPr>
        <w:spacing w:after="80"/>
        <w:ind w:left="283"/>
      </w:pPr>
      <w:r>
        <w:t>Đáp số: ........................................................</w:t>
      </w:r>
    </w:p>
    <w:p>
      <w:pPr>
        <w:keepNext/>
        <w:spacing w:after="40"/>
      </w:pPr>
      <w:r>
        <w:rPr>
          <w:b/>
        </w:rPr>
        <w:t xml:space="preserve">Câu 25. </w:t>
      </w:r>
      <w:r>
        <w:t>Viết số bé nhất có 5 chữ số mà tổng các chữ số bằng 10.</w:t>
      </w:r>
    </w:p>
    <w:p>
      <w:pPr>
        <w:spacing w:after="80"/>
        <w:ind w:left="283"/>
      </w:pPr>
      <w:r>
        <w:t>Đáp số: ........................................................</w:t>
      </w:r>
    </w:p>
    <w:p>
      <w:pPr>
        <w:keepNext/>
        <w:spacing w:after="40"/>
      </w:pPr>
      <w:r>
        <w:rPr>
          <w:b/>
        </w:rPr>
        <w:t xml:space="preserve">Câu 26. </w:t>
      </w:r>
      <w:r>
        <w:t>Tìm số có 5 chữ số: hàng chục nghìn là 4, hàng nghìn gấp đôi hàng trăm, hàng trăm là 3, hàng chục và hàng đơn vị đều là 0.</w:t>
      </w:r>
    </w:p>
    <w:p>
      <w:pPr>
        <w:spacing w:after="80"/>
        <w:ind w:left="283"/>
      </w:pPr>
      <w:r>
        <w:t>Đáp số: ........................................................</w:t>
      </w:r>
    </w:p>
    <w:p>
      <w:pPr>
        <w:keepNext/>
        <w:spacing w:after="40"/>
      </w:pPr>
      <w:r>
        <w:rPr>
          <w:b/>
        </w:rPr>
        <w:t xml:space="preserve">Câu 27. </w:t>
      </w:r>
      <w:r>
        <w:t>Một số có 6 chữ số, ba chữ số đầu là 125, ba chữ số cuối là 307. Viết số đó.</w:t>
      </w:r>
    </w:p>
    <w:p>
      <w:pPr>
        <w:spacing w:after="80"/>
        <w:ind w:left="283"/>
      </w:pPr>
      <w:r>
        <w:t>Đáp số: ........................................................</w:t>
      </w:r>
    </w:p>
    <w:p>
      <w:pPr>
        <w:keepNext/>
        <w:spacing w:after="40"/>
      </w:pPr>
      <w:r>
        <w:rPr>
          <w:b/>
        </w:rPr>
        <w:t xml:space="preserve">Câu 28. </w:t>
      </w:r>
      <w:r>
        <w:t>Số 908 070 được đọc là gì?</w:t>
      </w:r>
    </w:p>
    <w:p>
      <w:pPr>
        <w:spacing w:after="80"/>
        <w:ind w:left="283"/>
      </w:pPr>
      <w:r>
        <w:t>Đáp số: ........................................................</w:t>
      </w:r>
    </w:p>
    <w:p>
      <w:pPr>
        <w:keepNext/>
        <w:spacing w:after="40"/>
      </w:pPr>
      <w:r>
        <w:rPr>
          <w:b/>
        </w:rPr>
        <w:t xml:space="preserve">Câu 29. </w:t>
      </w:r>
      <w:r>
        <w:t>Viết bằng chữ số: Hai triệu không trăm linh năm nghìn ba trăm mười hai.</w:t>
      </w:r>
    </w:p>
    <w:p>
      <w:pPr>
        <w:spacing w:after="80"/>
        <w:ind w:left="283"/>
      </w:pPr>
      <w:r>
        <w:t>Đáp số: ........................................................</w:t>
      </w:r>
    </w:p>
    <w:p>
      <w:pPr>
        <w:keepNext/>
        <w:spacing w:after="40"/>
      </w:pPr>
      <w:r>
        <w:rPr>
          <w:b/>
        </w:rPr>
        <w:t xml:space="preserve">Câu 30. </w:t>
      </w:r>
      <w:r>
        <w:t>Một số khi bớt 100 000 thì được 725 430. Tìm số đó.</w:t>
      </w:r>
    </w:p>
    <w:p>
      <w:pPr>
        <w:spacing w:after="80"/>
        <w:ind w:left="283"/>
      </w:pPr>
      <w:r>
        <w:t>Đáp số: ........................................................</w:t>
      </w:r>
    </w:p>
    <w:p>
      <w:pPr>
        <w:pStyle w:val="Heading1"/>
        <w:pageBreakBefore/>
      </w:pPr>
      <w:r>
        <w:t>Đáp án 30 bài</w:t>
      </w:r>
    </w:p>
    <w:tbl>
      <w:tblPr>
        <w:tblW w:type="auto" w:w="0"/>
        <w:jc w:val="center"/>
        <w:tblLayout w:type="fixed"/>
        <w:tblLook w:firstColumn="1" w:firstRow="1" w:lastColumn="0" w:lastRow="0" w:noHBand="0" w:noVBand="1" w:val="04A0"/>
      </w:tblPr>
      <w:tblGrid>
        <w:gridCol w:w="737"/>
        <w:gridCol w:w="3628"/>
        <w:gridCol w:w="737"/>
        <w:gridCol w:w="3628"/>
      </w:tblGrid>
      <w:tr>
        <w:trPr>
          <w:cantSplit/>
        </w:trPr>
        <w:tc>
          <w:tcPr>
            <w:tcW w:type="dxa" w:w="2550"/>
          </w:tcPr>
          <w:p>
            <w:r>
              <w:t>Câu</w:t>
            </w:r>
          </w:p>
        </w:tc>
        <w:tc>
          <w:tcPr>
            <w:tcW w:type="dxa" w:w="2550"/>
          </w:tcPr>
          <w:p>
            <w:r>
              <w:t>Đáp án</w:t>
            </w:r>
          </w:p>
        </w:tc>
        <w:tc>
          <w:tcPr>
            <w:tcW w:type="dxa" w:w="2550"/>
          </w:tcPr>
          <w:p>
            <w:r>
              <w:t>Câu</w:t>
            </w:r>
          </w:p>
        </w:tc>
        <w:tc>
          <w:tcPr>
            <w:tcW w:type="dxa" w:w="2550"/>
          </w:tcPr>
          <w:p>
            <w:r>
              <w:t>Đáp án</w:t>
            </w:r>
          </w:p>
        </w:tc>
      </w:tr>
      <w:tr>
        <w:trPr>
          <w:cantSplit/>
        </w:trPr>
        <w:tc>
          <w:tcPr>
            <w:tcW w:type="dxa" w:w="737"/>
            <w:vAlign w:val="center"/>
          </w:tcPr>
          <w:p>
            <w:pPr>
              <w:spacing w:after="0"/>
            </w:pPr>
            <w:r>
              <w:rPr>
                <w:rFonts w:ascii="Arial" w:hAnsi="Arial" w:eastAsia="Arial"/>
                <w:sz w:val="18"/>
              </w:rPr>
              <w:t>1</w:t>
            </w:r>
          </w:p>
        </w:tc>
        <w:tc>
          <w:tcPr>
            <w:tcW w:type="dxa" w:w="3628"/>
            <w:vAlign w:val="center"/>
          </w:tcPr>
          <w:p>
            <w:pPr>
              <w:spacing w:after="0"/>
            </w:pPr>
            <w:r>
              <w:rPr>
                <w:rFonts w:ascii="Arial" w:hAnsi="Arial" w:eastAsia="Arial"/>
                <w:sz w:val="18"/>
              </w:rPr>
              <w:t>7 000</w:t>
            </w:r>
          </w:p>
        </w:tc>
        <w:tc>
          <w:tcPr>
            <w:tcW w:type="dxa" w:w="737"/>
            <w:vAlign w:val="center"/>
          </w:tcPr>
          <w:p>
            <w:pPr>
              <w:spacing w:after="0"/>
            </w:pPr>
            <w:r>
              <w:rPr>
                <w:rFonts w:ascii="Arial" w:hAnsi="Arial" w:eastAsia="Arial"/>
                <w:sz w:val="18"/>
              </w:rPr>
              <w:t>16</w:t>
            </w:r>
          </w:p>
        </w:tc>
        <w:tc>
          <w:tcPr>
            <w:tcW w:type="dxa" w:w="3628"/>
            <w:vAlign w:val="center"/>
          </w:tcPr>
          <w:p>
            <w:pPr>
              <w:spacing w:after="0"/>
            </w:pPr>
            <w:r>
              <w:rPr>
                <w:rFonts w:ascii="Arial" w:hAnsi="Arial" w:eastAsia="Arial"/>
                <w:sz w:val="18"/>
              </w:rPr>
              <w:t>489 999</w:t>
            </w:r>
          </w:p>
        </w:tc>
      </w:tr>
      <w:tr>
        <w:trPr>
          <w:cantSplit/>
        </w:trPr>
        <w:tc>
          <w:tcPr>
            <w:tcW w:type="dxa" w:w="737"/>
            <w:vAlign w:val="center"/>
          </w:tcPr>
          <w:p>
            <w:pPr>
              <w:spacing w:after="0"/>
            </w:pPr>
            <w:r>
              <w:rPr>
                <w:rFonts w:ascii="Arial" w:hAnsi="Arial" w:eastAsia="Arial"/>
                <w:sz w:val="18"/>
              </w:rPr>
              <w:t>2</w:t>
            </w:r>
          </w:p>
        </w:tc>
        <w:tc>
          <w:tcPr>
            <w:tcW w:type="dxa" w:w="3628"/>
            <w:vAlign w:val="center"/>
          </w:tcPr>
          <w:p>
            <w:pPr>
              <w:spacing w:after="0"/>
            </w:pPr>
            <w:r>
              <w:rPr>
                <w:rFonts w:ascii="Arial" w:hAnsi="Arial" w:eastAsia="Arial"/>
                <w:sz w:val="18"/>
              </w:rPr>
              <w:t>Hàng trăm nghìn</w:t>
            </w:r>
          </w:p>
        </w:tc>
        <w:tc>
          <w:tcPr>
            <w:tcW w:type="dxa" w:w="737"/>
            <w:vAlign w:val="center"/>
          </w:tcPr>
          <w:p>
            <w:pPr>
              <w:spacing w:after="0"/>
            </w:pPr>
            <w:r>
              <w:rPr>
                <w:rFonts w:ascii="Arial" w:hAnsi="Arial" w:eastAsia="Arial"/>
                <w:sz w:val="18"/>
              </w:rPr>
              <w:t>17</w:t>
            </w:r>
          </w:p>
        </w:tc>
        <w:tc>
          <w:tcPr>
            <w:tcW w:type="dxa" w:w="3628"/>
            <w:vAlign w:val="center"/>
          </w:tcPr>
          <w:p>
            <w:pPr>
              <w:spacing w:after="0"/>
            </w:pPr>
            <w:r>
              <w:rPr>
                <w:rFonts w:ascii="Arial" w:hAnsi="Arial" w:eastAsia="Arial"/>
                <w:sz w:val="18"/>
              </w:rPr>
              <w:t>307 000</w:t>
            </w:r>
          </w:p>
        </w:tc>
      </w:tr>
      <w:tr>
        <w:trPr>
          <w:cantSplit/>
        </w:trPr>
        <w:tc>
          <w:tcPr>
            <w:tcW w:type="dxa" w:w="737"/>
            <w:vAlign w:val="center"/>
          </w:tcPr>
          <w:p>
            <w:pPr>
              <w:spacing w:after="0"/>
            </w:pPr>
            <w:r>
              <w:rPr>
                <w:rFonts w:ascii="Arial" w:hAnsi="Arial" w:eastAsia="Arial"/>
                <w:sz w:val="18"/>
              </w:rPr>
              <w:t>3</w:t>
            </w:r>
          </w:p>
        </w:tc>
        <w:tc>
          <w:tcPr>
            <w:tcW w:type="dxa" w:w="3628"/>
            <w:vAlign w:val="center"/>
          </w:tcPr>
          <w:p>
            <w:pPr>
              <w:spacing w:after="0"/>
            </w:pPr>
            <w:r>
              <w:rPr>
                <w:rFonts w:ascii="Arial" w:hAnsi="Arial" w:eastAsia="Arial"/>
                <w:sz w:val="18"/>
              </w:rPr>
              <w:t>400 000</w:t>
            </w:r>
          </w:p>
        </w:tc>
        <w:tc>
          <w:tcPr>
            <w:tcW w:type="dxa" w:w="737"/>
            <w:vAlign w:val="center"/>
          </w:tcPr>
          <w:p>
            <w:pPr>
              <w:spacing w:after="0"/>
            </w:pPr>
            <w:r>
              <w:rPr>
                <w:rFonts w:ascii="Arial" w:hAnsi="Arial" w:eastAsia="Arial"/>
                <w:sz w:val="18"/>
              </w:rPr>
              <w:t>18</w:t>
            </w:r>
          </w:p>
        </w:tc>
        <w:tc>
          <w:tcPr>
            <w:tcW w:type="dxa" w:w="3628"/>
            <w:vAlign w:val="center"/>
          </w:tcPr>
          <w:p>
            <w:pPr>
              <w:spacing w:after="0"/>
            </w:pPr>
            <w:r>
              <w:rPr>
                <w:rFonts w:ascii="Arial" w:hAnsi="Arial" w:eastAsia="Arial"/>
                <w:sz w:val="18"/>
              </w:rPr>
              <w:t>62 000</w:t>
            </w:r>
          </w:p>
        </w:tc>
      </w:tr>
      <w:tr>
        <w:trPr>
          <w:cantSplit/>
        </w:trPr>
        <w:tc>
          <w:tcPr>
            <w:tcW w:type="dxa" w:w="737"/>
            <w:vAlign w:val="center"/>
          </w:tcPr>
          <w:p>
            <w:pPr>
              <w:spacing w:after="0"/>
            </w:pPr>
            <w:r>
              <w:rPr>
                <w:rFonts w:ascii="Arial" w:hAnsi="Arial" w:eastAsia="Arial"/>
                <w:sz w:val="18"/>
              </w:rPr>
              <w:t>4</w:t>
            </w:r>
          </w:p>
        </w:tc>
        <w:tc>
          <w:tcPr>
            <w:tcW w:type="dxa" w:w="3628"/>
            <w:vAlign w:val="center"/>
          </w:tcPr>
          <w:p>
            <w:pPr>
              <w:spacing w:after="0"/>
            </w:pPr>
            <w:r>
              <w:rPr>
                <w:rFonts w:ascii="Arial" w:hAnsi="Arial" w:eastAsia="Arial"/>
                <w:sz w:val="18"/>
              </w:rPr>
              <w:t>5 307 246</w:t>
            </w:r>
          </w:p>
        </w:tc>
        <w:tc>
          <w:tcPr>
            <w:tcW w:type="dxa" w:w="737"/>
            <w:vAlign w:val="center"/>
          </w:tcPr>
          <w:p>
            <w:pPr>
              <w:spacing w:after="0"/>
            </w:pPr>
            <w:r>
              <w:rPr>
                <w:rFonts w:ascii="Arial" w:hAnsi="Arial" w:eastAsia="Arial"/>
                <w:sz w:val="18"/>
              </w:rPr>
              <w:t>19</w:t>
            </w:r>
          </w:p>
        </w:tc>
        <w:tc>
          <w:tcPr>
            <w:tcW w:type="dxa" w:w="3628"/>
            <w:vAlign w:val="center"/>
          </w:tcPr>
          <w:p>
            <w:pPr>
              <w:spacing w:after="0"/>
            </w:pPr>
            <w:r>
              <w:rPr>
                <w:rFonts w:ascii="Arial" w:hAnsi="Arial" w:eastAsia="Arial"/>
                <w:sz w:val="18"/>
              </w:rPr>
              <w:t>14</w:t>
            </w:r>
          </w:p>
        </w:tc>
      </w:tr>
      <w:tr>
        <w:trPr>
          <w:cantSplit/>
        </w:trPr>
        <w:tc>
          <w:tcPr>
            <w:tcW w:type="dxa" w:w="737"/>
            <w:vAlign w:val="center"/>
          </w:tcPr>
          <w:p>
            <w:pPr>
              <w:spacing w:after="0"/>
            </w:pPr>
            <w:r>
              <w:rPr>
                <w:rFonts w:ascii="Arial" w:hAnsi="Arial" w:eastAsia="Arial"/>
                <w:sz w:val="18"/>
              </w:rPr>
              <w:t>5</w:t>
            </w:r>
          </w:p>
        </w:tc>
        <w:tc>
          <w:tcPr>
            <w:tcW w:type="dxa" w:w="3628"/>
            <w:vAlign w:val="center"/>
          </w:tcPr>
          <w:p>
            <w:pPr>
              <w:spacing w:after="0"/>
            </w:pPr>
            <w:r>
              <w:rPr>
                <w:rFonts w:ascii="Arial" w:hAnsi="Arial" w:eastAsia="Arial"/>
                <w:sz w:val="18"/>
              </w:rPr>
              <w:t>840 509</w:t>
            </w:r>
          </w:p>
        </w:tc>
        <w:tc>
          <w:tcPr>
            <w:tcW w:type="dxa" w:w="737"/>
            <w:vAlign w:val="center"/>
          </w:tcPr>
          <w:p>
            <w:pPr>
              <w:spacing w:after="0"/>
            </w:pPr>
            <w:r>
              <w:rPr>
                <w:rFonts w:ascii="Arial" w:hAnsi="Arial" w:eastAsia="Arial"/>
                <w:sz w:val="18"/>
              </w:rPr>
              <w:t>20</w:t>
            </w:r>
          </w:p>
        </w:tc>
        <w:tc>
          <w:tcPr>
            <w:tcW w:type="dxa" w:w="3628"/>
            <w:vAlign w:val="center"/>
          </w:tcPr>
          <w:p>
            <w:pPr>
              <w:spacing w:after="0"/>
            </w:pPr>
            <w:r>
              <w:rPr>
                <w:rFonts w:ascii="Arial" w:hAnsi="Arial" w:eastAsia="Arial"/>
                <w:sz w:val="18"/>
              </w:rPr>
              <w:t>562 314</w:t>
            </w:r>
          </w:p>
        </w:tc>
      </w:tr>
      <w:tr>
        <w:trPr>
          <w:cantSplit/>
        </w:trPr>
        <w:tc>
          <w:tcPr>
            <w:tcW w:type="dxa" w:w="737"/>
            <w:vAlign w:val="center"/>
          </w:tcPr>
          <w:p>
            <w:pPr>
              <w:spacing w:after="0"/>
            </w:pPr>
            <w:r>
              <w:rPr>
                <w:rFonts w:ascii="Arial" w:hAnsi="Arial" w:eastAsia="Arial"/>
                <w:sz w:val="18"/>
              </w:rPr>
              <w:t>6</w:t>
            </w:r>
          </w:p>
        </w:tc>
        <w:tc>
          <w:tcPr>
            <w:tcW w:type="dxa" w:w="3628"/>
            <w:vAlign w:val="center"/>
          </w:tcPr>
          <w:p>
            <w:pPr>
              <w:spacing w:after="0"/>
            </w:pPr>
            <w:r>
              <w:rPr>
                <w:rFonts w:ascii="Arial" w:hAnsi="Arial" w:eastAsia="Arial"/>
                <w:sz w:val="18"/>
              </w:rPr>
              <w:t>4 000 000 + 300 000 + 6 000 + 100 + 20 + 5</w:t>
            </w:r>
          </w:p>
        </w:tc>
        <w:tc>
          <w:tcPr>
            <w:tcW w:type="dxa" w:w="737"/>
            <w:vAlign w:val="center"/>
          </w:tcPr>
          <w:p>
            <w:pPr>
              <w:spacing w:after="0"/>
            </w:pPr>
            <w:r>
              <w:rPr>
                <w:rFonts w:ascii="Arial" w:hAnsi="Arial" w:eastAsia="Arial"/>
                <w:sz w:val="18"/>
              </w:rPr>
              <w:t>21</w:t>
            </w:r>
          </w:p>
        </w:tc>
        <w:tc>
          <w:tcPr>
            <w:tcW w:type="dxa" w:w="3628"/>
            <w:vAlign w:val="center"/>
          </w:tcPr>
          <w:p>
            <w:pPr>
              <w:spacing w:after="0"/>
            </w:pPr>
            <w:r>
              <w:rPr>
                <w:rFonts w:ascii="Arial" w:hAnsi="Arial" w:eastAsia="Arial"/>
                <w:sz w:val="18"/>
              </w:rPr>
              <w:t>200 000</w:t>
            </w:r>
          </w:p>
        </w:tc>
      </w:tr>
      <w:tr>
        <w:trPr>
          <w:cantSplit/>
        </w:trPr>
        <w:tc>
          <w:tcPr>
            <w:tcW w:type="dxa" w:w="737"/>
            <w:vAlign w:val="center"/>
          </w:tcPr>
          <w:p>
            <w:pPr>
              <w:spacing w:after="0"/>
            </w:pPr>
            <w:r>
              <w:rPr>
                <w:rFonts w:ascii="Arial" w:hAnsi="Arial" w:eastAsia="Arial"/>
                <w:sz w:val="18"/>
              </w:rPr>
              <w:t>7</w:t>
            </w:r>
          </w:p>
        </w:tc>
        <w:tc>
          <w:tcPr>
            <w:tcW w:type="dxa" w:w="3628"/>
            <w:vAlign w:val="center"/>
          </w:tcPr>
          <w:p>
            <w:pPr>
              <w:spacing w:after="0"/>
            </w:pPr>
            <w:r>
              <w:rPr>
                <w:rFonts w:ascii="Arial" w:hAnsi="Arial" w:eastAsia="Arial"/>
                <w:sz w:val="18"/>
              </w:rPr>
              <w:t>900 000 + 7 000 + 40</w:t>
            </w:r>
          </w:p>
        </w:tc>
        <w:tc>
          <w:tcPr>
            <w:tcW w:type="dxa" w:w="737"/>
            <w:vAlign w:val="center"/>
          </w:tcPr>
          <w:p>
            <w:pPr>
              <w:spacing w:after="0"/>
            </w:pPr>
            <w:r>
              <w:rPr>
                <w:rFonts w:ascii="Arial" w:hAnsi="Arial" w:eastAsia="Arial"/>
                <w:sz w:val="18"/>
              </w:rPr>
              <w:t>22</w:t>
            </w:r>
          </w:p>
        </w:tc>
        <w:tc>
          <w:tcPr>
            <w:tcW w:type="dxa" w:w="3628"/>
            <w:vAlign w:val="center"/>
          </w:tcPr>
          <w:p>
            <w:pPr>
              <w:spacing w:after="0"/>
            </w:pPr>
            <w:r>
              <w:rPr>
                <w:rFonts w:ascii="Arial" w:hAnsi="Arial" w:eastAsia="Arial"/>
                <w:sz w:val="18"/>
              </w:rPr>
              <w:t>7 600 000</w:t>
            </w:r>
          </w:p>
        </w:tc>
      </w:tr>
      <w:tr>
        <w:trPr>
          <w:cantSplit/>
        </w:trPr>
        <w:tc>
          <w:tcPr>
            <w:tcW w:type="dxa" w:w="737"/>
            <w:vAlign w:val="center"/>
          </w:tcPr>
          <w:p>
            <w:pPr>
              <w:spacing w:after="0"/>
            </w:pPr>
            <w:r>
              <w:rPr>
                <w:rFonts w:ascii="Arial" w:hAnsi="Arial" w:eastAsia="Arial"/>
                <w:sz w:val="18"/>
              </w:rPr>
              <w:t>8</w:t>
            </w:r>
          </w:p>
        </w:tc>
        <w:tc>
          <w:tcPr>
            <w:tcW w:type="dxa" w:w="3628"/>
            <w:vAlign w:val="center"/>
          </w:tcPr>
          <w:p>
            <w:pPr>
              <w:spacing w:after="0"/>
            </w:pPr>
            <w:r>
              <w:rPr>
                <w:rFonts w:ascii="Arial" w:hAnsi="Arial" w:eastAsia="Arial"/>
                <w:sz w:val="18"/>
              </w:rPr>
              <w:t>5 490 678</w:t>
            </w:r>
          </w:p>
        </w:tc>
        <w:tc>
          <w:tcPr>
            <w:tcW w:type="dxa" w:w="737"/>
            <w:vAlign w:val="center"/>
          </w:tcPr>
          <w:p>
            <w:pPr>
              <w:spacing w:after="0"/>
            </w:pPr>
            <w:r>
              <w:rPr>
                <w:rFonts w:ascii="Arial" w:hAnsi="Arial" w:eastAsia="Arial"/>
                <w:sz w:val="18"/>
              </w:rPr>
              <w:t>23</w:t>
            </w:r>
          </w:p>
        </w:tc>
        <w:tc>
          <w:tcPr>
            <w:tcW w:type="dxa" w:w="3628"/>
            <w:vAlign w:val="center"/>
          </w:tcPr>
          <w:p>
            <w:pPr>
              <w:spacing w:after="0"/>
            </w:pPr>
            <w:r>
              <w:rPr>
                <w:rFonts w:ascii="Arial" w:hAnsi="Arial" w:eastAsia="Arial"/>
                <w:sz w:val="18"/>
              </w:rPr>
              <w:t>2 chữ số 0</w:t>
            </w:r>
          </w:p>
        </w:tc>
      </w:tr>
      <w:tr>
        <w:trPr>
          <w:cantSplit/>
        </w:trPr>
        <w:tc>
          <w:tcPr>
            <w:tcW w:type="dxa" w:w="737"/>
            <w:vAlign w:val="center"/>
          </w:tcPr>
          <w:p>
            <w:pPr>
              <w:spacing w:after="0"/>
            </w:pPr>
            <w:r>
              <w:rPr>
                <w:rFonts w:ascii="Arial" w:hAnsi="Arial" w:eastAsia="Arial"/>
                <w:sz w:val="18"/>
              </w:rPr>
              <w:t>9</w:t>
            </w:r>
          </w:p>
        </w:tc>
        <w:tc>
          <w:tcPr>
            <w:tcW w:type="dxa" w:w="3628"/>
            <w:vAlign w:val="center"/>
          </w:tcPr>
          <w:p>
            <w:pPr>
              <w:spacing w:after="0"/>
            </w:pPr>
            <w:r>
              <w:rPr>
                <w:rFonts w:ascii="Arial" w:hAnsi="Arial" w:eastAsia="Arial"/>
                <w:sz w:val="18"/>
              </w:rPr>
              <w:t>605 019; 605 109; 650 019; 650 109</w:t>
            </w:r>
          </w:p>
        </w:tc>
        <w:tc>
          <w:tcPr>
            <w:tcW w:type="dxa" w:w="737"/>
            <w:vAlign w:val="center"/>
          </w:tcPr>
          <w:p>
            <w:pPr>
              <w:spacing w:after="0"/>
            </w:pPr>
            <w:r>
              <w:rPr>
                <w:rFonts w:ascii="Arial" w:hAnsi="Arial" w:eastAsia="Arial"/>
                <w:sz w:val="18"/>
              </w:rPr>
              <w:t>24</w:t>
            </w:r>
          </w:p>
        </w:tc>
        <w:tc>
          <w:tcPr>
            <w:tcW w:type="dxa" w:w="3628"/>
            <w:vAlign w:val="center"/>
          </w:tcPr>
          <w:p>
            <w:pPr>
              <w:spacing w:after="0"/>
            </w:pPr>
            <w:r>
              <w:rPr>
                <w:rFonts w:ascii="Arial" w:hAnsi="Arial" w:eastAsia="Arial"/>
                <w:sz w:val="18"/>
              </w:rPr>
              <w:t>91 000</w:t>
            </w:r>
          </w:p>
        </w:tc>
      </w:tr>
      <w:tr>
        <w:trPr>
          <w:cantSplit/>
        </w:trPr>
        <w:tc>
          <w:tcPr>
            <w:tcW w:type="dxa" w:w="737"/>
            <w:vAlign w:val="center"/>
          </w:tcPr>
          <w:p>
            <w:pPr>
              <w:spacing w:after="0"/>
            </w:pPr>
            <w:r>
              <w:rPr>
                <w:rFonts w:ascii="Arial" w:hAnsi="Arial" w:eastAsia="Arial"/>
                <w:sz w:val="18"/>
              </w:rPr>
              <w:t>10</w:t>
            </w:r>
          </w:p>
        </w:tc>
        <w:tc>
          <w:tcPr>
            <w:tcW w:type="dxa" w:w="3628"/>
            <w:vAlign w:val="center"/>
          </w:tcPr>
          <w:p>
            <w:pPr>
              <w:spacing w:after="0"/>
            </w:pPr>
            <w:r>
              <w:rPr>
                <w:rFonts w:ascii="Arial" w:hAnsi="Arial" w:eastAsia="Arial"/>
                <w:sz w:val="18"/>
              </w:rPr>
              <w:t>999 998 và 1 000 000</w:t>
            </w:r>
          </w:p>
        </w:tc>
        <w:tc>
          <w:tcPr>
            <w:tcW w:type="dxa" w:w="737"/>
            <w:vAlign w:val="center"/>
          </w:tcPr>
          <w:p>
            <w:pPr>
              <w:spacing w:after="0"/>
            </w:pPr>
            <w:r>
              <w:rPr>
                <w:rFonts w:ascii="Arial" w:hAnsi="Arial" w:eastAsia="Arial"/>
                <w:sz w:val="18"/>
              </w:rPr>
              <w:t>25</w:t>
            </w:r>
          </w:p>
        </w:tc>
        <w:tc>
          <w:tcPr>
            <w:tcW w:type="dxa" w:w="3628"/>
            <w:vAlign w:val="center"/>
          </w:tcPr>
          <w:p>
            <w:pPr>
              <w:spacing w:after="0"/>
            </w:pPr>
            <w:r>
              <w:rPr>
                <w:rFonts w:ascii="Arial" w:hAnsi="Arial" w:eastAsia="Arial"/>
                <w:sz w:val="18"/>
              </w:rPr>
              <w:t>10 009</w:t>
            </w:r>
          </w:p>
        </w:tc>
      </w:tr>
      <w:tr>
        <w:trPr>
          <w:cantSplit/>
        </w:trPr>
        <w:tc>
          <w:tcPr>
            <w:tcW w:type="dxa" w:w="737"/>
            <w:vAlign w:val="center"/>
          </w:tcPr>
          <w:p>
            <w:pPr>
              <w:spacing w:after="0"/>
            </w:pPr>
            <w:r>
              <w:rPr>
                <w:rFonts w:ascii="Arial" w:hAnsi="Arial" w:eastAsia="Arial"/>
                <w:sz w:val="18"/>
              </w:rPr>
              <w:t>11</w:t>
            </w:r>
          </w:p>
        </w:tc>
        <w:tc>
          <w:tcPr>
            <w:tcW w:type="dxa" w:w="3628"/>
            <w:vAlign w:val="center"/>
          </w:tcPr>
          <w:p>
            <w:pPr>
              <w:spacing w:after="0"/>
            </w:pPr>
            <w:r>
              <w:rPr>
                <w:rFonts w:ascii="Arial" w:hAnsi="Arial" w:eastAsia="Arial"/>
                <w:sz w:val="18"/>
              </w:rPr>
              <w:t>9 752</w:t>
            </w:r>
          </w:p>
        </w:tc>
        <w:tc>
          <w:tcPr>
            <w:tcW w:type="dxa" w:w="737"/>
            <w:vAlign w:val="center"/>
          </w:tcPr>
          <w:p>
            <w:pPr>
              <w:spacing w:after="0"/>
            </w:pPr>
            <w:r>
              <w:rPr>
                <w:rFonts w:ascii="Arial" w:hAnsi="Arial" w:eastAsia="Arial"/>
                <w:sz w:val="18"/>
              </w:rPr>
              <w:t>26</w:t>
            </w:r>
          </w:p>
        </w:tc>
        <w:tc>
          <w:tcPr>
            <w:tcW w:type="dxa" w:w="3628"/>
            <w:vAlign w:val="center"/>
          </w:tcPr>
          <w:p>
            <w:pPr>
              <w:spacing w:after="0"/>
            </w:pPr>
            <w:r>
              <w:rPr>
                <w:rFonts w:ascii="Arial" w:hAnsi="Arial" w:eastAsia="Arial"/>
                <w:sz w:val="18"/>
              </w:rPr>
              <w:t>46 300</w:t>
            </w:r>
          </w:p>
        </w:tc>
      </w:tr>
      <w:tr>
        <w:trPr>
          <w:cantSplit/>
        </w:trPr>
        <w:tc>
          <w:tcPr>
            <w:tcW w:type="dxa" w:w="737"/>
            <w:vAlign w:val="center"/>
          </w:tcPr>
          <w:p>
            <w:pPr>
              <w:spacing w:after="0"/>
            </w:pPr>
            <w:r>
              <w:rPr>
                <w:rFonts w:ascii="Arial" w:hAnsi="Arial" w:eastAsia="Arial"/>
                <w:sz w:val="18"/>
              </w:rPr>
              <w:t>12</w:t>
            </w:r>
          </w:p>
        </w:tc>
        <w:tc>
          <w:tcPr>
            <w:tcW w:type="dxa" w:w="3628"/>
            <w:vAlign w:val="center"/>
          </w:tcPr>
          <w:p>
            <w:pPr>
              <w:spacing w:after="0"/>
            </w:pPr>
            <w:r>
              <w:rPr>
                <w:rFonts w:ascii="Arial" w:hAnsi="Arial" w:eastAsia="Arial"/>
                <w:sz w:val="18"/>
              </w:rPr>
              <w:t>3 068</w:t>
            </w:r>
          </w:p>
        </w:tc>
        <w:tc>
          <w:tcPr>
            <w:tcW w:type="dxa" w:w="737"/>
            <w:vAlign w:val="center"/>
          </w:tcPr>
          <w:p>
            <w:pPr>
              <w:spacing w:after="0"/>
            </w:pPr>
            <w:r>
              <w:rPr>
                <w:rFonts w:ascii="Arial" w:hAnsi="Arial" w:eastAsia="Arial"/>
                <w:sz w:val="18"/>
              </w:rPr>
              <w:t>27</w:t>
            </w:r>
          </w:p>
        </w:tc>
        <w:tc>
          <w:tcPr>
            <w:tcW w:type="dxa" w:w="3628"/>
            <w:vAlign w:val="center"/>
          </w:tcPr>
          <w:p>
            <w:pPr>
              <w:spacing w:after="0"/>
            </w:pPr>
            <w:r>
              <w:rPr>
                <w:rFonts w:ascii="Arial" w:hAnsi="Arial" w:eastAsia="Arial"/>
                <w:sz w:val="18"/>
              </w:rPr>
              <w:t>125 307</w:t>
            </w:r>
          </w:p>
        </w:tc>
      </w:tr>
      <w:tr>
        <w:trPr>
          <w:cantSplit/>
        </w:trPr>
        <w:tc>
          <w:tcPr>
            <w:tcW w:type="dxa" w:w="737"/>
            <w:vAlign w:val="center"/>
          </w:tcPr>
          <w:p>
            <w:pPr>
              <w:spacing w:after="0"/>
            </w:pPr>
            <w:r>
              <w:rPr>
                <w:rFonts w:ascii="Arial" w:hAnsi="Arial" w:eastAsia="Arial"/>
                <w:sz w:val="18"/>
              </w:rPr>
              <w:t>13</w:t>
            </w:r>
          </w:p>
        </w:tc>
        <w:tc>
          <w:tcPr>
            <w:tcW w:type="dxa" w:w="3628"/>
            <w:vAlign w:val="center"/>
          </w:tcPr>
          <w:p>
            <w:pPr>
              <w:spacing w:after="0"/>
            </w:pPr>
            <w:r>
              <w:rPr>
                <w:rFonts w:ascii="Arial" w:hAnsi="Arial" w:eastAsia="Arial"/>
                <w:sz w:val="18"/>
              </w:rPr>
              <w:t>8 412</w:t>
            </w:r>
          </w:p>
        </w:tc>
        <w:tc>
          <w:tcPr>
            <w:tcW w:type="dxa" w:w="737"/>
            <w:vAlign w:val="center"/>
          </w:tcPr>
          <w:p>
            <w:pPr>
              <w:spacing w:after="0"/>
            </w:pPr>
            <w:r>
              <w:rPr>
                <w:rFonts w:ascii="Arial" w:hAnsi="Arial" w:eastAsia="Arial"/>
                <w:sz w:val="18"/>
              </w:rPr>
              <w:t>28</w:t>
            </w:r>
          </w:p>
        </w:tc>
        <w:tc>
          <w:tcPr>
            <w:tcW w:type="dxa" w:w="3628"/>
            <w:vAlign w:val="center"/>
          </w:tcPr>
          <w:p>
            <w:pPr>
              <w:spacing w:after="0"/>
            </w:pPr>
            <w:r>
              <w:rPr>
                <w:rFonts w:ascii="Arial" w:hAnsi="Arial" w:eastAsia="Arial"/>
                <w:sz w:val="18"/>
              </w:rPr>
              <w:t>Chín trăm linh tám nghìn không trăm bảy mươi</w:t>
            </w:r>
          </w:p>
        </w:tc>
      </w:tr>
      <w:tr>
        <w:trPr>
          <w:cantSplit/>
        </w:trPr>
        <w:tc>
          <w:tcPr>
            <w:tcW w:type="dxa" w:w="737"/>
            <w:vAlign w:val="center"/>
          </w:tcPr>
          <w:p>
            <w:pPr>
              <w:spacing w:after="0"/>
            </w:pPr>
            <w:r>
              <w:rPr>
                <w:rFonts w:ascii="Arial" w:hAnsi="Arial" w:eastAsia="Arial"/>
                <w:sz w:val="18"/>
              </w:rPr>
              <w:t>14</w:t>
            </w:r>
          </w:p>
        </w:tc>
        <w:tc>
          <w:tcPr>
            <w:tcW w:type="dxa" w:w="3628"/>
            <w:vAlign w:val="center"/>
          </w:tcPr>
          <w:p>
            <w:pPr>
              <w:spacing w:after="0"/>
            </w:pPr>
            <w:r>
              <w:rPr>
                <w:rFonts w:ascii="Arial" w:hAnsi="Arial" w:eastAsia="Arial"/>
                <w:sz w:val="18"/>
              </w:rPr>
              <w:t>5 079</w:t>
            </w:r>
          </w:p>
        </w:tc>
        <w:tc>
          <w:tcPr>
            <w:tcW w:type="dxa" w:w="737"/>
            <w:vAlign w:val="center"/>
          </w:tcPr>
          <w:p>
            <w:pPr>
              <w:spacing w:after="0"/>
            </w:pPr>
            <w:r>
              <w:rPr>
                <w:rFonts w:ascii="Arial" w:hAnsi="Arial" w:eastAsia="Arial"/>
                <w:sz w:val="18"/>
              </w:rPr>
              <w:t>29</w:t>
            </w:r>
          </w:p>
        </w:tc>
        <w:tc>
          <w:tcPr>
            <w:tcW w:type="dxa" w:w="3628"/>
            <w:vAlign w:val="center"/>
          </w:tcPr>
          <w:p>
            <w:pPr>
              <w:spacing w:after="0"/>
            </w:pPr>
            <w:r>
              <w:rPr>
                <w:rFonts w:ascii="Arial" w:hAnsi="Arial" w:eastAsia="Arial"/>
                <w:sz w:val="18"/>
              </w:rPr>
              <w:t>2 005 312</w:t>
            </w:r>
          </w:p>
        </w:tc>
      </w:tr>
      <w:tr>
        <w:trPr>
          <w:cantSplit/>
        </w:trPr>
        <w:tc>
          <w:tcPr>
            <w:tcW w:type="dxa" w:w="737"/>
            <w:vAlign w:val="center"/>
          </w:tcPr>
          <w:p>
            <w:pPr>
              <w:spacing w:after="0"/>
            </w:pPr>
            <w:r>
              <w:rPr>
                <w:rFonts w:ascii="Arial" w:hAnsi="Arial" w:eastAsia="Arial"/>
                <w:sz w:val="18"/>
              </w:rPr>
              <w:t>15</w:t>
            </w:r>
          </w:p>
        </w:tc>
        <w:tc>
          <w:tcPr>
            <w:tcW w:type="dxa" w:w="3628"/>
            <w:vAlign w:val="center"/>
          </w:tcPr>
          <w:p>
            <w:pPr>
              <w:spacing w:after="0"/>
            </w:pPr>
            <w:r>
              <w:rPr>
                <w:rFonts w:ascii="Arial" w:hAnsi="Arial" w:eastAsia="Arial"/>
                <w:sz w:val="18"/>
              </w:rPr>
              <w:t>420 759</w:t>
            </w:r>
          </w:p>
        </w:tc>
        <w:tc>
          <w:tcPr>
            <w:tcW w:type="dxa" w:w="737"/>
            <w:vAlign w:val="center"/>
          </w:tcPr>
          <w:p>
            <w:pPr>
              <w:spacing w:after="0"/>
            </w:pPr>
            <w:r>
              <w:rPr>
                <w:rFonts w:ascii="Arial" w:hAnsi="Arial" w:eastAsia="Arial"/>
                <w:sz w:val="18"/>
              </w:rPr>
              <w:t>30</w:t>
            </w:r>
          </w:p>
        </w:tc>
        <w:tc>
          <w:tcPr>
            <w:tcW w:type="dxa" w:w="3628"/>
            <w:vAlign w:val="center"/>
          </w:tcPr>
          <w:p>
            <w:pPr>
              <w:spacing w:after="0"/>
            </w:pPr>
            <w:r>
              <w:rPr>
                <w:rFonts w:ascii="Arial" w:hAnsi="Arial" w:eastAsia="Arial"/>
                <w:sz w:val="18"/>
              </w:rPr>
              <w:t>825 430</w:t>
            </w:r>
          </w:p>
        </w:tc>
      </w:tr>
    </w:tbl>
    <w:sectPr w:rsidR="00FC693F" w:rsidRPr="0006063C" w:rsidSect="00034616">
      <w:pgSz w:w="12240" w:h="15840"/>
      <w:pgMar w:top="879" w:right="1020" w:bottom="879"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