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30 BÀI TẬP ĐỔI ĐƠN VỊ ĐỘ DÀI NÂNG CAO LỚP 4</w:t>
      </w:r>
    </w:p>
    <w:p>
      <w:pPr>
        <w:jc w:val="center"/>
      </w:pPr>
      <w:r>
        <w:rPr>
          <w:i/>
        </w:rPr>
        <w:t>mm - cm - dm - m - km; đổi đơn vị, tính toán, so sánh và bài toán</w:t>
      </w:r>
    </w:p>
    <w:p>
      <w:pPr>
        <w:jc w:val="center"/>
      </w:pPr>
      <w:r>
        <w:t>ToanCap1.com - Toán tiểu học</w:t>
      </w:r>
    </w:p>
    <w:p>
      <w:r>
        <w:t>Trước khi cộng, trừ hoặc so sánh, đưa các số đo về cùng một đơn vị. Với bài có hai đơn vị, có thể đổi toàn bộ về đơn vị nhỏ hơn để tính rồi đổi lại.</w:t>
      </w:r>
    </w:p>
    <w:p>
      <w:pPr>
        <w:pStyle w:val="Heading1"/>
      </w:pPr>
      <w:r>
        <w:t>Phần 1. Đổi đơn vị</w:t>
      </w:r>
    </w:p>
    <w:p>
      <w:pPr>
        <w:keepNext/>
        <w:spacing w:after="40"/>
      </w:pPr>
      <w:r>
        <w:rPr>
          <w:b/>
        </w:rPr>
        <w:t xml:space="preserve">Câu 1. </w:t>
      </w:r>
      <w:r>
        <w:t>Đổi 85 cm ra mm.</w:t>
      </w:r>
    </w:p>
    <w:p>
      <w:pPr>
        <w:spacing w:after="80"/>
        <w:ind w:left="283"/>
      </w:pPr>
      <w:r>
        <w:t>Đáp số: ........................................................</w:t>
      </w:r>
    </w:p>
    <w:p>
      <w:pPr>
        <w:keepNext/>
        <w:spacing w:after="40"/>
      </w:pPr>
      <w:r>
        <w:rPr>
          <w:b/>
        </w:rPr>
        <w:t xml:space="preserve">Câu 2. </w:t>
      </w:r>
      <w:r>
        <w:t>Đổi 7 dm 4 cm ra cm.</w:t>
      </w:r>
    </w:p>
    <w:p>
      <w:pPr>
        <w:spacing w:after="80"/>
        <w:ind w:left="283"/>
      </w:pPr>
      <w:r>
        <w:t>Đáp số: ........................................................</w:t>
      </w:r>
    </w:p>
    <w:p>
      <w:pPr>
        <w:keepNext/>
        <w:spacing w:after="40"/>
      </w:pPr>
      <w:r>
        <w:rPr>
          <w:b/>
        </w:rPr>
        <w:t xml:space="preserve">Câu 3. </w:t>
      </w:r>
      <w:r>
        <w:t>Đổi 3 m 25 cm ra cm.</w:t>
      </w:r>
    </w:p>
    <w:p>
      <w:pPr>
        <w:spacing w:after="80"/>
        <w:ind w:left="283"/>
      </w:pPr>
      <w:r>
        <w:t>Đáp số: ........................................................</w:t>
      </w:r>
    </w:p>
    <w:p>
      <w:pPr>
        <w:keepNext/>
        <w:spacing w:after="40"/>
      </w:pPr>
      <w:r>
        <w:rPr>
          <w:b/>
        </w:rPr>
        <w:t xml:space="preserve">Câu 4. </w:t>
      </w:r>
      <w:r>
        <w:t>Đổi 4 km 350 m ra m.</w:t>
      </w:r>
    </w:p>
    <w:p>
      <w:pPr>
        <w:spacing w:after="80"/>
        <w:ind w:left="283"/>
      </w:pPr>
      <w:r>
        <w:t>Đáp số: ........................................................</w:t>
      </w:r>
    </w:p>
    <w:p>
      <w:pPr>
        <w:keepNext/>
        <w:spacing w:after="40"/>
      </w:pPr>
      <w:r>
        <w:rPr>
          <w:b/>
        </w:rPr>
        <w:t xml:space="preserve">Câu 5. </w:t>
      </w:r>
      <w:r>
        <w:t>Đổi 7 500 m ra km và m.</w:t>
      </w:r>
    </w:p>
    <w:p>
      <w:pPr>
        <w:spacing w:after="80"/>
        <w:ind w:left="283"/>
      </w:pPr>
      <w:r>
        <w:t>Đáp số: ........................................................</w:t>
      </w:r>
    </w:p>
    <w:p>
      <w:pPr>
        <w:keepNext/>
        <w:spacing w:after="40"/>
      </w:pPr>
      <w:r>
        <w:rPr>
          <w:b/>
        </w:rPr>
        <w:t xml:space="preserve">Câu 6. </w:t>
      </w:r>
      <w:r>
        <w:t>Đổi 6 240 cm ra m và cm.</w:t>
      </w:r>
    </w:p>
    <w:p>
      <w:pPr>
        <w:spacing w:after="80"/>
        <w:ind w:left="283"/>
      </w:pPr>
      <w:r>
        <w:t>Đáp số: ........................................................</w:t>
      </w:r>
    </w:p>
    <w:p>
      <w:pPr>
        <w:keepNext/>
        <w:spacing w:after="40"/>
      </w:pPr>
      <w:r>
        <w:rPr>
          <w:b/>
        </w:rPr>
        <w:t xml:space="preserve">Câu 7. </w:t>
      </w:r>
      <w:r>
        <w:t>Đổi 3 600 mm ra m và mm.</w:t>
      </w:r>
    </w:p>
    <w:p>
      <w:pPr>
        <w:spacing w:after="80"/>
        <w:ind w:left="283"/>
      </w:pPr>
      <w:r>
        <w:t>Đáp số: ........................................................</w:t>
      </w:r>
    </w:p>
    <w:p>
      <w:pPr>
        <w:keepNext/>
        <w:spacing w:after="40"/>
      </w:pPr>
      <w:r>
        <w:rPr>
          <w:b/>
        </w:rPr>
        <w:t xml:space="preserve">Câu 8. </w:t>
      </w:r>
      <w:r>
        <w:t>Đổi 12 m 8 cm ra cm.</w:t>
      </w:r>
    </w:p>
    <w:p>
      <w:pPr>
        <w:spacing w:after="80"/>
        <w:ind w:left="283"/>
      </w:pPr>
      <w:r>
        <w:t>Đáp số: ........................................................</w:t>
      </w:r>
    </w:p>
    <w:p>
      <w:pPr>
        <w:keepNext/>
        <w:spacing w:after="40"/>
      </w:pPr>
      <w:r>
        <w:rPr>
          <w:b/>
        </w:rPr>
        <w:t xml:space="preserve">Câu 9. </w:t>
      </w:r>
      <w:r>
        <w:t>Đổi 2 km 75 m ra m.</w:t>
      </w:r>
    </w:p>
    <w:p>
      <w:pPr>
        <w:spacing w:after="80"/>
        <w:ind w:left="283"/>
      </w:pPr>
      <w:r>
        <w:t>Đáp số: ........................................................</w:t>
      </w:r>
    </w:p>
    <w:p>
      <w:pPr>
        <w:keepNext/>
        <w:spacing w:after="40"/>
      </w:pPr>
      <w:r>
        <w:rPr>
          <w:b/>
        </w:rPr>
        <w:t xml:space="preserve">Câu 10. </w:t>
      </w:r>
      <w:r>
        <w:t>Đổi 9 dm 6 mm ra mm.</w:t>
      </w:r>
    </w:p>
    <w:p>
      <w:pPr>
        <w:spacing w:after="80"/>
        <w:ind w:left="283"/>
      </w:pPr>
      <w:r>
        <w:t>Đáp số: ........................................................</w:t>
      </w:r>
    </w:p>
    <w:p>
      <w:pPr>
        <w:pStyle w:val="Heading1"/>
      </w:pPr>
      <w:r>
        <w:t>Phần 2. Tính và so sánh</w:t>
      </w:r>
    </w:p>
    <w:p>
      <w:pPr>
        <w:keepNext/>
        <w:spacing w:after="40"/>
      </w:pPr>
      <w:r>
        <w:rPr>
          <w:b/>
        </w:rPr>
        <w:t xml:space="preserve">Câu 11. </w:t>
      </w:r>
      <w:r>
        <w:t>Tính: 3 km 250 m + 1 km 875 m.</w:t>
      </w:r>
    </w:p>
    <w:p>
      <w:pPr>
        <w:spacing w:after="80"/>
        <w:ind w:left="283"/>
      </w:pPr>
      <w:r>
        <w:t>Đáp số: ........................................................</w:t>
      </w:r>
    </w:p>
    <w:p>
      <w:pPr>
        <w:keepNext/>
        <w:spacing w:after="40"/>
      </w:pPr>
      <w:r>
        <w:rPr>
          <w:b/>
        </w:rPr>
        <w:t xml:space="preserve">Câu 12. </w:t>
      </w:r>
      <w:r>
        <w:t>Tính: 8 m 45 cm + 3 m 80 cm.</w:t>
      </w:r>
    </w:p>
    <w:p>
      <w:pPr>
        <w:spacing w:after="80"/>
        <w:ind w:left="283"/>
      </w:pPr>
      <w:r>
        <w:t>Đáp số: ........................................................</w:t>
      </w:r>
    </w:p>
    <w:p>
      <w:pPr>
        <w:keepNext/>
        <w:spacing w:after="40"/>
      </w:pPr>
      <w:r>
        <w:rPr>
          <w:b/>
        </w:rPr>
        <w:t xml:space="preserve">Câu 13. </w:t>
      </w:r>
      <w:r>
        <w:t>Tính: 12 m - 4 m 65 cm.</w:t>
      </w:r>
    </w:p>
    <w:p>
      <w:pPr>
        <w:spacing w:after="80"/>
        <w:ind w:left="283"/>
      </w:pPr>
      <w:r>
        <w:t>Đáp số: ........................................................</w:t>
      </w:r>
    </w:p>
    <w:p>
      <w:pPr>
        <w:keepNext/>
        <w:spacing w:after="40"/>
      </w:pPr>
      <w:r>
        <w:rPr>
          <w:b/>
        </w:rPr>
        <w:t xml:space="preserve">Câu 14. </w:t>
      </w:r>
      <w:r>
        <w:t>Tính: 5 km - 2 km 650 m.</w:t>
      </w:r>
    </w:p>
    <w:p>
      <w:pPr>
        <w:spacing w:after="80"/>
        <w:ind w:left="283"/>
      </w:pPr>
      <w:r>
        <w:t>Đáp số: ........................................................</w:t>
      </w:r>
    </w:p>
    <w:p>
      <w:pPr>
        <w:keepNext/>
        <w:spacing w:after="40"/>
      </w:pPr>
      <w:r>
        <w:rPr>
          <w:b/>
        </w:rPr>
        <w:t xml:space="preserve">Câu 15. </w:t>
      </w:r>
      <w:r>
        <w:t>Tính: 7 dm 8 cm + 3 dm 5 cm.</w:t>
      </w:r>
    </w:p>
    <w:p>
      <w:pPr>
        <w:spacing w:after="80"/>
        <w:ind w:left="283"/>
      </w:pPr>
      <w:r>
        <w:t>Đáp số: ........................................................</w:t>
      </w:r>
    </w:p>
    <w:p>
      <w:pPr>
        <w:keepNext/>
        <w:spacing w:after="40"/>
      </w:pPr>
      <w:r>
        <w:rPr>
          <w:b/>
        </w:rPr>
        <w:t xml:space="preserve">Câu 16. </w:t>
      </w:r>
      <w:r>
        <w:t>So sánh: 4 m 8 cm __ 408 cm.</w:t>
      </w:r>
    </w:p>
    <w:p>
      <w:pPr>
        <w:spacing w:after="80"/>
        <w:ind w:left="283"/>
      </w:pPr>
      <w:r>
        <w:t>Đáp số: ........................................................</w:t>
      </w:r>
    </w:p>
    <w:p>
      <w:pPr>
        <w:keepNext/>
        <w:spacing w:after="40"/>
      </w:pPr>
      <w:r>
        <w:rPr>
          <w:b/>
        </w:rPr>
        <w:t xml:space="preserve">Câu 17. </w:t>
      </w:r>
      <w:r>
        <w:t>So sánh: 2 km 50 m __ 2 500 m.</w:t>
      </w:r>
    </w:p>
    <w:p>
      <w:pPr>
        <w:spacing w:after="80"/>
        <w:ind w:left="283"/>
      </w:pPr>
      <w:r>
        <w:t>Đáp số: ........................................................</w:t>
      </w:r>
    </w:p>
    <w:p>
      <w:pPr>
        <w:keepNext/>
        <w:spacing w:after="40"/>
      </w:pPr>
      <w:r>
        <w:rPr>
          <w:b/>
        </w:rPr>
        <w:t xml:space="preserve">Câu 18. </w:t>
      </w:r>
      <w:r>
        <w:t>So sánh: 75 dm __ 7 m 60 cm.</w:t>
      </w:r>
    </w:p>
    <w:p>
      <w:pPr>
        <w:spacing w:after="80"/>
        <w:ind w:left="283"/>
      </w:pPr>
      <w:r>
        <w:t>Đáp số: ........................................................</w:t>
      </w:r>
    </w:p>
    <w:p>
      <w:pPr>
        <w:keepNext/>
        <w:spacing w:after="40"/>
      </w:pPr>
      <w:r>
        <w:rPr>
          <w:b/>
        </w:rPr>
        <w:t xml:space="preserve">Câu 19. </w:t>
      </w:r>
      <w:r>
        <w:t>So sánh: 3 200 mm __ 3 m 2 cm.</w:t>
      </w:r>
    </w:p>
    <w:p>
      <w:pPr>
        <w:spacing w:after="80"/>
        <w:ind w:left="283"/>
      </w:pPr>
      <w:r>
        <w:t>Đáp số: ........................................................</w:t>
      </w:r>
    </w:p>
    <w:p>
      <w:pPr>
        <w:keepNext/>
        <w:spacing w:after="40"/>
      </w:pPr>
      <w:r>
        <w:rPr>
          <w:b/>
        </w:rPr>
        <w:t xml:space="preserve">Câu 20. </w:t>
      </w:r>
      <w:r>
        <w:t>So sánh: 6 km 90 m __ 6 090 m.</w:t>
      </w:r>
    </w:p>
    <w:p>
      <w:pPr>
        <w:spacing w:after="80"/>
        <w:ind w:left="283"/>
      </w:pPr>
      <w:r>
        <w:t>Đáp số: ........................................................</w:t>
      </w:r>
    </w:p>
    <w:p>
      <w:pPr>
        <w:pStyle w:val="Heading1"/>
      </w:pPr>
      <w:r>
        <w:t>Phần 3. Bài toán vận dụng</w:t>
      </w:r>
    </w:p>
    <w:p>
      <w:pPr>
        <w:keepNext/>
        <w:spacing w:after="40"/>
      </w:pPr>
      <w:r>
        <w:rPr>
          <w:b/>
        </w:rPr>
        <w:t xml:space="preserve">Câu 21. </w:t>
      </w:r>
      <w:r>
        <w:t>Cắt 12 m dây thành các đoạn 75 cm. Cắt được bao nhiêu đoạn?</w:t>
      </w:r>
    </w:p>
    <w:p>
      <w:pPr>
        <w:spacing w:after="80"/>
        <w:ind w:left="283"/>
      </w:pPr>
      <w:r>
        <w:t>Đáp số: ........................................................</w:t>
      </w:r>
    </w:p>
    <w:p>
      <w:pPr>
        <w:keepNext/>
        <w:spacing w:after="40"/>
      </w:pPr>
      <w:r>
        <w:rPr>
          <w:b/>
        </w:rPr>
        <w:t xml:space="preserve">Câu 22. </w:t>
      </w:r>
      <w:r>
        <w:t>Một quãng đường dài 5 km, đã đi 2 km 650 m. Còn bao nhiêu mét?</w:t>
      </w:r>
    </w:p>
    <w:p>
      <w:pPr>
        <w:spacing w:after="80"/>
        <w:ind w:left="283"/>
      </w:pPr>
      <w:r>
        <w:t>Đáp số: ........................................................</w:t>
      </w:r>
    </w:p>
    <w:p>
      <w:pPr>
        <w:keepNext/>
        <w:spacing w:after="40"/>
      </w:pPr>
      <w:r>
        <w:rPr>
          <w:b/>
        </w:rPr>
        <w:t xml:space="preserve">Câu 23. </w:t>
      </w:r>
      <w:r>
        <w:t>Một hình chữ nhật dài 2 m, rộng 75 cm. Tính nửa chu vi theo cm.</w:t>
      </w:r>
    </w:p>
    <w:p>
      <w:pPr>
        <w:spacing w:after="80"/>
        <w:ind w:left="283"/>
      </w:pPr>
      <w:r>
        <w:t>Đáp số: ........................................................</w:t>
      </w:r>
    </w:p>
    <w:p>
      <w:pPr>
        <w:keepNext/>
        <w:spacing w:after="40"/>
      </w:pPr>
      <w:r>
        <w:rPr>
          <w:b/>
        </w:rPr>
        <w:t xml:space="preserve">Câu 24. </w:t>
      </w:r>
      <w:r>
        <w:t>Tổng hai đoạn dây là 9 m, đoạn thứ nhất dài 3 m 45 cm. Đoạn thứ hai dài bao nhiêu cm?</w:t>
      </w:r>
    </w:p>
    <w:p>
      <w:pPr>
        <w:spacing w:after="80"/>
        <w:ind w:left="283"/>
      </w:pPr>
      <w:r>
        <w:t>Đáp số: ........................................................</w:t>
      </w:r>
    </w:p>
    <w:p>
      <w:pPr>
        <w:keepNext/>
        <w:spacing w:after="40"/>
      </w:pPr>
      <w:r>
        <w:rPr>
          <w:b/>
        </w:rPr>
        <w:t xml:space="preserve">Câu 25. </w:t>
      </w:r>
      <w:r>
        <w:t>Một cây cao 325 cm. Cây khác cao hơn 1 m 25 cm. Cây thứ hai cao bao nhiêu?</w:t>
      </w:r>
    </w:p>
    <w:p>
      <w:pPr>
        <w:spacing w:after="80"/>
        <w:ind w:left="283"/>
      </w:pPr>
      <w:r>
        <w:t>Đáp số: ........................................................</w:t>
      </w:r>
    </w:p>
    <w:p>
      <w:pPr>
        <w:keepNext/>
        <w:spacing w:after="40"/>
      </w:pPr>
      <w:r>
        <w:rPr>
          <w:b/>
        </w:rPr>
        <w:t xml:space="preserve">Câu 26. </w:t>
      </w:r>
      <w:r>
        <w:t>Một đường dài 2 km 400 m, sửa được 3/4 quãng đường. Đã sửa bao nhiêu mét?</w:t>
      </w:r>
    </w:p>
    <w:p>
      <w:pPr>
        <w:spacing w:after="80"/>
        <w:ind w:left="283"/>
      </w:pPr>
      <w:r>
        <w:t>Đáp số: ........................................................</w:t>
      </w:r>
    </w:p>
    <w:p>
      <w:pPr>
        <w:keepNext/>
        <w:spacing w:after="40"/>
      </w:pPr>
      <w:r>
        <w:rPr>
          <w:b/>
        </w:rPr>
        <w:t xml:space="preserve">Câu 27. </w:t>
      </w:r>
      <w:r>
        <w:t>Một cuộn dây 25 m, đã dùng 8 m 75 cm. Còn lại bao nhiêu?</w:t>
      </w:r>
    </w:p>
    <w:p>
      <w:pPr>
        <w:spacing w:after="80"/>
        <w:ind w:left="283"/>
      </w:pPr>
      <w:r>
        <w:t>Đáp số: ........................................................</w:t>
      </w:r>
    </w:p>
    <w:p>
      <w:pPr>
        <w:keepNext/>
        <w:spacing w:after="40"/>
      </w:pPr>
      <w:r>
        <w:rPr>
          <w:b/>
        </w:rPr>
        <w:t xml:space="preserve">Câu 28. </w:t>
      </w:r>
      <w:r>
        <w:t>Ba đoạn đường dài 750 m, 1 km 250 m và 900 m. Tổng dài bao nhiêu?</w:t>
      </w:r>
    </w:p>
    <w:p>
      <w:pPr>
        <w:spacing w:after="80"/>
        <w:ind w:left="283"/>
      </w:pPr>
      <w:r>
        <w:t>Đáp số: ........................................................</w:t>
      </w:r>
    </w:p>
    <w:p>
      <w:pPr>
        <w:keepNext/>
        <w:spacing w:after="40"/>
      </w:pPr>
      <w:r>
        <w:rPr>
          <w:b/>
        </w:rPr>
        <w:t xml:space="preserve">Câu 29. </w:t>
      </w:r>
      <w:r>
        <w:t>Một vận động viên chạy 5 vòng, mỗi vòng 400 m. Chạy được bao nhiêu km?</w:t>
      </w:r>
    </w:p>
    <w:p>
      <w:pPr>
        <w:spacing w:after="80"/>
        <w:ind w:left="283"/>
      </w:pPr>
      <w:r>
        <w:t>Đáp số: ........................................................</w:t>
      </w:r>
    </w:p>
    <w:p>
      <w:pPr>
        <w:keepNext/>
        <w:spacing w:after="40"/>
      </w:pPr>
      <w:r>
        <w:rPr>
          <w:b/>
        </w:rPr>
        <w:t xml:space="preserve">Câu 30. </w:t>
      </w:r>
      <w:r>
        <w:t>Một con đường dài 3 km. Đã lát 1 250 m buổi sáng và 875 m buổi chiều. Còn bao nhiêu mét chưa lát?</w:t>
      </w:r>
    </w:p>
    <w:p>
      <w:pPr>
        <w:spacing w:after="80"/>
        <w:ind w:left="283"/>
      </w:pPr>
      <w:r>
        <w:t>Đáp số: ........................................................</w:t>
      </w:r>
    </w:p>
    <w:p>
      <w:pPr>
        <w:pStyle w:val="Heading1"/>
        <w:pageBreakBefore/>
      </w:pPr>
      <w:r>
        <w:t>Đáp án 30 bài</w:t>
      </w:r>
    </w:p>
    <w:tbl>
      <w:tblPr>
        <w:tblW w:type="auto" w:w="0"/>
        <w:jc w:val="center"/>
        <w:tblLayout w:type="fixed"/>
        <w:tblLook w:firstColumn="1" w:firstRow="1" w:lastColumn="0" w:lastRow="0" w:noHBand="0" w:noVBand="1" w:val="04A0"/>
      </w:tblPr>
      <w:tblGrid>
        <w:gridCol w:w="794"/>
        <w:gridCol w:w="3572"/>
        <w:gridCol w:w="794"/>
        <w:gridCol w:w="3572"/>
      </w:tblGrid>
      <w:tr>
        <w:trPr>
          <w:cantSplit/>
        </w:trPr>
        <w:tc>
          <w:tcPr>
            <w:tcW w:type="dxa" w:w="2550"/>
          </w:tcPr>
          <w:p>
            <w:r>
              <w:t>Câu</w:t>
            </w:r>
          </w:p>
        </w:tc>
        <w:tc>
          <w:tcPr>
            <w:tcW w:type="dxa" w:w="2550"/>
          </w:tcPr>
          <w:p>
            <w:r>
              <w:t>Đáp án</w:t>
            </w:r>
          </w:p>
        </w:tc>
        <w:tc>
          <w:tcPr>
            <w:tcW w:type="dxa" w:w="2550"/>
          </w:tcPr>
          <w:p>
            <w:r>
              <w:t>Câu</w:t>
            </w:r>
          </w:p>
        </w:tc>
        <w:tc>
          <w:tcPr>
            <w:tcW w:type="dxa" w:w="2550"/>
          </w:tcPr>
          <w:p>
            <w:r>
              <w:t>Đáp án</w:t>
            </w:r>
          </w:p>
        </w:tc>
      </w:tr>
      <w:tr>
        <w:trPr>
          <w:cantSplit/>
        </w:trPr>
        <w:tc>
          <w:tcPr>
            <w:tcW w:type="dxa" w:w="794"/>
            <w:vAlign w:val="center"/>
          </w:tcPr>
          <w:p>
            <w:pPr>
              <w:spacing w:after="0"/>
            </w:pPr>
            <w:r>
              <w:rPr>
                <w:rFonts w:ascii="Arial" w:hAnsi="Arial" w:eastAsia="Arial"/>
                <w:sz w:val="18"/>
              </w:rPr>
              <w:t>1</w:t>
            </w:r>
          </w:p>
        </w:tc>
        <w:tc>
          <w:tcPr>
            <w:tcW w:type="dxa" w:w="3572"/>
            <w:vAlign w:val="center"/>
          </w:tcPr>
          <w:p>
            <w:pPr>
              <w:spacing w:after="0"/>
            </w:pPr>
            <w:r>
              <w:rPr>
                <w:rFonts w:ascii="Arial" w:hAnsi="Arial" w:eastAsia="Arial"/>
                <w:sz w:val="18"/>
              </w:rPr>
              <w:t>850 mm</w:t>
            </w:r>
          </w:p>
        </w:tc>
        <w:tc>
          <w:tcPr>
            <w:tcW w:type="dxa" w:w="794"/>
            <w:vAlign w:val="center"/>
          </w:tcPr>
          <w:p>
            <w:pPr>
              <w:spacing w:after="0"/>
            </w:pPr>
            <w:r>
              <w:rPr>
                <w:rFonts w:ascii="Arial" w:hAnsi="Arial" w:eastAsia="Arial"/>
                <w:sz w:val="18"/>
              </w:rPr>
              <w:t>16</w:t>
            </w:r>
          </w:p>
        </w:tc>
        <w:tc>
          <w:tcPr>
            <w:tcW w:type="dxa" w:w="3572"/>
            <w:vAlign w:val="center"/>
          </w:tcPr>
          <w:p>
            <w:pPr>
              <w:spacing w:after="0"/>
            </w:pPr>
            <w:r>
              <w:rPr>
                <w:rFonts w:ascii="Arial" w:hAnsi="Arial" w:eastAsia="Arial"/>
                <w:sz w:val="18"/>
              </w:rPr>
              <w:t>=</w:t>
            </w:r>
          </w:p>
        </w:tc>
      </w:tr>
      <w:tr>
        <w:trPr>
          <w:cantSplit/>
        </w:trPr>
        <w:tc>
          <w:tcPr>
            <w:tcW w:type="dxa" w:w="794"/>
            <w:vAlign w:val="center"/>
          </w:tcPr>
          <w:p>
            <w:pPr>
              <w:spacing w:after="0"/>
            </w:pPr>
            <w:r>
              <w:rPr>
                <w:rFonts w:ascii="Arial" w:hAnsi="Arial" w:eastAsia="Arial"/>
                <w:sz w:val="18"/>
              </w:rPr>
              <w:t>2</w:t>
            </w:r>
          </w:p>
        </w:tc>
        <w:tc>
          <w:tcPr>
            <w:tcW w:type="dxa" w:w="3572"/>
            <w:vAlign w:val="center"/>
          </w:tcPr>
          <w:p>
            <w:pPr>
              <w:spacing w:after="0"/>
            </w:pPr>
            <w:r>
              <w:rPr>
                <w:rFonts w:ascii="Arial" w:hAnsi="Arial" w:eastAsia="Arial"/>
                <w:sz w:val="18"/>
              </w:rPr>
              <w:t>74 cm</w:t>
            </w:r>
          </w:p>
        </w:tc>
        <w:tc>
          <w:tcPr>
            <w:tcW w:type="dxa" w:w="794"/>
            <w:vAlign w:val="center"/>
          </w:tcPr>
          <w:p>
            <w:pPr>
              <w:spacing w:after="0"/>
            </w:pPr>
            <w:r>
              <w:rPr>
                <w:rFonts w:ascii="Arial" w:hAnsi="Arial" w:eastAsia="Arial"/>
                <w:sz w:val="18"/>
              </w:rPr>
              <w:t>17</w:t>
            </w:r>
          </w:p>
        </w:tc>
        <w:tc>
          <w:tcPr>
            <w:tcW w:type="dxa" w:w="3572"/>
            <w:vAlign w:val="center"/>
          </w:tcPr>
          <w:p>
            <w:pPr>
              <w:spacing w:after="0"/>
            </w:pPr>
            <w:r>
              <w:rPr>
                <w:rFonts w:ascii="Arial" w:hAnsi="Arial" w:eastAsia="Arial"/>
                <w:sz w:val="18"/>
              </w:rPr>
              <w:t>&lt;</w:t>
            </w:r>
          </w:p>
        </w:tc>
      </w:tr>
      <w:tr>
        <w:trPr>
          <w:cantSplit/>
        </w:trPr>
        <w:tc>
          <w:tcPr>
            <w:tcW w:type="dxa" w:w="794"/>
            <w:vAlign w:val="center"/>
          </w:tcPr>
          <w:p>
            <w:pPr>
              <w:spacing w:after="0"/>
            </w:pPr>
            <w:r>
              <w:rPr>
                <w:rFonts w:ascii="Arial" w:hAnsi="Arial" w:eastAsia="Arial"/>
                <w:sz w:val="18"/>
              </w:rPr>
              <w:t>3</w:t>
            </w:r>
          </w:p>
        </w:tc>
        <w:tc>
          <w:tcPr>
            <w:tcW w:type="dxa" w:w="3572"/>
            <w:vAlign w:val="center"/>
          </w:tcPr>
          <w:p>
            <w:pPr>
              <w:spacing w:after="0"/>
            </w:pPr>
            <w:r>
              <w:rPr>
                <w:rFonts w:ascii="Arial" w:hAnsi="Arial" w:eastAsia="Arial"/>
                <w:sz w:val="18"/>
              </w:rPr>
              <w:t>325 cm</w:t>
            </w:r>
          </w:p>
        </w:tc>
        <w:tc>
          <w:tcPr>
            <w:tcW w:type="dxa" w:w="794"/>
            <w:vAlign w:val="center"/>
          </w:tcPr>
          <w:p>
            <w:pPr>
              <w:spacing w:after="0"/>
            </w:pPr>
            <w:r>
              <w:rPr>
                <w:rFonts w:ascii="Arial" w:hAnsi="Arial" w:eastAsia="Arial"/>
                <w:sz w:val="18"/>
              </w:rPr>
              <w:t>18</w:t>
            </w:r>
          </w:p>
        </w:tc>
        <w:tc>
          <w:tcPr>
            <w:tcW w:type="dxa" w:w="3572"/>
            <w:vAlign w:val="center"/>
          </w:tcPr>
          <w:p>
            <w:pPr>
              <w:spacing w:after="0"/>
            </w:pPr>
            <w:r>
              <w:rPr>
                <w:rFonts w:ascii="Arial" w:hAnsi="Arial" w:eastAsia="Arial"/>
                <w:sz w:val="18"/>
              </w:rPr>
              <w:t>&lt;</w:t>
            </w:r>
          </w:p>
        </w:tc>
      </w:tr>
      <w:tr>
        <w:trPr>
          <w:cantSplit/>
        </w:trPr>
        <w:tc>
          <w:tcPr>
            <w:tcW w:type="dxa" w:w="794"/>
            <w:vAlign w:val="center"/>
          </w:tcPr>
          <w:p>
            <w:pPr>
              <w:spacing w:after="0"/>
            </w:pPr>
            <w:r>
              <w:rPr>
                <w:rFonts w:ascii="Arial" w:hAnsi="Arial" w:eastAsia="Arial"/>
                <w:sz w:val="18"/>
              </w:rPr>
              <w:t>4</w:t>
            </w:r>
          </w:p>
        </w:tc>
        <w:tc>
          <w:tcPr>
            <w:tcW w:type="dxa" w:w="3572"/>
            <w:vAlign w:val="center"/>
          </w:tcPr>
          <w:p>
            <w:pPr>
              <w:spacing w:after="0"/>
            </w:pPr>
            <w:r>
              <w:rPr>
                <w:rFonts w:ascii="Arial" w:hAnsi="Arial" w:eastAsia="Arial"/>
                <w:sz w:val="18"/>
              </w:rPr>
              <w:t>4 350 m</w:t>
            </w:r>
          </w:p>
        </w:tc>
        <w:tc>
          <w:tcPr>
            <w:tcW w:type="dxa" w:w="794"/>
            <w:vAlign w:val="center"/>
          </w:tcPr>
          <w:p>
            <w:pPr>
              <w:spacing w:after="0"/>
            </w:pPr>
            <w:r>
              <w:rPr>
                <w:rFonts w:ascii="Arial" w:hAnsi="Arial" w:eastAsia="Arial"/>
                <w:sz w:val="18"/>
              </w:rPr>
              <w:t>19</w:t>
            </w:r>
          </w:p>
        </w:tc>
        <w:tc>
          <w:tcPr>
            <w:tcW w:type="dxa" w:w="3572"/>
            <w:vAlign w:val="center"/>
          </w:tcPr>
          <w:p>
            <w:pPr>
              <w:spacing w:after="0"/>
            </w:pPr>
            <w:r>
              <w:rPr>
                <w:rFonts w:ascii="Arial" w:hAnsi="Arial" w:eastAsia="Arial"/>
                <w:sz w:val="18"/>
              </w:rPr>
              <w:t>&gt;</w:t>
            </w:r>
          </w:p>
        </w:tc>
      </w:tr>
      <w:tr>
        <w:trPr>
          <w:cantSplit/>
        </w:trPr>
        <w:tc>
          <w:tcPr>
            <w:tcW w:type="dxa" w:w="794"/>
            <w:vAlign w:val="center"/>
          </w:tcPr>
          <w:p>
            <w:pPr>
              <w:spacing w:after="0"/>
            </w:pPr>
            <w:r>
              <w:rPr>
                <w:rFonts w:ascii="Arial" w:hAnsi="Arial" w:eastAsia="Arial"/>
                <w:sz w:val="18"/>
              </w:rPr>
              <w:t>5</w:t>
            </w:r>
          </w:p>
        </w:tc>
        <w:tc>
          <w:tcPr>
            <w:tcW w:type="dxa" w:w="3572"/>
            <w:vAlign w:val="center"/>
          </w:tcPr>
          <w:p>
            <w:pPr>
              <w:spacing w:after="0"/>
            </w:pPr>
            <w:r>
              <w:rPr>
                <w:rFonts w:ascii="Arial" w:hAnsi="Arial" w:eastAsia="Arial"/>
                <w:sz w:val="18"/>
              </w:rPr>
              <w:t>7 km 500 m</w:t>
            </w:r>
          </w:p>
        </w:tc>
        <w:tc>
          <w:tcPr>
            <w:tcW w:type="dxa" w:w="794"/>
            <w:vAlign w:val="center"/>
          </w:tcPr>
          <w:p>
            <w:pPr>
              <w:spacing w:after="0"/>
            </w:pPr>
            <w:r>
              <w:rPr>
                <w:rFonts w:ascii="Arial" w:hAnsi="Arial" w:eastAsia="Arial"/>
                <w:sz w:val="18"/>
              </w:rPr>
              <w:t>20</w:t>
            </w:r>
          </w:p>
        </w:tc>
        <w:tc>
          <w:tcPr>
            <w:tcW w:type="dxa" w:w="3572"/>
            <w:vAlign w:val="center"/>
          </w:tcPr>
          <w:p>
            <w:pPr>
              <w:spacing w:after="0"/>
            </w:pPr>
            <w:r>
              <w:rPr>
                <w:rFonts w:ascii="Arial" w:hAnsi="Arial" w:eastAsia="Arial"/>
                <w:sz w:val="18"/>
              </w:rPr>
              <w:t>=</w:t>
            </w:r>
          </w:p>
        </w:tc>
      </w:tr>
      <w:tr>
        <w:trPr>
          <w:cantSplit/>
        </w:trPr>
        <w:tc>
          <w:tcPr>
            <w:tcW w:type="dxa" w:w="794"/>
            <w:vAlign w:val="center"/>
          </w:tcPr>
          <w:p>
            <w:pPr>
              <w:spacing w:after="0"/>
            </w:pPr>
            <w:r>
              <w:rPr>
                <w:rFonts w:ascii="Arial" w:hAnsi="Arial" w:eastAsia="Arial"/>
                <w:sz w:val="18"/>
              </w:rPr>
              <w:t>6</w:t>
            </w:r>
          </w:p>
        </w:tc>
        <w:tc>
          <w:tcPr>
            <w:tcW w:type="dxa" w:w="3572"/>
            <w:vAlign w:val="center"/>
          </w:tcPr>
          <w:p>
            <w:pPr>
              <w:spacing w:after="0"/>
            </w:pPr>
            <w:r>
              <w:rPr>
                <w:rFonts w:ascii="Arial" w:hAnsi="Arial" w:eastAsia="Arial"/>
                <w:sz w:val="18"/>
              </w:rPr>
              <w:t>62 m 40 cm</w:t>
            </w:r>
          </w:p>
        </w:tc>
        <w:tc>
          <w:tcPr>
            <w:tcW w:type="dxa" w:w="794"/>
            <w:vAlign w:val="center"/>
          </w:tcPr>
          <w:p>
            <w:pPr>
              <w:spacing w:after="0"/>
            </w:pPr>
            <w:r>
              <w:rPr>
                <w:rFonts w:ascii="Arial" w:hAnsi="Arial" w:eastAsia="Arial"/>
                <w:sz w:val="18"/>
              </w:rPr>
              <w:t>21</w:t>
            </w:r>
          </w:p>
        </w:tc>
        <w:tc>
          <w:tcPr>
            <w:tcW w:type="dxa" w:w="3572"/>
            <w:vAlign w:val="center"/>
          </w:tcPr>
          <w:p>
            <w:pPr>
              <w:spacing w:after="0"/>
            </w:pPr>
            <w:r>
              <w:rPr>
                <w:rFonts w:ascii="Arial" w:hAnsi="Arial" w:eastAsia="Arial"/>
                <w:sz w:val="18"/>
              </w:rPr>
              <w:t>16 đoạn</w:t>
            </w:r>
          </w:p>
        </w:tc>
      </w:tr>
      <w:tr>
        <w:trPr>
          <w:cantSplit/>
        </w:trPr>
        <w:tc>
          <w:tcPr>
            <w:tcW w:type="dxa" w:w="794"/>
            <w:vAlign w:val="center"/>
          </w:tcPr>
          <w:p>
            <w:pPr>
              <w:spacing w:after="0"/>
            </w:pPr>
            <w:r>
              <w:rPr>
                <w:rFonts w:ascii="Arial" w:hAnsi="Arial" w:eastAsia="Arial"/>
                <w:sz w:val="18"/>
              </w:rPr>
              <w:t>7</w:t>
            </w:r>
          </w:p>
        </w:tc>
        <w:tc>
          <w:tcPr>
            <w:tcW w:type="dxa" w:w="3572"/>
            <w:vAlign w:val="center"/>
          </w:tcPr>
          <w:p>
            <w:pPr>
              <w:spacing w:after="0"/>
            </w:pPr>
            <w:r>
              <w:rPr>
                <w:rFonts w:ascii="Arial" w:hAnsi="Arial" w:eastAsia="Arial"/>
                <w:sz w:val="18"/>
              </w:rPr>
              <w:t>3 m 600 mm</w:t>
            </w:r>
          </w:p>
        </w:tc>
        <w:tc>
          <w:tcPr>
            <w:tcW w:type="dxa" w:w="794"/>
            <w:vAlign w:val="center"/>
          </w:tcPr>
          <w:p>
            <w:pPr>
              <w:spacing w:after="0"/>
            </w:pPr>
            <w:r>
              <w:rPr>
                <w:rFonts w:ascii="Arial" w:hAnsi="Arial" w:eastAsia="Arial"/>
                <w:sz w:val="18"/>
              </w:rPr>
              <w:t>22</w:t>
            </w:r>
          </w:p>
        </w:tc>
        <w:tc>
          <w:tcPr>
            <w:tcW w:type="dxa" w:w="3572"/>
            <w:vAlign w:val="center"/>
          </w:tcPr>
          <w:p>
            <w:pPr>
              <w:spacing w:after="0"/>
            </w:pPr>
            <w:r>
              <w:rPr>
                <w:rFonts w:ascii="Arial" w:hAnsi="Arial" w:eastAsia="Arial"/>
                <w:sz w:val="18"/>
              </w:rPr>
              <w:t>2 350 m</w:t>
            </w:r>
          </w:p>
        </w:tc>
      </w:tr>
      <w:tr>
        <w:trPr>
          <w:cantSplit/>
        </w:trPr>
        <w:tc>
          <w:tcPr>
            <w:tcW w:type="dxa" w:w="794"/>
            <w:vAlign w:val="center"/>
          </w:tcPr>
          <w:p>
            <w:pPr>
              <w:spacing w:after="0"/>
            </w:pPr>
            <w:r>
              <w:rPr>
                <w:rFonts w:ascii="Arial" w:hAnsi="Arial" w:eastAsia="Arial"/>
                <w:sz w:val="18"/>
              </w:rPr>
              <w:t>8</w:t>
            </w:r>
          </w:p>
        </w:tc>
        <w:tc>
          <w:tcPr>
            <w:tcW w:type="dxa" w:w="3572"/>
            <w:vAlign w:val="center"/>
          </w:tcPr>
          <w:p>
            <w:pPr>
              <w:spacing w:after="0"/>
            </w:pPr>
            <w:r>
              <w:rPr>
                <w:rFonts w:ascii="Arial" w:hAnsi="Arial" w:eastAsia="Arial"/>
                <w:sz w:val="18"/>
              </w:rPr>
              <w:t>1 208 cm</w:t>
            </w:r>
          </w:p>
        </w:tc>
        <w:tc>
          <w:tcPr>
            <w:tcW w:type="dxa" w:w="794"/>
            <w:vAlign w:val="center"/>
          </w:tcPr>
          <w:p>
            <w:pPr>
              <w:spacing w:after="0"/>
            </w:pPr>
            <w:r>
              <w:rPr>
                <w:rFonts w:ascii="Arial" w:hAnsi="Arial" w:eastAsia="Arial"/>
                <w:sz w:val="18"/>
              </w:rPr>
              <w:t>23</w:t>
            </w:r>
          </w:p>
        </w:tc>
        <w:tc>
          <w:tcPr>
            <w:tcW w:type="dxa" w:w="3572"/>
            <w:vAlign w:val="center"/>
          </w:tcPr>
          <w:p>
            <w:pPr>
              <w:spacing w:after="0"/>
            </w:pPr>
            <w:r>
              <w:rPr>
                <w:rFonts w:ascii="Arial" w:hAnsi="Arial" w:eastAsia="Arial"/>
                <w:sz w:val="18"/>
              </w:rPr>
              <w:t>275 cm</w:t>
            </w:r>
          </w:p>
        </w:tc>
      </w:tr>
      <w:tr>
        <w:trPr>
          <w:cantSplit/>
        </w:trPr>
        <w:tc>
          <w:tcPr>
            <w:tcW w:type="dxa" w:w="794"/>
            <w:vAlign w:val="center"/>
          </w:tcPr>
          <w:p>
            <w:pPr>
              <w:spacing w:after="0"/>
            </w:pPr>
            <w:r>
              <w:rPr>
                <w:rFonts w:ascii="Arial" w:hAnsi="Arial" w:eastAsia="Arial"/>
                <w:sz w:val="18"/>
              </w:rPr>
              <w:t>9</w:t>
            </w:r>
          </w:p>
        </w:tc>
        <w:tc>
          <w:tcPr>
            <w:tcW w:type="dxa" w:w="3572"/>
            <w:vAlign w:val="center"/>
          </w:tcPr>
          <w:p>
            <w:pPr>
              <w:spacing w:after="0"/>
            </w:pPr>
            <w:r>
              <w:rPr>
                <w:rFonts w:ascii="Arial" w:hAnsi="Arial" w:eastAsia="Arial"/>
                <w:sz w:val="18"/>
              </w:rPr>
              <w:t>2 075 m</w:t>
            </w:r>
          </w:p>
        </w:tc>
        <w:tc>
          <w:tcPr>
            <w:tcW w:type="dxa" w:w="794"/>
            <w:vAlign w:val="center"/>
          </w:tcPr>
          <w:p>
            <w:pPr>
              <w:spacing w:after="0"/>
            </w:pPr>
            <w:r>
              <w:rPr>
                <w:rFonts w:ascii="Arial" w:hAnsi="Arial" w:eastAsia="Arial"/>
                <w:sz w:val="18"/>
              </w:rPr>
              <w:t>24</w:t>
            </w:r>
          </w:p>
        </w:tc>
        <w:tc>
          <w:tcPr>
            <w:tcW w:type="dxa" w:w="3572"/>
            <w:vAlign w:val="center"/>
          </w:tcPr>
          <w:p>
            <w:pPr>
              <w:spacing w:after="0"/>
            </w:pPr>
            <w:r>
              <w:rPr>
                <w:rFonts w:ascii="Arial" w:hAnsi="Arial" w:eastAsia="Arial"/>
                <w:sz w:val="18"/>
              </w:rPr>
              <w:t>555 cm</w:t>
            </w:r>
          </w:p>
        </w:tc>
      </w:tr>
      <w:tr>
        <w:trPr>
          <w:cantSplit/>
        </w:trPr>
        <w:tc>
          <w:tcPr>
            <w:tcW w:type="dxa" w:w="794"/>
            <w:vAlign w:val="center"/>
          </w:tcPr>
          <w:p>
            <w:pPr>
              <w:spacing w:after="0"/>
            </w:pPr>
            <w:r>
              <w:rPr>
                <w:rFonts w:ascii="Arial" w:hAnsi="Arial" w:eastAsia="Arial"/>
                <w:sz w:val="18"/>
              </w:rPr>
              <w:t>10</w:t>
            </w:r>
          </w:p>
        </w:tc>
        <w:tc>
          <w:tcPr>
            <w:tcW w:type="dxa" w:w="3572"/>
            <w:vAlign w:val="center"/>
          </w:tcPr>
          <w:p>
            <w:pPr>
              <w:spacing w:after="0"/>
            </w:pPr>
            <w:r>
              <w:rPr>
                <w:rFonts w:ascii="Arial" w:hAnsi="Arial" w:eastAsia="Arial"/>
                <w:sz w:val="18"/>
              </w:rPr>
              <w:t>906 mm</w:t>
            </w:r>
          </w:p>
        </w:tc>
        <w:tc>
          <w:tcPr>
            <w:tcW w:type="dxa" w:w="794"/>
            <w:vAlign w:val="center"/>
          </w:tcPr>
          <w:p>
            <w:pPr>
              <w:spacing w:after="0"/>
            </w:pPr>
            <w:r>
              <w:rPr>
                <w:rFonts w:ascii="Arial" w:hAnsi="Arial" w:eastAsia="Arial"/>
                <w:sz w:val="18"/>
              </w:rPr>
              <w:t>25</w:t>
            </w:r>
          </w:p>
        </w:tc>
        <w:tc>
          <w:tcPr>
            <w:tcW w:type="dxa" w:w="3572"/>
            <w:vAlign w:val="center"/>
          </w:tcPr>
          <w:p>
            <w:pPr>
              <w:spacing w:after="0"/>
            </w:pPr>
            <w:r>
              <w:rPr>
                <w:rFonts w:ascii="Arial" w:hAnsi="Arial" w:eastAsia="Arial"/>
                <w:sz w:val="18"/>
              </w:rPr>
              <w:t>4 m 50 cm</w:t>
            </w:r>
          </w:p>
        </w:tc>
      </w:tr>
      <w:tr>
        <w:trPr>
          <w:cantSplit/>
        </w:trPr>
        <w:tc>
          <w:tcPr>
            <w:tcW w:type="dxa" w:w="794"/>
            <w:vAlign w:val="center"/>
          </w:tcPr>
          <w:p>
            <w:pPr>
              <w:spacing w:after="0"/>
            </w:pPr>
            <w:r>
              <w:rPr>
                <w:rFonts w:ascii="Arial" w:hAnsi="Arial" w:eastAsia="Arial"/>
                <w:sz w:val="18"/>
              </w:rPr>
              <w:t>11</w:t>
            </w:r>
          </w:p>
        </w:tc>
        <w:tc>
          <w:tcPr>
            <w:tcW w:type="dxa" w:w="3572"/>
            <w:vAlign w:val="center"/>
          </w:tcPr>
          <w:p>
            <w:pPr>
              <w:spacing w:after="0"/>
            </w:pPr>
            <w:r>
              <w:rPr>
                <w:rFonts w:ascii="Arial" w:hAnsi="Arial" w:eastAsia="Arial"/>
                <w:sz w:val="18"/>
              </w:rPr>
              <w:t>5 km 125 m</w:t>
            </w:r>
          </w:p>
        </w:tc>
        <w:tc>
          <w:tcPr>
            <w:tcW w:type="dxa" w:w="794"/>
            <w:vAlign w:val="center"/>
          </w:tcPr>
          <w:p>
            <w:pPr>
              <w:spacing w:after="0"/>
            </w:pPr>
            <w:r>
              <w:rPr>
                <w:rFonts w:ascii="Arial" w:hAnsi="Arial" w:eastAsia="Arial"/>
                <w:sz w:val="18"/>
              </w:rPr>
              <w:t>26</w:t>
            </w:r>
          </w:p>
        </w:tc>
        <w:tc>
          <w:tcPr>
            <w:tcW w:type="dxa" w:w="3572"/>
            <w:vAlign w:val="center"/>
          </w:tcPr>
          <w:p>
            <w:pPr>
              <w:spacing w:after="0"/>
            </w:pPr>
            <w:r>
              <w:rPr>
                <w:rFonts w:ascii="Arial" w:hAnsi="Arial" w:eastAsia="Arial"/>
                <w:sz w:val="18"/>
              </w:rPr>
              <w:t>1 800 m</w:t>
            </w:r>
          </w:p>
        </w:tc>
      </w:tr>
      <w:tr>
        <w:trPr>
          <w:cantSplit/>
        </w:trPr>
        <w:tc>
          <w:tcPr>
            <w:tcW w:type="dxa" w:w="794"/>
            <w:vAlign w:val="center"/>
          </w:tcPr>
          <w:p>
            <w:pPr>
              <w:spacing w:after="0"/>
            </w:pPr>
            <w:r>
              <w:rPr>
                <w:rFonts w:ascii="Arial" w:hAnsi="Arial" w:eastAsia="Arial"/>
                <w:sz w:val="18"/>
              </w:rPr>
              <w:t>12</w:t>
            </w:r>
          </w:p>
        </w:tc>
        <w:tc>
          <w:tcPr>
            <w:tcW w:type="dxa" w:w="3572"/>
            <w:vAlign w:val="center"/>
          </w:tcPr>
          <w:p>
            <w:pPr>
              <w:spacing w:after="0"/>
            </w:pPr>
            <w:r>
              <w:rPr>
                <w:rFonts w:ascii="Arial" w:hAnsi="Arial" w:eastAsia="Arial"/>
                <w:sz w:val="18"/>
              </w:rPr>
              <w:t>12 m 25 cm</w:t>
            </w:r>
          </w:p>
        </w:tc>
        <w:tc>
          <w:tcPr>
            <w:tcW w:type="dxa" w:w="794"/>
            <w:vAlign w:val="center"/>
          </w:tcPr>
          <w:p>
            <w:pPr>
              <w:spacing w:after="0"/>
            </w:pPr>
            <w:r>
              <w:rPr>
                <w:rFonts w:ascii="Arial" w:hAnsi="Arial" w:eastAsia="Arial"/>
                <w:sz w:val="18"/>
              </w:rPr>
              <w:t>27</w:t>
            </w:r>
          </w:p>
        </w:tc>
        <w:tc>
          <w:tcPr>
            <w:tcW w:type="dxa" w:w="3572"/>
            <w:vAlign w:val="center"/>
          </w:tcPr>
          <w:p>
            <w:pPr>
              <w:spacing w:after="0"/>
            </w:pPr>
            <w:r>
              <w:rPr>
                <w:rFonts w:ascii="Arial" w:hAnsi="Arial" w:eastAsia="Arial"/>
                <w:sz w:val="18"/>
              </w:rPr>
              <w:t>16 m 25 cm</w:t>
            </w:r>
          </w:p>
        </w:tc>
      </w:tr>
      <w:tr>
        <w:trPr>
          <w:cantSplit/>
        </w:trPr>
        <w:tc>
          <w:tcPr>
            <w:tcW w:type="dxa" w:w="794"/>
            <w:vAlign w:val="center"/>
          </w:tcPr>
          <w:p>
            <w:pPr>
              <w:spacing w:after="0"/>
            </w:pPr>
            <w:r>
              <w:rPr>
                <w:rFonts w:ascii="Arial" w:hAnsi="Arial" w:eastAsia="Arial"/>
                <w:sz w:val="18"/>
              </w:rPr>
              <w:t>13</w:t>
            </w:r>
          </w:p>
        </w:tc>
        <w:tc>
          <w:tcPr>
            <w:tcW w:type="dxa" w:w="3572"/>
            <w:vAlign w:val="center"/>
          </w:tcPr>
          <w:p>
            <w:pPr>
              <w:spacing w:after="0"/>
            </w:pPr>
            <w:r>
              <w:rPr>
                <w:rFonts w:ascii="Arial" w:hAnsi="Arial" w:eastAsia="Arial"/>
                <w:sz w:val="18"/>
              </w:rPr>
              <w:t>7 m 35 cm</w:t>
            </w:r>
          </w:p>
        </w:tc>
        <w:tc>
          <w:tcPr>
            <w:tcW w:type="dxa" w:w="794"/>
            <w:vAlign w:val="center"/>
          </w:tcPr>
          <w:p>
            <w:pPr>
              <w:spacing w:after="0"/>
            </w:pPr>
            <w:r>
              <w:rPr>
                <w:rFonts w:ascii="Arial" w:hAnsi="Arial" w:eastAsia="Arial"/>
                <w:sz w:val="18"/>
              </w:rPr>
              <w:t>28</w:t>
            </w:r>
          </w:p>
        </w:tc>
        <w:tc>
          <w:tcPr>
            <w:tcW w:type="dxa" w:w="3572"/>
            <w:vAlign w:val="center"/>
          </w:tcPr>
          <w:p>
            <w:pPr>
              <w:spacing w:after="0"/>
            </w:pPr>
            <w:r>
              <w:rPr>
                <w:rFonts w:ascii="Arial" w:hAnsi="Arial" w:eastAsia="Arial"/>
                <w:sz w:val="18"/>
              </w:rPr>
              <w:t>2 km 900 m</w:t>
            </w:r>
          </w:p>
        </w:tc>
      </w:tr>
      <w:tr>
        <w:trPr>
          <w:cantSplit/>
        </w:trPr>
        <w:tc>
          <w:tcPr>
            <w:tcW w:type="dxa" w:w="794"/>
            <w:vAlign w:val="center"/>
          </w:tcPr>
          <w:p>
            <w:pPr>
              <w:spacing w:after="0"/>
            </w:pPr>
            <w:r>
              <w:rPr>
                <w:rFonts w:ascii="Arial" w:hAnsi="Arial" w:eastAsia="Arial"/>
                <w:sz w:val="18"/>
              </w:rPr>
              <w:t>14</w:t>
            </w:r>
          </w:p>
        </w:tc>
        <w:tc>
          <w:tcPr>
            <w:tcW w:type="dxa" w:w="3572"/>
            <w:vAlign w:val="center"/>
          </w:tcPr>
          <w:p>
            <w:pPr>
              <w:spacing w:after="0"/>
            </w:pPr>
            <w:r>
              <w:rPr>
                <w:rFonts w:ascii="Arial" w:hAnsi="Arial" w:eastAsia="Arial"/>
                <w:sz w:val="18"/>
              </w:rPr>
              <w:t>2 km 350 m</w:t>
            </w:r>
          </w:p>
        </w:tc>
        <w:tc>
          <w:tcPr>
            <w:tcW w:type="dxa" w:w="794"/>
            <w:vAlign w:val="center"/>
          </w:tcPr>
          <w:p>
            <w:pPr>
              <w:spacing w:after="0"/>
            </w:pPr>
            <w:r>
              <w:rPr>
                <w:rFonts w:ascii="Arial" w:hAnsi="Arial" w:eastAsia="Arial"/>
                <w:sz w:val="18"/>
              </w:rPr>
              <w:t>29</w:t>
            </w:r>
          </w:p>
        </w:tc>
        <w:tc>
          <w:tcPr>
            <w:tcW w:type="dxa" w:w="3572"/>
            <w:vAlign w:val="center"/>
          </w:tcPr>
          <w:p>
            <w:pPr>
              <w:spacing w:after="0"/>
            </w:pPr>
            <w:r>
              <w:rPr>
                <w:rFonts w:ascii="Arial" w:hAnsi="Arial" w:eastAsia="Arial"/>
                <w:sz w:val="18"/>
              </w:rPr>
              <w:t>2 km</w:t>
            </w:r>
          </w:p>
        </w:tc>
      </w:tr>
      <w:tr>
        <w:trPr>
          <w:cantSplit/>
        </w:trPr>
        <w:tc>
          <w:tcPr>
            <w:tcW w:type="dxa" w:w="794"/>
            <w:vAlign w:val="center"/>
          </w:tcPr>
          <w:p>
            <w:pPr>
              <w:spacing w:after="0"/>
            </w:pPr>
            <w:r>
              <w:rPr>
                <w:rFonts w:ascii="Arial" w:hAnsi="Arial" w:eastAsia="Arial"/>
                <w:sz w:val="18"/>
              </w:rPr>
              <w:t>15</w:t>
            </w:r>
          </w:p>
        </w:tc>
        <w:tc>
          <w:tcPr>
            <w:tcW w:type="dxa" w:w="3572"/>
            <w:vAlign w:val="center"/>
          </w:tcPr>
          <w:p>
            <w:pPr>
              <w:spacing w:after="0"/>
            </w:pPr>
            <w:r>
              <w:rPr>
                <w:rFonts w:ascii="Arial" w:hAnsi="Arial" w:eastAsia="Arial"/>
                <w:sz w:val="18"/>
              </w:rPr>
              <w:t>11 dm 3 cm</w:t>
            </w:r>
          </w:p>
        </w:tc>
        <w:tc>
          <w:tcPr>
            <w:tcW w:type="dxa" w:w="794"/>
            <w:vAlign w:val="center"/>
          </w:tcPr>
          <w:p>
            <w:pPr>
              <w:spacing w:after="0"/>
            </w:pPr>
            <w:r>
              <w:rPr>
                <w:rFonts w:ascii="Arial" w:hAnsi="Arial" w:eastAsia="Arial"/>
                <w:sz w:val="18"/>
              </w:rPr>
              <w:t>30</w:t>
            </w:r>
          </w:p>
        </w:tc>
        <w:tc>
          <w:tcPr>
            <w:tcW w:type="dxa" w:w="3572"/>
            <w:vAlign w:val="center"/>
          </w:tcPr>
          <w:p>
            <w:pPr>
              <w:spacing w:after="0"/>
            </w:pPr>
            <w:r>
              <w:rPr>
                <w:rFonts w:ascii="Arial" w:hAnsi="Arial" w:eastAsia="Arial"/>
                <w:sz w:val="18"/>
              </w:rPr>
              <w:t>875 m</w:t>
            </w:r>
          </w:p>
        </w:tc>
      </w:tr>
    </w:tbl>
    <w:sectPr w:rsidR="00FC693F" w:rsidRPr="0006063C" w:rsidSect="00034616">
      <w:pgSz w:w="12240" w:h="15840"/>
      <w:pgMar w:top="879" w:right="1020" w:bottom="879"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