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25 BÀI TẬP SƠ ĐỒ VENN LỚP 5</w:t>
      </w:r>
    </w:p>
    <w:p>
      <w:pPr>
        <w:jc w:val="center"/>
      </w:pPr>
      <w:r>
        <w:rPr>
          <w:i/>
        </w:rPr>
        <w:t>Hai nhóm - phần giao - chỉ thuộc một nhóm - ít nhất một nhóm - bài toán ba nhóm</w:t>
      </w:r>
    </w:p>
    <w:p>
      <w:pPr>
        <w:jc w:val="center"/>
      </w:pPr>
      <w:r>
        <w:t>ToanCap1.com - Toán tiểu học</w:t>
      </w:r>
    </w:p>
    <w:p>
      <w:r>
        <w:t>Với hai nhóm A và B: số phần tử thuộc ít nhất một nhóm = số thuộc A + số thuộc B - số thuộc cả hai. Phần chỉ thuộc A = A - phần giao; phần chỉ thuộc B = B - phần giao.</w:t>
      </w:r>
    </w:p>
    <w:p>
      <w:pPr>
        <w:pStyle w:val="Heading1"/>
      </w:pPr>
      <w:r>
        <w:t>Phần 1. Sơ đồ Venn hai nhóm</w:t>
      </w:r>
    </w:p>
    <w:p>
      <w:pPr>
        <w:spacing w:after="80"/>
      </w:pPr>
      <w:r>
        <w:rPr>
          <w:b/>
        </w:rPr>
        <w:t xml:space="preserve">Câu 1. </w:t>
      </w:r>
      <w:r>
        <w:t>Lớp có 18 bạn thích Toán, 12 bạn thích Cờ vua, 5 bạn thích cả hai. Có bao nhiêu bạn thích ít nhất một trong hai hoạt động?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2. </w:t>
      </w:r>
      <w:r>
        <w:t>Có 20 học sinh thích bóng đá, 15 thích cầu lông, 6 thích cả hai. Có bao nhiêu bạn chỉ thích bóng đá?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3. </w:t>
      </w:r>
      <w:r>
        <w:t>Có 17 bạn thích đọc truyện, 11 bạn thích vẽ, 4 bạn thích cả hai. Có bao nhiêu bạn chỉ thích vẽ?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4. </w:t>
      </w:r>
      <w:r>
        <w:t>Một lớp 30 học sinh, 19 bạn học đàn, 16 bạn học bơi, 8 bạn học cả hai. Có bao nhiêu bạn không học môn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5. </w:t>
      </w:r>
      <w:r>
        <w:t>Có 24 bạn thích táo, 18 bạn thích cam, 10 bạn thích cả hai. Có bao nhiêu bạn thích đúng một loại quả?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6. </w:t>
      </w:r>
      <w:r>
        <w:t>Có 35 học sinh; 21 bạn thích Toán, 20 bạn thích Tiếng Việt, 12 bạn thích cả hai. Có bao nhiêu bạn không thuộc nhóm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7. </w:t>
      </w:r>
      <w:r>
        <w:t>Có 14 bạn chơi cờ, 9 bạn chơi bóng bàn và 5 bạn chơi cả hai. Có bao nhiêu bạn chỉ chơi một môn?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8. </w:t>
      </w:r>
      <w:r>
        <w:t>Có 28 bạn tham gia ít nhất một trong hai câu lạc bộ; 17 bạn ở CLB A, 16 bạn ở CLB B. Có bao nhiêu bạn ở cả hai?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9. </w:t>
      </w:r>
      <w:r>
        <w:t>Có 40 học sinh, 25 bạn biết bơi, 22 bạn biết đi xe đạp, 15 bạn biết cả hai. Có bao nhiêu bạn không biết cả hai kỹ năng?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10. </w:t>
      </w:r>
      <w:r>
        <w:t>Có 32 bạn thích một trong hai món; 20 thích phở, 18 thích bún. Có bao nhiêu bạn thích cả hai?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11. </w:t>
      </w:r>
      <w:r>
        <w:t>Nhóm A có 26 bạn, nhóm B có 19 bạn, phần giao có 7 bạn. Có bao nhiêu bạn chỉ thuộc nhóm A?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12. </w:t>
      </w:r>
      <w:r>
        <w:t>Nhóm A có 15 bạn, nhóm B có 14 bạn, tổng số thuộc ít nhất một nhóm là 23. Có bao nhiêu bạn thuộc cả hai?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13. </w:t>
      </w:r>
      <w:r>
        <w:t>Có 50 học sinh, 31 bạn học tiếng Anh, 27 bạn học Tin học, 18 bạn học cả hai. Có bao nhiêu bạn chỉ học tiếng Anh?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14. </w:t>
      </w:r>
      <w:r>
        <w:t>Có 44 học sinh, 28 bạn tham gia văn nghệ, 25 bạn tham gia thể thao, 14 bạn tham gia cả hai. Có bao nhiêu bạn không tham gia hoạt động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15. </w:t>
      </w:r>
      <w:r>
        <w:t>Có 36 bạn, 23 bạn thích mèo, 19 bạn thích chó, 10 bạn thích cả hai. Có bao nhiêu bạn chỉ thích một trong hai?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16. </w:t>
      </w:r>
      <w:r>
        <w:t>Có 29 học sinh thích ít nhất một trong hai môn, 18 thích Toán, 16 thích Khoa học. Có bao nhiêu bạn thích cả hai?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17. </w:t>
      </w:r>
      <w:r>
        <w:t>Một lớp 42 bạn, 24 bạn đi xe buýt, 20 bạn đi xe đạp, 9 bạn dùng cả hai cách trong tuần. Có bao nhiêu bạn không thuộc hai nhóm trên?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18. </w:t>
      </w:r>
      <w:r>
        <w:t>Có 38 bạn, 22 bạn thích bánh, 20 bạn thích kẹo, 8 bạn thích cả hai. Có bao nhiêu bạn thích ít nhất một loại?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19. </w:t>
      </w:r>
      <w:r>
        <w:t>Có 45 học sinh, 30 bạn tham gia CLB Sách, 21 bạn tham gia CLB Toán, 13 bạn tham gia cả hai. Có bao nhiêu bạn chỉ thuộc CLB Toán?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20. </w:t>
      </w:r>
      <w:r>
        <w:t>Có 27 bạn thích ít nhất một trong hai trò chơi; 16 thích trò A, 15 thích trò B. Có bao nhiêu bạn thích cả hai?</w:t>
      </w:r>
    </w:p>
    <w:p>
      <w:pPr>
        <w:ind w:left="283"/>
      </w:pPr>
      <w:r>
        <w:t>Đáp số: ........................................................</w:t>
      </w:r>
    </w:p>
    <w:p>
      <w:pPr>
        <w:pStyle w:val="Heading1"/>
      </w:pPr>
      <w:r>
        <w:t>Phần 2. Sơ đồ Venn ba nhóm - nâng cao</w:t>
      </w:r>
    </w:p>
    <w:p>
      <w:pPr>
        <w:spacing w:after="80"/>
      </w:pPr>
      <w:r>
        <w:rPr>
          <w:b/>
        </w:rPr>
        <w:t xml:space="preserve">Câu 21. </w:t>
      </w:r>
      <w:r>
        <w:t>Có 40 bạn. 22 thích Toán, 18 thích Cờ vua, 15 thích Bóng đá; 8 thích Toán và Cờ, 6 thích Toán và Bóng, 5 thích Cờ và Bóng, 3 thích cả ba. Có bao nhiêu bạn thích ít nhất một môn?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22. </w:t>
      </w:r>
      <w:r>
        <w:t>Có 50 học sinh. A=30, B=25, C=20; A∩B=12, A∩C=10, B∩C=8, cả ba=5. Có bao nhiêu bạn thuộc ít nhất một nhóm?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23. </w:t>
      </w:r>
      <w:r>
        <w:t>Có 60 bạn. Nhóm A 35, B 28, C 24; giao AB 15, AC 12, BC 10, cả ba 6. Có bao nhiêu bạn không thuộc nhóm nào?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24. </w:t>
      </w:r>
      <w:r>
        <w:t>Ba CLB có số thành viên A=20, B=18, C=16; giao AB=7, AC=6, BC=5, cả ba=2. Có bao nhiêu người thuộc ít nhất một CLB?</w:t>
      </w:r>
    </w:p>
    <w:p>
      <w:pPr>
        <w:ind w:left="283"/>
      </w:pPr>
      <w:r>
        <w:t>Đáp số: ........................................................</w:t>
      </w:r>
    </w:p>
    <w:p>
      <w:pPr>
        <w:spacing w:after="80"/>
      </w:pPr>
      <w:r>
        <w:rPr>
          <w:b/>
        </w:rPr>
        <w:t xml:space="preserve">Câu 25. </w:t>
      </w:r>
      <w:r>
        <w:t>Có 45 học sinh. 25 thích môn A, 23 thích B, 19 thích C; 10 thích A và B, 9 thích A và C, 8 thích B và C, 4 thích cả ba. Có bao nhiêu bạn thích ít nhất một môn?</w:t>
      </w:r>
    </w:p>
    <w:p>
      <w:pPr>
        <w:ind w:left="283"/>
      </w:pPr>
      <w:r>
        <w:t>Đáp số: ........................................................</w:t>
      </w:r>
    </w:p>
    <w:p>
      <w:r>
        <w:br w:type="page"/>
      </w:r>
    </w:p>
    <w:p>
      <w:pPr>
        <w:pStyle w:val="Heading1"/>
      </w:pPr>
      <w:r>
        <w:t>Đáp án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247"/>
        <w:gridCol w:w="7937"/>
      </w:tblGrid>
      <w:tr>
        <w:trPr>
          <w:cantSplit/>
        </w:trPr>
        <w:tc>
          <w:tcPr>
            <w:tcW w:type="dxa" w:w="5043"/>
          </w:tcPr>
          <w:p>
            <w:r>
              <w:t>Câu</w:t>
            </w:r>
          </w:p>
        </w:tc>
        <w:tc>
          <w:tcPr>
            <w:tcW w:type="dxa" w:w="5043"/>
          </w:tcPr>
          <w:p>
            <w:r>
              <w:t>Đáp 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25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14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22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13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19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6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13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22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16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17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7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18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34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19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8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20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21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39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22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50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23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 bạn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24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38 người</w:t>
            </w:r>
          </w:p>
        </w:tc>
      </w:tr>
      <w:tr>
        <w:trPr>
          <w:cantSplit/>
        </w:trPr>
        <w:tc>
          <w:tcPr>
            <w:tcW w:type="dxa" w:w="1247"/>
            <w:vAlign w:val="center"/>
          </w:tcPr>
          <w:p>
            <w:r>
              <w:rPr>
                <w:rFonts w:ascii="Arial" w:hAnsi="Arial" w:eastAsia="Arial"/>
                <w:sz w:val="20"/>
              </w:rPr>
              <w:t>25</w:t>
            </w:r>
          </w:p>
        </w:tc>
        <w:tc>
          <w:tcPr>
            <w:tcW w:type="dxa" w:w="7937"/>
            <w:vAlign w:val="center"/>
          </w:tcPr>
          <w:p>
            <w:r>
              <w:rPr>
                <w:rFonts w:ascii="Arial" w:hAnsi="Arial" w:eastAsia="Arial"/>
                <w:sz w:val="20"/>
              </w:rPr>
              <w:t>44 bạn</w:t>
            </w:r>
          </w:p>
        </w:tc>
      </w:tr>
    </w:tbl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