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30 BÀI TẬP PHÂN TÍCH CẤU TẠO SỐ LỚP 5 NÂNG CAO</w:t>
      </w:r>
    </w:p>
    <w:p>
      <w:pPr>
        <w:jc w:val="center"/>
      </w:pPr>
      <w:r>
        <w:rPr>
          <w:i/>
        </w:rPr>
        <w:t>Giá trị theo hàng - lập số - đổi chỗ - thêm/xóa chữ số - suy luận chữ số</w:t>
      </w:r>
    </w:p>
    <w:p>
      <w:pPr>
        <w:jc w:val="center"/>
      </w:pPr>
      <w:r>
        <w:t>ToanCap1.com - Toán tiểu học</w:t>
      </w:r>
    </w:p>
    <w:p>
      <w:r>
        <w:t>Khi giải, nên viết số theo giá trị từng hàng rồi biến thao tác trên chữ số thành phép tính. Với số có hai chữ số ab, có thể hiểu số đó bằng 10 lần chữ số hàng chục cộng chữ số hàng đơn vị.</w:t>
      </w:r>
    </w:p>
    <w:p>
      <w:pPr>
        <w:pStyle w:val="Heading1"/>
      </w:pPr>
      <w:r>
        <w:t>Phần 1. Giá trị theo hàng và lập số</w:t>
      </w:r>
    </w:p>
    <w:p>
      <w:r>
        <w:rPr>
          <w:b/>
        </w:rPr>
        <w:t xml:space="preserve">Câu 1. </w:t>
      </w:r>
      <w:r>
        <w:t>Phân tích số 47 305 thành tổng theo giá trị từng hàng.</w:t>
      </w:r>
    </w:p>
    <w:p>
      <w:pPr>
        <w:ind w:left="283"/>
      </w:pPr>
      <w:r>
        <w:t>Đáp số: ........................................................</w:t>
      </w:r>
    </w:p>
    <w:p>
      <w:r>
        <w:rPr>
          <w:b/>
        </w:rPr>
        <w:t xml:space="preserve">Câu 2. </w:t>
      </w:r>
      <w:r>
        <w:t>Trong số 86 214, chữ số 6 có giá trị bao nhiêu?</w:t>
      </w:r>
    </w:p>
    <w:p>
      <w:pPr>
        <w:ind w:left="283"/>
      </w:pPr>
      <w:r>
        <w:t>Đáp số: ........................................................</w:t>
      </w:r>
    </w:p>
    <w:p>
      <w:r>
        <w:rPr>
          <w:b/>
        </w:rPr>
        <w:t xml:space="preserve">Câu 3. </w:t>
      </w:r>
      <w:r>
        <w:t>Viết số gồm 5 chục nghìn, 2 nghìn, 7 trăm, 4 chục và 9 đơn vị.</w:t>
      </w:r>
    </w:p>
    <w:p>
      <w:pPr>
        <w:ind w:left="283"/>
      </w:pPr>
      <w:r>
        <w:t>Đáp số: ........................................................</w:t>
      </w:r>
    </w:p>
    <w:p>
      <w:r>
        <w:rPr>
          <w:b/>
        </w:rPr>
        <w:t xml:space="preserve">Câu 4. </w:t>
      </w:r>
      <w:r>
        <w:t>Viết số lớn nhất có 5 chữ số khác nhau từ các chữ số 0, 2, 4, 6, 8.</w:t>
      </w:r>
    </w:p>
    <w:p>
      <w:pPr>
        <w:ind w:left="283"/>
      </w:pPr>
      <w:r>
        <w:t>Đáp số: ........................................................</w:t>
      </w:r>
    </w:p>
    <w:p>
      <w:r>
        <w:rPr>
          <w:b/>
        </w:rPr>
        <w:t xml:space="preserve">Câu 5. </w:t>
      </w:r>
      <w:r>
        <w:t>Viết số nhỏ nhất có 5 chữ số khác nhau từ các chữ số 0, 2, 4, 6, 8.</w:t>
      </w:r>
    </w:p>
    <w:p>
      <w:pPr>
        <w:ind w:left="283"/>
      </w:pPr>
      <w:r>
        <w:t>Đáp số: ........................................................</w:t>
      </w:r>
    </w:p>
    <w:p>
      <w:r>
        <w:rPr>
          <w:b/>
        </w:rPr>
        <w:t xml:space="preserve">Câu 6. </w:t>
      </w:r>
      <w:r>
        <w:t>Dùng 1, 3, 5, 7 lập số lớn nhất có bốn chữ số, không lặp.</w:t>
      </w:r>
    </w:p>
    <w:p>
      <w:pPr>
        <w:ind w:left="283"/>
      </w:pPr>
      <w:r>
        <w:t>Đáp số: ........................................................</w:t>
      </w:r>
    </w:p>
    <w:p>
      <w:r>
        <w:rPr>
          <w:b/>
        </w:rPr>
        <w:t xml:space="preserve">Câu 7. </w:t>
      </w:r>
      <w:r>
        <w:t>Dùng 0, 2, 5, 9 lập số nhỏ nhất có bốn chữ số, không lặp.</w:t>
      </w:r>
    </w:p>
    <w:p>
      <w:pPr>
        <w:ind w:left="283"/>
      </w:pPr>
      <w:r>
        <w:t>Đáp số: ........................................................</w:t>
      </w:r>
    </w:p>
    <w:p>
      <w:r>
        <w:rPr>
          <w:b/>
        </w:rPr>
        <w:t xml:space="preserve">Câu 8. </w:t>
      </w:r>
      <w:r>
        <w:t>Một số có 5 chữ số: hàng chục nghìn là 7, hàng nghìn kém 3, hàng trăm là 0, hàng chục gấp đôi hàng đơn vị và hàng đơn vị là 4. Tìm số.</w:t>
      </w:r>
    </w:p>
    <w:p>
      <w:pPr>
        <w:ind w:left="283"/>
      </w:pPr>
      <w:r>
        <w:t>Đáp số: ........................................................</w:t>
      </w:r>
    </w:p>
    <w:p>
      <w:r>
        <w:rPr>
          <w:b/>
        </w:rPr>
        <w:t xml:space="preserve">Câu 9. </w:t>
      </w:r>
      <w:r>
        <w:t>Số 63 417 đổi chỗ chữ số hàng nghìn và hàng chục được số nào?</w:t>
      </w:r>
    </w:p>
    <w:p>
      <w:pPr>
        <w:ind w:left="283"/>
      </w:pPr>
      <w:r>
        <w:t>Đáp số: ........................................................</w:t>
      </w:r>
    </w:p>
    <w:p>
      <w:r>
        <w:rPr>
          <w:b/>
        </w:rPr>
        <w:t xml:space="preserve">Câu 10. </w:t>
      </w:r>
      <w:r>
        <w:t>Số 52 806 xóa chữ số 0 được số nào?</w:t>
      </w:r>
    </w:p>
    <w:p>
      <w:pPr>
        <w:ind w:left="283"/>
      </w:pPr>
      <w:r>
        <w:t>Đáp số: ........................................................</w:t>
      </w:r>
    </w:p>
    <w:p>
      <w:pPr>
        <w:pStyle w:val="Heading1"/>
      </w:pPr>
      <w:r>
        <w:t>Phần 2. Đổi chỗ, thêm và xóa chữ số</w:t>
      </w:r>
    </w:p>
    <w:p>
      <w:r>
        <w:rPr>
          <w:b/>
        </w:rPr>
        <w:t xml:space="preserve">Câu 11. </w:t>
      </w:r>
      <w:r>
        <w:t>Một số hai chữ số có tổng hai chữ số bằng 11, hàng chục hơn hàng đơn vị 3. Tìm số.</w:t>
      </w:r>
    </w:p>
    <w:p>
      <w:pPr>
        <w:ind w:left="283"/>
      </w:pPr>
      <w:r>
        <w:t>Đáp số: ........................................................</w:t>
      </w:r>
    </w:p>
    <w:p>
      <w:r>
        <w:rPr>
          <w:b/>
        </w:rPr>
        <w:t xml:space="preserve">Câu 12. </w:t>
      </w:r>
      <w:r>
        <w:t>Một số hai chữ số có tổng hai chữ số bằng 9, đổi chỗ hai chữ số thì số mới lớn hơn số cũ 27. Tìm số ban đầu.</w:t>
      </w:r>
    </w:p>
    <w:p>
      <w:pPr>
        <w:ind w:left="283"/>
      </w:pPr>
      <w:r>
        <w:t>Đáp số: ........................................................</w:t>
      </w:r>
    </w:p>
    <w:p>
      <w:r>
        <w:rPr>
          <w:b/>
        </w:rPr>
        <w:t xml:space="preserve">Câu 13. </w:t>
      </w:r>
      <w:r>
        <w:t>Một số hai chữ số đổi chỗ hai chữ số thì giảm 36. Hiệu giữa chữ số hàng chục và hàng đơn vị là bao nhiêu?</w:t>
      </w:r>
    </w:p>
    <w:p>
      <w:pPr>
        <w:ind w:left="283"/>
      </w:pPr>
      <w:r>
        <w:t>Đáp số: ........................................................</w:t>
      </w:r>
    </w:p>
    <w:p>
      <w:r>
        <w:rPr>
          <w:b/>
        </w:rPr>
        <w:t xml:space="preserve">Câu 14. </w:t>
      </w:r>
      <w:r>
        <w:t>Thêm chữ số 5 vào bên phải một số tự nhiên được số mới hơn số cũ 320. Tìm số cũ.</w:t>
      </w:r>
    </w:p>
    <w:p>
      <w:pPr>
        <w:ind w:left="283"/>
      </w:pPr>
      <w:r>
        <w:t>Đáp số: ........................................................</w:t>
      </w:r>
    </w:p>
    <w:p>
      <w:r>
        <w:rPr>
          <w:b/>
        </w:rPr>
        <w:t xml:space="preserve">Câu 15. </w:t>
      </w:r>
      <w:r>
        <w:t>Thêm chữ số 0 vào bên phải số 46. Số mới hơn số cũ bao nhiêu?</w:t>
      </w:r>
    </w:p>
    <w:p>
      <w:pPr>
        <w:ind w:left="283"/>
      </w:pPr>
      <w:r>
        <w:t>Đáp số: ........................................................</w:t>
      </w:r>
    </w:p>
    <w:p>
      <w:r>
        <w:rPr>
          <w:b/>
        </w:rPr>
        <w:t xml:space="preserve">Câu 16. </w:t>
      </w:r>
      <w:r>
        <w:t>Xóa chữ số 3 ở tận cùng bên phải của số 8 253. Số mới kém số cũ bao nhiêu?</w:t>
      </w:r>
    </w:p>
    <w:p>
      <w:pPr>
        <w:ind w:left="283"/>
      </w:pPr>
      <w:r>
        <w:t>Đáp số: ........................................................</w:t>
      </w:r>
    </w:p>
    <w:p>
      <w:r>
        <w:rPr>
          <w:b/>
        </w:rPr>
        <w:t xml:space="preserve">Câu 17. </w:t>
      </w:r>
      <w:r>
        <w:t>Một số có hai chữ số, nếu thêm chữ số 2 vào bên phải thì số mới hơn số cũ 263. Tìm số cũ.</w:t>
      </w:r>
    </w:p>
    <w:p>
      <w:pPr>
        <w:ind w:left="283"/>
      </w:pPr>
      <w:r>
        <w:t>Đáp số: ........................................................</w:t>
      </w:r>
    </w:p>
    <w:p>
      <w:r>
        <w:rPr>
          <w:b/>
        </w:rPr>
        <w:t xml:space="preserve">Câu 18. </w:t>
      </w:r>
      <w:r>
        <w:t>Một số có hai chữ số, nếu viết thêm chữ số 0 vào bên trái thì giá trị số thay đổi thế nào?</w:t>
      </w:r>
    </w:p>
    <w:p>
      <w:pPr>
        <w:ind w:left="283"/>
      </w:pPr>
      <w:r>
        <w:t>Đáp số: ........................................................</w:t>
      </w:r>
    </w:p>
    <w:p>
      <w:r>
        <w:rPr>
          <w:b/>
        </w:rPr>
        <w:t xml:space="preserve">Câu 19. </w:t>
      </w:r>
      <w:r>
        <w:t>Một số có ba chữ số abc, chữ số hàng trăm là 5, hàng chục là 2, hàng đơn vị là 8. Viết số và phân tích theo hàng.</w:t>
      </w:r>
    </w:p>
    <w:p>
      <w:pPr>
        <w:ind w:left="283"/>
      </w:pPr>
      <w:r>
        <w:t>Đáp số: ........................................................</w:t>
      </w:r>
    </w:p>
    <w:p>
      <w:r>
        <w:rPr>
          <w:b/>
        </w:rPr>
        <w:t xml:space="preserve">Câu 20. </w:t>
      </w:r>
      <w:r>
        <w:t>Đổi chỗ chữ số hàng trăm và hàng đơn vị của 731 được số nào? Hiệu hai số là bao nhiêu?</w:t>
      </w:r>
    </w:p>
    <w:p>
      <w:pPr>
        <w:ind w:left="283"/>
      </w:pPr>
      <w:r>
        <w:t>Đáp số: ........................................................</w:t>
      </w:r>
    </w:p>
    <w:p>
      <w:pPr>
        <w:pStyle w:val="Heading1"/>
      </w:pPr>
      <w:r>
        <w:t>Phần 3. Suy luận và đếm số</w:t>
      </w:r>
    </w:p>
    <w:p>
      <w:r>
        <w:rPr>
          <w:b/>
        </w:rPr>
        <w:t xml:space="preserve">Câu 21. </w:t>
      </w:r>
      <w:r>
        <w:t>Có bao nhiêu số có hai chữ số lập từ 2, 4, 6 nếu được lặp chữ số?</w:t>
      </w:r>
    </w:p>
    <w:p>
      <w:pPr>
        <w:ind w:left="283"/>
      </w:pPr>
      <w:r>
        <w:t>Đáp số: ........................................................</w:t>
      </w:r>
    </w:p>
    <w:p>
      <w:r>
        <w:rPr>
          <w:b/>
        </w:rPr>
        <w:t xml:space="preserve">Câu 22. </w:t>
      </w:r>
      <w:r>
        <w:t>Có bao nhiêu số có ba chữ số lập từ 0, 1, 2 nếu được lặp chữ số?</w:t>
      </w:r>
    </w:p>
    <w:p>
      <w:pPr>
        <w:ind w:left="283"/>
      </w:pPr>
      <w:r>
        <w:t>Đáp số: ........................................................</w:t>
      </w:r>
    </w:p>
    <w:p>
      <w:r>
        <w:rPr>
          <w:b/>
        </w:rPr>
        <w:t xml:space="preserve">Câu 23. </w:t>
      </w:r>
      <w:r>
        <w:t>Có bao nhiêu số có ba chữ số khác nhau lập từ 1, 2, 3, 4?</w:t>
      </w:r>
    </w:p>
    <w:p>
      <w:pPr>
        <w:ind w:left="283"/>
      </w:pPr>
      <w:r>
        <w:t>Đáp số: ........................................................</w:t>
      </w:r>
    </w:p>
    <w:p>
      <w:r>
        <w:rPr>
          <w:b/>
        </w:rPr>
        <w:t xml:space="preserve">Câu 24. </w:t>
      </w:r>
      <w:r>
        <w:t>Dùng 0, 1, 2, 3 lập các số có ba chữ số khác nhau. Có bao nhiêu số?</w:t>
      </w:r>
    </w:p>
    <w:p>
      <w:pPr>
        <w:ind w:left="283"/>
      </w:pPr>
      <w:r>
        <w:t>Đáp số: ........................................................</w:t>
      </w:r>
    </w:p>
    <w:p>
      <w:r>
        <w:rPr>
          <w:b/>
        </w:rPr>
        <w:t xml:space="preserve">Câu 25. </w:t>
      </w:r>
      <w:r>
        <w:t>Tìm số có hai chữ số, tổng chữ số bằng 13 và hiệu chữ số bằng 5, hàng chục lớn hơn hàng đơn vị.</w:t>
      </w:r>
    </w:p>
    <w:p>
      <w:pPr>
        <w:ind w:left="283"/>
      </w:pPr>
      <w:r>
        <w:t>Đáp số: ........................................................</w:t>
      </w:r>
    </w:p>
    <w:p>
      <w:r>
        <w:rPr>
          <w:b/>
        </w:rPr>
        <w:t xml:space="preserve">Câu 26. </w:t>
      </w:r>
      <w:r>
        <w:t>Tìm số có hai chữ số, tích hai chữ số bằng 24 và hàng chục lớn hơn hàng đơn vị 2.</w:t>
      </w:r>
    </w:p>
    <w:p>
      <w:pPr>
        <w:ind w:left="283"/>
      </w:pPr>
      <w:r>
        <w:t>Đáp số: ........................................................</w:t>
      </w:r>
    </w:p>
    <w:p>
      <w:r>
        <w:rPr>
          <w:b/>
        </w:rPr>
        <w:t xml:space="preserve">Câu 27. </w:t>
      </w:r>
      <w:r>
        <w:t>Một số có ba chữ số, hàng trăm gấp đôi hàng chục, hàng đơn vị bằng hàng chục và tổng các chữ số là 12. Tìm số.</w:t>
      </w:r>
    </w:p>
    <w:p>
      <w:pPr>
        <w:ind w:left="283"/>
      </w:pPr>
      <w:r>
        <w:t>Đáp số: ........................................................</w:t>
      </w:r>
    </w:p>
    <w:p>
      <w:r>
        <w:rPr>
          <w:b/>
        </w:rPr>
        <w:t xml:space="preserve">Câu 28. </w:t>
      </w:r>
      <w:r>
        <w:t>Một số có ba chữ số, tổng các chữ số là 15; hàng trăm là 8, hàng chục hơn hàng đơn vị 1. Tìm số.</w:t>
      </w:r>
    </w:p>
    <w:p>
      <w:pPr>
        <w:ind w:left="283"/>
      </w:pPr>
      <w:r>
        <w:t>Đáp số: ........................................................</w:t>
      </w:r>
    </w:p>
    <w:p>
      <w:r>
        <w:rPr>
          <w:b/>
        </w:rPr>
        <w:t xml:space="preserve">Câu 29. </w:t>
      </w:r>
      <w:r>
        <w:t>Từ số 123 456, xóa một chữ số để được số lớn nhất có 5 chữ số. Xóa chữ số nào? Số mới là bao nhiêu?</w:t>
      </w:r>
    </w:p>
    <w:p>
      <w:pPr>
        <w:ind w:left="283"/>
      </w:pPr>
      <w:r>
        <w:t>Đáp số: ........................................................</w:t>
      </w:r>
    </w:p>
    <w:p>
      <w:r>
        <w:rPr>
          <w:b/>
        </w:rPr>
        <w:t xml:space="preserve">Câu 30. </w:t>
      </w:r>
      <w:r>
        <w:t>Từ số 987 654, xóa một chữ số để được số nhỏ nhất có 5 chữ số. Xóa chữ số nào? Số mới là bao nhiêu?</w:t>
      </w:r>
    </w:p>
    <w:p>
      <w:pPr>
        <w:ind w:left="283"/>
      </w:pPr>
      <w:r>
        <w:t>Đáp số: ........................................................</w:t>
      </w:r>
    </w:p>
    <w:p>
      <w:r>
        <w:br w:type="page"/>
      </w:r>
    </w:p>
    <w:p>
      <w:pPr>
        <w:pStyle w:val="Heading1"/>
      </w:pPr>
      <w:r>
        <w:t>Đáp án</w:t>
      </w:r>
    </w:p>
    <w:tbl>
      <w:tblPr>
        <w:tblW w:type="auto" w:w="0"/>
        <w:jc w:val="center"/>
        <w:tblLook w:firstColumn="1" w:firstRow="1" w:lastColumn="0" w:lastRow="0" w:noHBand="0" w:noVBand="1" w:val="04A0"/>
      </w:tblPr>
      <w:tblGrid>
        <w:gridCol w:w="2521"/>
        <w:gridCol w:w="2521"/>
        <w:gridCol w:w="2521"/>
        <w:gridCol w:w="2521"/>
      </w:tblGrid>
      <w:tr>
        <w:tc>
          <w:tcPr>
            <w:tcW w:type="dxa" w:w="2521"/>
          </w:tcPr>
          <w:p>
            <w:pPr>
              <w:spacing w:after="0"/>
            </w:pPr>
            <w:r>
              <w:rPr>
                <w:rFonts w:ascii="Arial" w:hAnsi="Arial" w:eastAsia="Arial"/>
                <w:b/>
                <w:sz w:val="19"/>
              </w:rPr>
              <w:t>Câu</w:t>
            </w:r>
          </w:p>
        </w:tc>
        <w:tc>
          <w:tcPr>
            <w:tcW w:type="dxa" w:w="2521"/>
          </w:tcPr>
          <w:p>
            <w:pPr>
              <w:spacing w:after="0"/>
            </w:pPr>
            <w:r>
              <w:rPr>
                <w:rFonts w:ascii="Arial" w:hAnsi="Arial" w:eastAsia="Arial"/>
                <w:b/>
                <w:sz w:val="19"/>
              </w:rPr>
              <w:t>Đáp án</w:t>
            </w:r>
          </w:p>
        </w:tc>
        <w:tc>
          <w:tcPr>
            <w:tcW w:type="dxa" w:w="2521"/>
          </w:tcPr>
          <w:p>
            <w:pPr>
              <w:spacing w:after="0"/>
            </w:pPr>
            <w:r>
              <w:rPr>
                <w:rFonts w:ascii="Arial" w:hAnsi="Arial" w:eastAsia="Arial"/>
                <w:b/>
                <w:sz w:val="19"/>
              </w:rPr>
              <w:t>Câu</w:t>
            </w:r>
          </w:p>
        </w:tc>
        <w:tc>
          <w:tcPr>
            <w:tcW w:type="dxa" w:w="2521"/>
          </w:tcPr>
          <w:p>
            <w:pPr>
              <w:spacing w:after="0"/>
            </w:pPr>
            <w:r>
              <w:rPr>
                <w:rFonts w:ascii="Arial" w:hAnsi="Arial" w:eastAsia="Arial"/>
                <w:b/>
                <w:sz w:val="19"/>
              </w:rPr>
              <w:t>Đáp án</w:t>
            </w:r>
          </w:p>
        </w:tc>
      </w:tr>
      <w:tr>
        <w:trPr>
          <w:cantSplit/>
        </w:trPr>
        <w:tc>
          <w:tcPr>
            <w:tcW w:type="dxa" w:w="2521"/>
            <w:vAlign w:val="center"/>
          </w:tcPr>
          <w:p>
            <w:pPr>
              <w:spacing w:after="0"/>
            </w:pPr>
            <w:r>
              <w:rPr>
                <w:rFonts w:ascii="Arial" w:hAnsi="Arial" w:eastAsia="Arial"/>
                <w:sz w:val="19"/>
              </w:rPr>
              <w:t>1</w:t>
            </w:r>
          </w:p>
        </w:tc>
        <w:tc>
          <w:tcPr>
            <w:tcW w:type="dxa" w:w="2521"/>
            <w:vAlign w:val="center"/>
          </w:tcPr>
          <w:p>
            <w:pPr>
              <w:spacing w:after="0"/>
            </w:pPr>
            <w:r>
              <w:rPr>
                <w:rFonts w:ascii="Arial" w:hAnsi="Arial" w:eastAsia="Arial"/>
                <w:sz w:val="19"/>
              </w:rPr>
              <w:t>40 000 + 7 000 + 300 + 5</w:t>
            </w:r>
          </w:p>
        </w:tc>
        <w:tc>
          <w:tcPr>
            <w:tcW w:type="dxa" w:w="2521"/>
            <w:vAlign w:val="center"/>
          </w:tcPr>
          <w:p>
            <w:pPr>
              <w:spacing w:after="0"/>
            </w:pPr>
            <w:r>
              <w:rPr>
                <w:rFonts w:ascii="Arial" w:hAnsi="Arial" w:eastAsia="Arial"/>
                <w:sz w:val="19"/>
              </w:rPr>
              <w:t>16</w:t>
            </w:r>
          </w:p>
        </w:tc>
        <w:tc>
          <w:tcPr>
            <w:tcW w:type="dxa" w:w="2521"/>
            <w:vAlign w:val="center"/>
          </w:tcPr>
          <w:p>
            <w:pPr>
              <w:spacing w:after="0"/>
            </w:pPr>
            <w:r>
              <w:rPr>
                <w:rFonts w:ascii="Arial" w:hAnsi="Arial" w:eastAsia="Arial"/>
                <w:sz w:val="19"/>
              </w:rPr>
              <w:t>7 428</w:t>
            </w:r>
          </w:p>
        </w:tc>
      </w:tr>
      <w:tr>
        <w:trPr>
          <w:cantSplit/>
        </w:trPr>
        <w:tc>
          <w:tcPr>
            <w:tcW w:type="dxa" w:w="2521"/>
            <w:vAlign w:val="center"/>
          </w:tcPr>
          <w:p>
            <w:pPr>
              <w:spacing w:after="0"/>
            </w:pPr>
            <w:r>
              <w:rPr>
                <w:rFonts w:ascii="Arial" w:hAnsi="Arial" w:eastAsia="Arial"/>
                <w:sz w:val="19"/>
              </w:rPr>
              <w:t>2</w:t>
            </w:r>
          </w:p>
        </w:tc>
        <w:tc>
          <w:tcPr>
            <w:tcW w:type="dxa" w:w="2521"/>
            <w:vAlign w:val="center"/>
          </w:tcPr>
          <w:p>
            <w:pPr>
              <w:spacing w:after="0"/>
            </w:pPr>
            <w:r>
              <w:rPr>
                <w:rFonts w:ascii="Arial" w:hAnsi="Arial" w:eastAsia="Arial"/>
                <w:sz w:val="19"/>
              </w:rPr>
              <w:t>6 000</w:t>
            </w:r>
          </w:p>
        </w:tc>
        <w:tc>
          <w:tcPr>
            <w:tcW w:type="dxa" w:w="2521"/>
            <w:vAlign w:val="center"/>
          </w:tcPr>
          <w:p>
            <w:pPr>
              <w:spacing w:after="0"/>
            </w:pPr>
            <w:r>
              <w:rPr>
                <w:rFonts w:ascii="Arial" w:hAnsi="Arial" w:eastAsia="Arial"/>
                <w:sz w:val="19"/>
              </w:rPr>
              <w:t>17</w:t>
            </w:r>
          </w:p>
        </w:tc>
        <w:tc>
          <w:tcPr>
            <w:tcW w:type="dxa" w:w="2521"/>
            <w:vAlign w:val="center"/>
          </w:tcPr>
          <w:p>
            <w:pPr>
              <w:spacing w:after="0"/>
            </w:pPr>
            <w:r>
              <w:rPr>
                <w:rFonts w:ascii="Arial" w:hAnsi="Arial" w:eastAsia="Arial"/>
                <w:sz w:val="19"/>
              </w:rPr>
              <w:t>29</w:t>
            </w:r>
          </w:p>
        </w:tc>
      </w:tr>
      <w:tr>
        <w:trPr>
          <w:cantSplit/>
        </w:trPr>
        <w:tc>
          <w:tcPr>
            <w:tcW w:type="dxa" w:w="2521"/>
            <w:vAlign w:val="center"/>
          </w:tcPr>
          <w:p>
            <w:pPr>
              <w:spacing w:after="0"/>
            </w:pPr>
            <w:r>
              <w:rPr>
                <w:rFonts w:ascii="Arial" w:hAnsi="Arial" w:eastAsia="Arial"/>
                <w:sz w:val="19"/>
              </w:rPr>
              <w:t>3</w:t>
            </w:r>
          </w:p>
        </w:tc>
        <w:tc>
          <w:tcPr>
            <w:tcW w:type="dxa" w:w="2521"/>
            <w:vAlign w:val="center"/>
          </w:tcPr>
          <w:p>
            <w:pPr>
              <w:spacing w:after="0"/>
            </w:pPr>
            <w:r>
              <w:rPr>
                <w:rFonts w:ascii="Arial" w:hAnsi="Arial" w:eastAsia="Arial"/>
                <w:sz w:val="19"/>
              </w:rPr>
              <w:t>52 749</w:t>
            </w:r>
          </w:p>
        </w:tc>
        <w:tc>
          <w:tcPr>
            <w:tcW w:type="dxa" w:w="2521"/>
            <w:vAlign w:val="center"/>
          </w:tcPr>
          <w:p>
            <w:pPr>
              <w:spacing w:after="0"/>
            </w:pPr>
            <w:r>
              <w:rPr>
                <w:rFonts w:ascii="Arial" w:hAnsi="Arial" w:eastAsia="Arial"/>
                <w:sz w:val="19"/>
              </w:rPr>
              <w:t>18</w:t>
            </w:r>
          </w:p>
        </w:tc>
        <w:tc>
          <w:tcPr>
            <w:tcW w:type="dxa" w:w="2521"/>
            <w:vAlign w:val="center"/>
          </w:tcPr>
          <w:p>
            <w:pPr>
              <w:spacing w:after="0"/>
            </w:pPr>
            <w:r>
              <w:rPr>
                <w:rFonts w:ascii="Arial" w:hAnsi="Arial" w:eastAsia="Arial"/>
                <w:sz w:val="19"/>
              </w:rPr>
              <w:t>Không thay đổi</w:t>
            </w:r>
          </w:p>
        </w:tc>
      </w:tr>
      <w:tr>
        <w:trPr>
          <w:cantSplit/>
        </w:trPr>
        <w:tc>
          <w:tcPr>
            <w:tcW w:type="dxa" w:w="2521"/>
            <w:vAlign w:val="center"/>
          </w:tcPr>
          <w:p>
            <w:pPr>
              <w:spacing w:after="0"/>
            </w:pPr>
            <w:r>
              <w:rPr>
                <w:rFonts w:ascii="Arial" w:hAnsi="Arial" w:eastAsia="Arial"/>
                <w:sz w:val="19"/>
              </w:rPr>
              <w:t>4</w:t>
            </w:r>
          </w:p>
        </w:tc>
        <w:tc>
          <w:tcPr>
            <w:tcW w:type="dxa" w:w="2521"/>
            <w:vAlign w:val="center"/>
          </w:tcPr>
          <w:p>
            <w:pPr>
              <w:spacing w:after="0"/>
            </w:pPr>
            <w:r>
              <w:rPr>
                <w:rFonts w:ascii="Arial" w:hAnsi="Arial" w:eastAsia="Arial"/>
                <w:sz w:val="19"/>
              </w:rPr>
              <w:t>86 420</w:t>
            </w:r>
          </w:p>
        </w:tc>
        <w:tc>
          <w:tcPr>
            <w:tcW w:type="dxa" w:w="2521"/>
            <w:vAlign w:val="center"/>
          </w:tcPr>
          <w:p>
            <w:pPr>
              <w:spacing w:after="0"/>
            </w:pPr>
            <w:r>
              <w:rPr>
                <w:rFonts w:ascii="Arial" w:hAnsi="Arial" w:eastAsia="Arial"/>
                <w:sz w:val="19"/>
              </w:rPr>
              <w:t>19</w:t>
            </w:r>
          </w:p>
        </w:tc>
        <w:tc>
          <w:tcPr>
            <w:tcW w:type="dxa" w:w="2521"/>
            <w:vAlign w:val="center"/>
          </w:tcPr>
          <w:p>
            <w:pPr>
              <w:spacing w:after="0"/>
            </w:pPr>
            <w:r>
              <w:rPr>
                <w:rFonts w:ascii="Arial" w:hAnsi="Arial" w:eastAsia="Arial"/>
                <w:sz w:val="19"/>
              </w:rPr>
              <w:t>528 = 500 + 20 + 8</w:t>
            </w:r>
          </w:p>
        </w:tc>
      </w:tr>
      <w:tr>
        <w:trPr>
          <w:cantSplit/>
        </w:trPr>
        <w:tc>
          <w:tcPr>
            <w:tcW w:type="dxa" w:w="2521"/>
            <w:vAlign w:val="center"/>
          </w:tcPr>
          <w:p>
            <w:pPr>
              <w:spacing w:after="0"/>
            </w:pPr>
            <w:r>
              <w:rPr>
                <w:rFonts w:ascii="Arial" w:hAnsi="Arial" w:eastAsia="Arial"/>
                <w:sz w:val="19"/>
              </w:rPr>
              <w:t>5</w:t>
            </w:r>
          </w:p>
        </w:tc>
        <w:tc>
          <w:tcPr>
            <w:tcW w:type="dxa" w:w="2521"/>
            <w:vAlign w:val="center"/>
          </w:tcPr>
          <w:p>
            <w:pPr>
              <w:spacing w:after="0"/>
            </w:pPr>
            <w:r>
              <w:rPr>
                <w:rFonts w:ascii="Arial" w:hAnsi="Arial" w:eastAsia="Arial"/>
                <w:sz w:val="19"/>
              </w:rPr>
              <w:t>20 468</w:t>
            </w:r>
          </w:p>
        </w:tc>
        <w:tc>
          <w:tcPr>
            <w:tcW w:type="dxa" w:w="2521"/>
            <w:vAlign w:val="center"/>
          </w:tcPr>
          <w:p>
            <w:pPr>
              <w:spacing w:after="0"/>
            </w:pPr>
            <w:r>
              <w:rPr>
                <w:rFonts w:ascii="Arial" w:hAnsi="Arial" w:eastAsia="Arial"/>
                <w:sz w:val="19"/>
              </w:rPr>
              <w:t>20</w:t>
            </w:r>
          </w:p>
        </w:tc>
        <w:tc>
          <w:tcPr>
            <w:tcW w:type="dxa" w:w="2521"/>
            <w:vAlign w:val="center"/>
          </w:tcPr>
          <w:p>
            <w:pPr>
              <w:spacing w:after="0"/>
            </w:pPr>
            <w:r>
              <w:rPr>
                <w:rFonts w:ascii="Arial" w:hAnsi="Arial" w:eastAsia="Arial"/>
                <w:sz w:val="19"/>
              </w:rPr>
              <w:t>137; hiệu 594</w:t>
            </w:r>
          </w:p>
        </w:tc>
      </w:tr>
      <w:tr>
        <w:trPr>
          <w:cantSplit/>
        </w:trPr>
        <w:tc>
          <w:tcPr>
            <w:tcW w:type="dxa" w:w="2521"/>
            <w:vAlign w:val="center"/>
          </w:tcPr>
          <w:p>
            <w:pPr>
              <w:spacing w:after="0"/>
            </w:pPr>
            <w:r>
              <w:rPr>
                <w:rFonts w:ascii="Arial" w:hAnsi="Arial" w:eastAsia="Arial"/>
                <w:sz w:val="19"/>
              </w:rPr>
              <w:t>6</w:t>
            </w:r>
          </w:p>
        </w:tc>
        <w:tc>
          <w:tcPr>
            <w:tcW w:type="dxa" w:w="2521"/>
            <w:vAlign w:val="center"/>
          </w:tcPr>
          <w:p>
            <w:pPr>
              <w:spacing w:after="0"/>
            </w:pPr>
            <w:r>
              <w:rPr>
                <w:rFonts w:ascii="Arial" w:hAnsi="Arial" w:eastAsia="Arial"/>
                <w:sz w:val="19"/>
              </w:rPr>
              <w:t>7 531</w:t>
            </w:r>
          </w:p>
        </w:tc>
        <w:tc>
          <w:tcPr>
            <w:tcW w:type="dxa" w:w="2521"/>
            <w:vAlign w:val="center"/>
          </w:tcPr>
          <w:p>
            <w:pPr>
              <w:spacing w:after="0"/>
            </w:pPr>
            <w:r>
              <w:rPr>
                <w:rFonts w:ascii="Arial" w:hAnsi="Arial" w:eastAsia="Arial"/>
                <w:sz w:val="19"/>
              </w:rPr>
              <w:t>21</w:t>
            </w:r>
          </w:p>
        </w:tc>
        <w:tc>
          <w:tcPr>
            <w:tcW w:type="dxa" w:w="2521"/>
            <w:vAlign w:val="center"/>
          </w:tcPr>
          <w:p>
            <w:pPr>
              <w:spacing w:after="0"/>
            </w:pPr>
            <w:r>
              <w:rPr>
                <w:rFonts w:ascii="Arial" w:hAnsi="Arial" w:eastAsia="Arial"/>
                <w:sz w:val="19"/>
              </w:rPr>
              <w:t>9 số</w:t>
            </w:r>
          </w:p>
        </w:tc>
      </w:tr>
      <w:tr>
        <w:trPr>
          <w:cantSplit/>
        </w:trPr>
        <w:tc>
          <w:tcPr>
            <w:tcW w:type="dxa" w:w="2521"/>
            <w:vAlign w:val="center"/>
          </w:tcPr>
          <w:p>
            <w:pPr>
              <w:spacing w:after="0"/>
            </w:pPr>
            <w:r>
              <w:rPr>
                <w:rFonts w:ascii="Arial" w:hAnsi="Arial" w:eastAsia="Arial"/>
                <w:sz w:val="19"/>
              </w:rPr>
              <w:t>7</w:t>
            </w:r>
          </w:p>
        </w:tc>
        <w:tc>
          <w:tcPr>
            <w:tcW w:type="dxa" w:w="2521"/>
            <w:vAlign w:val="center"/>
          </w:tcPr>
          <w:p>
            <w:pPr>
              <w:spacing w:after="0"/>
            </w:pPr>
            <w:r>
              <w:rPr>
                <w:rFonts w:ascii="Arial" w:hAnsi="Arial" w:eastAsia="Arial"/>
                <w:sz w:val="19"/>
              </w:rPr>
              <w:t>2 059</w:t>
            </w:r>
          </w:p>
        </w:tc>
        <w:tc>
          <w:tcPr>
            <w:tcW w:type="dxa" w:w="2521"/>
            <w:vAlign w:val="center"/>
          </w:tcPr>
          <w:p>
            <w:pPr>
              <w:spacing w:after="0"/>
            </w:pPr>
            <w:r>
              <w:rPr>
                <w:rFonts w:ascii="Arial" w:hAnsi="Arial" w:eastAsia="Arial"/>
                <w:sz w:val="19"/>
              </w:rPr>
              <w:t>22</w:t>
            </w:r>
          </w:p>
        </w:tc>
        <w:tc>
          <w:tcPr>
            <w:tcW w:type="dxa" w:w="2521"/>
            <w:vAlign w:val="center"/>
          </w:tcPr>
          <w:p>
            <w:pPr>
              <w:spacing w:after="0"/>
            </w:pPr>
            <w:r>
              <w:rPr>
                <w:rFonts w:ascii="Arial" w:hAnsi="Arial" w:eastAsia="Arial"/>
                <w:sz w:val="19"/>
              </w:rPr>
              <w:t>18 số</w:t>
            </w:r>
          </w:p>
        </w:tc>
      </w:tr>
      <w:tr>
        <w:trPr>
          <w:cantSplit/>
        </w:trPr>
        <w:tc>
          <w:tcPr>
            <w:tcW w:type="dxa" w:w="2521"/>
            <w:vAlign w:val="center"/>
          </w:tcPr>
          <w:p>
            <w:pPr>
              <w:spacing w:after="0"/>
            </w:pPr>
            <w:r>
              <w:rPr>
                <w:rFonts w:ascii="Arial" w:hAnsi="Arial" w:eastAsia="Arial"/>
                <w:sz w:val="19"/>
              </w:rPr>
              <w:t>8</w:t>
            </w:r>
          </w:p>
        </w:tc>
        <w:tc>
          <w:tcPr>
            <w:tcW w:type="dxa" w:w="2521"/>
            <w:vAlign w:val="center"/>
          </w:tcPr>
          <w:p>
            <w:pPr>
              <w:spacing w:after="0"/>
            </w:pPr>
            <w:r>
              <w:rPr>
                <w:rFonts w:ascii="Arial" w:hAnsi="Arial" w:eastAsia="Arial"/>
                <w:sz w:val="19"/>
              </w:rPr>
              <w:t>74 084</w:t>
            </w:r>
          </w:p>
        </w:tc>
        <w:tc>
          <w:tcPr>
            <w:tcW w:type="dxa" w:w="2521"/>
            <w:vAlign w:val="center"/>
          </w:tcPr>
          <w:p>
            <w:pPr>
              <w:spacing w:after="0"/>
            </w:pPr>
            <w:r>
              <w:rPr>
                <w:rFonts w:ascii="Arial" w:hAnsi="Arial" w:eastAsia="Arial"/>
                <w:sz w:val="19"/>
              </w:rPr>
              <w:t>23</w:t>
            </w:r>
          </w:p>
        </w:tc>
        <w:tc>
          <w:tcPr>
            <w:tcW w:type="dxa" w:w="2521"/>
            <w:vAlign w:val="center"/>
          </w:tcPr>
          <w:p>
            <w:pPr>
              <w:spacing w:after="0"/>
            </w:pPr>
            <w:r>
              <w:rPr>
                <w:rFonts w:ascii="Arial" w:hAnsi="Arial" w:eastAsia="Arial"/>
                <w:sz w:val="19"/>
              </w:rPr>
              <w:t>24 số</w:t>
            </w:r>
          </w:p>
        </w:tc>
      </w:tr>
      <w:tr>
        <w:trPr>
          <w:cantSplit/>
        </w:trPr>
        <w:tc>
          <w:tcPr>
            <w:tcW w:type="dxa" w:w="2521"/>
            <w:vAlign w:val="center"/>
          </w:tcPr>
          <w:p>
            <w:pPr>
              <w:spacing w:after="0"/>
            </w:pPr>
            <w:r>
              <w:rPr>
                <w:rFonts w:ascii="Arial" w:hAnsi="Arial" w:eastAsia="Arial"/>
                <w:sz w:val="19"/>
              </w:rPr>
              <w:t>9</w:t>
            </w:r>
          </w:p>
        </w:tc>
        <w:tc>
          <w:tcPr>
            <w:tcW w:type="dxa" w:w="2521"/>
            <w:vAlign w:val="center"/>
          </w:tcPr>
          <w:p>
            <w:pPr>
              <w:spacing w:after="0"/>
            </w:pPr>
            <w:r>
              <w:rPr>
                <w:rFonts w:ascii="Arial" w:hAnsi="Arial" w:eastAsia="Arial"/>
                <w:sz w:val="19"/>
              </w:rPr>
              <w:t>61 437</w:t>
            </w:r>
          </w:p>
        </w:tc>
        <w:tc>
          <w:tcPr>
            <w:tcW w:type="dxa" w:w="2521"/>
            <w:vAlign w:val="center"/>
          </w:tcPr>
          <w:p>
            <w:pPr>
              <w:spacing w:after="0"/>
            </w:pPr>
            <w:r>
              <w:rPr>
                <w:rFonts w:ascii="Arial" w:hAnsi="Arial" w:eastAsia="Arial"/>
                <w:sz w:val="19"/>
              </w:rPr>
              <w:t>24</w:t>
            </w:r>
          </w:p>
        </w:tc>
        <w:tc>
          <w:tcPr>
            <w:tcW w:type="dxa" w:w="2521"/>
            <w:vAlign w:val="center"/>
          </w:tcPr>
          <w:p>
            <w:pPr>
              <w:spacing w:after="0"/>
            </w:pPr>
            <w:r>
              <w:rPr>
                <w:rFonts w:ascii="Arial" w:hAnsi="Arial" w:eastAsia="Arial"/>
                <w:sz w:val="19"/>
              </w:rPr>
              <w:t>18 số</w:t>
            </w:r>
          </w:p>
        </w:tc>
      </w:tr>
      <w:tr>
        <w:trPr>
          <w:cantSplit/>
        </w:trPr>
        <w:tc>
          <w:tcPr>
            <w:tcW w:type="dxa" w:w="2521"/>
            <w:vAlign w:val="center"/>
          </w:tcPr>
          <w:p>
            <w:pPr>
              <w:spacing w:after="0"/>
            </w:pPr>
            <w:r>
              <w:rPr>
                <w:rFonts w:ascii="Arial" w:hAnsi="Arial" w:eastAsia="Arial"/>
                <w:sz w:val="19"/>
              </w:rPr>
              <w:t>10</w:t>
            </w:r>
          </w:p>
        </w:tc>
        <w:tc>
          <w:tcPr>
            <w:tcW w:type="dxa" w:w="2521"/>
            <w:vAlign w:val="center"/>
          </w:tcPr>
          <w:p>
            <w:pPr>
              <w:spacing w:after="0"/>
            </w:pPr>
            <w:r>
              <w:rPr>
                <w:rFonts w:ascii="Arial" w:hAnsi="Arial" w:eastAsia="Arial"/>
                <w:sz w:val="19"/>
              </w:rPr>
              <w:t>5 286</w:t>
            </w:r>
          </w:p>
        </w:tc>
        <w:tc>
          <w:tcPr>
            <w:tcW w:type="dxa" w:w="2521"/>
            <w:vAlign w:val="center"/>
          </w:tcPr>
          <w:p>
            <w:pPr>
              <w:spacing w:after="0"/>
            </w:pPr>
            <w:r>
              <w:rPr>
                <w:rFonts w:ascii="Arial" w:hAnsi="Arial" w:eastAsia="Arial"/>
                <w:sz w:val="19"/>
              </w:rPr>
              <w:t>25</w:t>
            </w:r>
          </w:p>
        </w:tc>
        <w:tc>
          <w:tcPr>
            <w:tcW w:type="dxa" w:w="2521"/>
            <w:vAlign w:val="center"/>
          </w:tcPr>
          <w:p>
            <w:pPr>
              <w:spacing w:after="0"/>
            </w:pPr>
            <w:r>
              <w:rPr>
                <w:rFonts w:ascii="Arial" w:hAnsi="Arial" w:eastAsia="Arial"/>
                <w:sz w:val="19"/>
              </w:rPr>
              <w:t>94</w:t>
            </w:r>
          </w:p>
        </w:tc>
      </w:tr>
      <w:tr>
        <w:trPr>
          <w:cantSplit/>
        </w:trPr>
        <w:tc>
          <w:tcPr>
            <w:tcW w:type="dxa" w:w="2521"/>
            <w:vAlign w:val="center"/>
          </w:tcPr>
          <w:p>
            <w:pPr>
              <w:spacing w:after="0"/>
            </w:pPr>
            <w:r>
              <w:rPr>
                <w:rFonts w:ascii="Arial" w:hAnsi="Arial" w:eastAsia="Arial"/>
                <w:sz w:val="19"/>
              </w:rPr>
              <w:t>11</w:t>
            </w:r>
          </w:p>
        </w:tc>
        <w:tc>
          <w:tcPr>
            <w:tcW w:type="dxa" w:w="2521"/>
            <w:vAlign w:val="center"/>
          </w:tcPr>
          <w:p>
            <w:pPr>
              <w:spacing w:after="0"/>
            </w:pPr>
            <w:r>
              <w:rPr>
                <w:rFonts w:ascii="Arial" w:hAnsi="Arial" w:eastAsia="Arial"/>
                <w:sz w:val="19"/>
              </w:rPr>
              <w:t>74</w:t>
            </w:r>
          </w:p>
        </w:tc>
        <w:tc>
          <w:tcPr>
            <w:tcW w:type="dxa" w:w="2521"/>
            <w:vAlign w:val="center"/>
          </w:tcPr>
          <w:p>
            <w:pPr>
              <w:spacing w:after="0"/>
            </w:pPr>
            <w:r>
              <w:rPr>
                <w:rFonts w:ascii="Arial" w:hAnsi="Arial" w:eastAsia="Arial"/>
                <w:sz w:val="19"/>
              </w:rPr>
              <w:t>26</w:t>
            </w:r>
          </w:p>
        </w:tc>
        <w:tc>
          <w:tcPr>
            <w:tcW w:type="dxa" w:w="2521"/>
            <w:vAlign w:val="center"/>
          </w:tcPr>
          <w:p>
            <w:pPr>
              <w:spacing w:after="0"/>
            </w:pPr>
            <w:r>
              <w:rPr>
                <w:rFonts w:ascii="Arial" w:hAnsi="Arial" w:eastAsia="Arial"/>
                <w:sz w:val="19"/>
              </w:rPr>
              <w:t>64</w:t>
            </w:r>
          </w:p>
        </w:tc>
      </w:tr>
      <w:tr>
        <w:trPr>
          <w:cantSplit/>
        </w:trPr>
        <w:tc>
          <w:tcPr>
            <w:tcW w:type="dxa" w:w="2521"/>
            <w:vAlign w:val="center"/>
          </w:tcPr>
          <w:p>
            <w:pPr>
              <w:spacing w:after="0"/>
            </w:pPr>
            <w:r>
              <w:rPr>
                <w:rFonts w:ascii="Arial" w:hAnsi="Arial" w:eastAsia="Arial"/>
                <w:sz w:val="19"/>
              </w:rPr>
              <w:t>12</w:t>
            </w:r>
          </w:p>
        </w:tc>
        <w:tc>
          <w:tcPr>
            <w:tcW w:type="dxa" w:w="2521"/>
            <w:vAlign w:val="center"/>
          </w:tcPr>
          <w:p>
            <w:pPr>
              <w:spacing w:after="0"/>
            </w:pPr>
            <w:r>
              <w:rPr>
                <w:rFonts w:ascii="Arial" w:hAnsi="Arial" w:eastAsia="Arial"/>
                <w:sz w:val="19"/>
              </w:rPr>
              <w:t>36</w:t>
            </w:r>
          </w:p>
        </w:tc>
        <w:tc>
          <w:tcPr>
            <w:tcW w:type="dxa" w:w="2521"/>
            <w:vAlign w:val="center"/>
          </w:tcPr>
          <w:p>
            <w:pPr>
              <w:spacing w:after="0"/>
            </w:pPr>
            <w:r>
              <w:rPr>
                <w:rFonts w:ascii="Arial" w:hAnsi="Arial" w:eastAsia="Arial"/>
                <w:sz w:val="19"/>
              </w:rPr>
              <w:t>27</w:t>
            </w:r>
          </w:p>
        </w:tc>
        <w:tc>
          <w:tcPr>
            <w:tcW w:type="dxa" w:w="2521"/>
            <w:vAlign w:val="center"/>
          </w:tcPr>
          <w:p>
            <w:pPr>
              <w:spacing w:after="0"/>
            </w:pPr>
            <w:r>
              <w:rPr>
                <w:rFonts w:ascii="Arial" w:hAnsi="Arial" w:eastAsia="Arial"/>
                <w:sz w:val="19"/>
              </w:rPr>
              <w:t>633</w:t>
            </w:r>
          </w:p>
        </w:tc>
      </w:tr>
      <w:tr>
        <w:trPr>
          <w:cantSplit/>
        </w:trPr>
        <w:tc>
          <w:tcPr>
            <w:tcW w:type="dxa" w:w="2521"/>
            <w:vAlign w:val="center"/>
          </w:tcPr>
          <w:p>
            <w:pPr>
              <w:spacing w:after="0"/>
            </w:pPr>
            <w:r>
              <w:rPr>
                <w:rFonts w:ascii="Arial" w:hAnsi="Arial" w:eastAsia="Arial"/>
                <w:sz w:val="19"/>
              </w:rPr>
              <w:t>13</w:t>
            </w:r>
          </w:p>
        </w:tc>
        <w:tc>
          <w:tcPr>
            <w:tcW w:type="dxa" w:w="2521"/>
            <w:vAlign w:val="center"/>
          </w:tcPr>
          <w:p>
            <w:pPr>
              <w:spacing w:after="0"/>
            </w:pPr>
            <w:r>
              <w:rPr>
                <w:rFonts w:ascii="Arial" w:hAnsi="Arial" w:eastAsia="Arial"/>
                <w:sz w:val="19"/>
              </w:rPr>
              <w:t>4</w:t>
            </w:r>
          </w:p>
        </w:tc>
        <w:tc>
          <w:tcPr>
            <w:tcW w:type="dxa" w:w="2521"/>
            <w:vAlign w:val="center"/>
          </w:tcPr>
          <w:p>
            <w:pPr>
              <w:spacing w:after="0"/>
            </w:pPr>
            <w:r>
              <w:rPr>
                <w:rFonts w:ascii="Arial" w:hAnsi="Arial" w:eastAsia="Arial"/>
                <w:sz w:val="19"/>
              </w:rPr>
              <w:t>28</w:t>
            </w:r>
          </w:p>
        </w:tc>
        <w:tc>
          <w:tcPr>
            <w:tcW w:type="dxa" w:w="2521"/>
            <w:vAlign w:val="center"/>
          </w:tcPr>
          <w:p>
            <w:pPr>
              <w:spacing w:after="0"/>
            </w:pPr>
            <w:r>
              <w:rPr>
                <w:rFonts w:ascii="Arial" w:hAnsi="Arial" w:eastAsia="Arial"/>
                <w:sz w:val="19"/>
              </w:rPr>
              <w:t>843</w:t>
            </w:r>
          </w:p>
        </w:tc>
      </w:tr>
      <w:tr>
        <w:trPr>
          <w:cantSplit/>
        </w:trPr>
        <w:tc>
          <w:tcPr>
            <w:tcW w:type="dxa" w:w="2521"/>
            <w:vAlign w:val="center"/>
          </w:tcPr>
          <w:p>
            <w:pPr>
              <w:spacing w:after="0"/>
            </w:pPr>
            <w:r>
              <w:rPr>
                <w:rFonts w:ascii="Arial" w:hAnsi="Arial" w:eastAsia="Arial"/>
                <w:sz w:val="19"/>
              </w:rPr>
              <w:t>14</w:t>
            </w:r>
          </w:p>
        </w:tc>
        <w:tc>
          <w:tcPr>
            <w:tcW w:type="dxa" w:w="2521"/>
            <w:vAlign w:val="center"/>
          </w:tcPr>
          <w:p>
            <w:pPr>
              <w:spacing w:after="0"/>
            </w:pPr>
            <w:r>
              <w:rPr>
                <w:rFonts w:ascii="Arial" w:hAnsi="Arial" w:eastAsia="Arial"/>
                <w:sz w:val="19"/>
              </w:rPr>
              <w:t>35</w:t>
            </w:r>
          </w:p>
        </w:tc>
        <w:tc>
          <w:tcPr>
            <w:tcW w:type="dxa" w:w="2521"/>
            <w:vAlign w:val="center"/>
          </w:tcPr>
          <w:p>
            <w:pPr>
              <w:spacing w:after="0"/>
            </w:pPr>
            <w:r>
              <w:rPr>
                <w:rFonts w:ascii="Arial" w:hAnsi="Arial" w:eastAsia="Arial"/>
                <w:sz w:val="19"/>
              </w:rPr>
              <w:t>29</w:t>
            </w:r>
          </w:p>
        </w:tc>
        <w:tc>
          <w:tcPr>
            <w:tcW w:type="dxa" w:w="2521"/>
            <w:vAlign w:val="center"/>
          </w:tcPr>
          <w:p>
            <w:pPr>
              <w:spacing w:after="0"/>
            </w:pPr>
            <w:r>
              <w:rPr>
                <w:rFonts w:ascii="Arial" w:hAnsi="Arial" w:eastAsia="Arial"/>
                <w:sz w:val="19"/>
              </w:rPr>
              <w:t>Xóa chữ số 1; được 23 456</w:t>
            </w:r>
          </w:p>
        </w:tc>
      </w:tr>
      <w:tr>
        <w:trPr>
          <w:cantSplit/>
        </w:trPr>
        <w:tc>
          <w:tcPr>
            <w:tcW w:type="dxa" w:w="2521"/>
            <w:vAlign w:val="center"/>
          </w:tcPr>
          <w:p>
            <w:pPr>
              <w:spacing w:after="0"/>
            </w:pPr>
            <w:r>
              <w:rPr>
                <w:rFonts w:ascii="Arial" w:hAnsi="Arial" w:eastAsia="Arial"/>
                <w:sz w:val="19"/>
              </w:rPr>
              <w:t>15</w:t>
            </w:r>
          </w:p>
        </w:tc>
        <w:tc>
          <w:tcPr>
            <w:tcW w:type="dxa" w:w="2521"/>
            <w:vAlign w:val="center"/>
          </w:tcPr>
          <w:p>
            <w:pPr>
              <w:spacing w:after="0"/>
            </w:pPr>
            <w:r>
              <w:rPr>
                <w:rFonts w:ascii="Arial" w:hAnsi="Arial" w:eastAsia="Arial"/>
                <w:sz w:val="19"/>
              </w:rPr>
              <w:t>414</w:t>
            </w:r>
          </w:p>
        </w:tc>
        <w:tc>
          <w:tcPr>
            <w:tcW w:type="dxa" w:w="2521"/>
            <w:vAlign w:val="center"/>
          </w:tcPr>
          <w:p>
            <w:pPr>
              <w:spacing w:after="0"/>
            </w:pPr>
            <w:r>
              <w:rPr>
                <w:rFonts w:ascii="Arial" w:hAnsi="Arial" w:eastAsia="Arial"/>
                <w:sz w:val="19"/>
              </w:rPr>
              <w:t>30</w:t>
            </w:r>
          </w:p>
        </w:tc>
        <w:tc>
          <w:tcPr>
            <w:tcW w:type="dxa" w:w="2521"/>
            <w:vAlign w:val="center"/>
          </w:tcPr>
          <w:p>
            <w:pPr>
              <w:spacing w:after="0"/>
            </w:pPr>
            <w:r>
              <w:rPr>
                <w:rFonts w:ascii="Arial" w:hAnsi="Arial" w:eastAsia="Arial"/>
                <w:sz w:val="19"/>
              </w:rPr>
              <w:t>Xóa chữ số 9; được 87 654</w:t>
            </w:r>
          </w:p>
        </w:tc>
      </w:tr>
    </w:tbl>
    <w:sectPr w:rsidR="00FC693F" w:rsidRPr="0006063C" w:rsidSect="00034616">
      <w:pgSz w:w="12240" w:h="15840"/>
      <w:pgMar w:top="964" w:right="1077" w:bottom="964" w:left="107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eastAsia="Arial"/>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eastAsia="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eastAsia="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