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30 BÀI TOÁN TỈ LỆ NÂNG CAO LỚP 5</w:t>
      </w:r>
    </w:p>
    <w:p>
      <w:pPr>
        <w:jc w:val="center"/>
      </w:pPr>
      <w:r>
        <w:rPr>
          <w:i/>
        </w:rPr>
        <w:t>Rút về đơn vị - tỉ lệ thuận - tỉ lệ nghịch - năng suất; có đáp án</w:t>
      </w:r>
    </w:p>
    <w:p>
      <w:pPr>
        <w:jc w:val="center"/>
      </w:pPr>
      <w:r>
        <w:t>ToanCap1.com - Toán tiểu học</w:t>
      </w:r>
    </w:p>
    <w:p>
      <w:r>
        <w:t>Với tỉ lệ thuận, đại lượng này tăng bao nhiêu lần thì đại lượng kia tăng bấy nhiêu lần. Với tỉ lệ nghịch, khi số người hoặc số máy tăng thì thời gian hoàn thành cùng một công việc giảm tương ứng.</w:t>
      </w:r>
    </w:p>
    <w:p>
      <w:pPr>
        <w:pStyle w:val="Heading1"/>
      </w:pPr>
      <w:r>
        <w:t>Phần 1. Rút về đơn vị và tỉ lệ thuận</w:t>
      </w:r>
    </w:p>
    <w:p>
      <w:pPr>
        <w:keepNext/>
        <w:spacing w:after="40"/>
      </w:pPr>
      <w:r>
        <w:rPr>
          <w:b/>
        </w:rPr>
        <w:t xml:space="preserve">Câu 1. </w:t>
      </w:r>
      <w:r>
        <w:t>3 quyển vở cùng giá hết 18 000 đồng. 7 quyển như vậy hết bao nhiêu tiền?</w:t>
      </w:r>
    </w:p>
    <w:p>
      <w:pPr>
        <w:spacing w:after="80"/>
        <w:ind w:left="283"/>
      </w:pPr>
      <w:r>
        <w:t>Đáp số: ........................................................</w:t>
      </w:r>
    </w:p>
    <w:p>
      <w:pPr>
        <w:keepNext/>
        <w:spacing w:after="40"/>
      </w:pPr>
      <w:r>
        <w:rPr>
          <w:b/>
        </w:rPr>
        <w:t xml:space="preserve">Câu 2. </w:t>
      </w:r>
      <w:r>
        <w:t>5 kg gạo cùng loại giá 90 000 đồng. 8 kg giá bao nhiêu?</w:t>
      </w:r>
    </w:p>
    <w:p>
      <w:pPr>
        <w:spacing w:after="80"/>
        <w:ind w:left="283"/>
      </w:pPr>
      <w:r>
        <w:t>Đáp số: ........................................................</w:t>
      </w:r>
    </w:p>
    <w:p>
      <w:pPr>
        <w:keepNext/>
        <w:spacing w:after="40"/>
      </w:pPr>
      <w:r>
        <w:rPr>
          <w:b/>
        </w:rPr>
        <w:t xml:space="preserve">Câu 3. </w:t>
      </w:r>
      <w:r>
        <w:t>4 m vải giá 120 000 đồng. 7 m vải cùng loại giá bao nhiêu?</w:t>
      </w:r>
    </w:p>
    <w:p>
      <w:pPr>
        <w:spacing w:after="80"/>
        <w:ind w:left="283"/>
      </w:pPr>
      <w:r>
        <w:t>Đáp số: ........................................................</w:t>
      </w:r>
    </w:p>
    <w:p>
      <w:pPr>
        <w:keepNext/>
        <w:spacing w:after="40"/>
      </w:pPr>
      <w:r>
        <w:rPr>
          <w:b/>
        </w:rPr>
        <w:t xml:space="preserve">Câu 4. </w:t>
      </w:r>
      <w:r>
        <w:t>6 thùng chứa đều 48 chai. 15 thùng như vậy chứa bao nhiêu chai?</w:t>
      </w:r>
    </w:p>
    <w:p>
      <w:pPr>
        <w:spacing w:after="80"/>
        <w:ind w:left="283"/>
      </w:pPr>
      <w:r>
        <w:t>Đáp số: ........................................................</w:t>
      </w:r>
    </w:p>
    <w:p>
      <w:pPr>
        <w:keepNext/>
        <w:spacing w:after="40"/>
      </w:pPr>
      <w:r>
        <w:rPr>
          <w:b/>
        </w:rPr>
        <w:t xml:space="preserve">Câu 5. </w:t>
      </w:r>
      <w:r>
        <w:t>8 chai chứa đều 12 lít nước. 20 chai như vậy chứa bao nhiêu lít?</w:t>
      </w:r>
    </w:p>
    <w:p>
      <w:pPr>
        <w:spacing w:after="80"/>
        <w:ind w:left="283"/>
      </w:pPr>
      <w:r>
        <w:t>Đáp số: ........................................................</w:t>
      </w:r>
    </w:p>
    <w:p>
      <w:pPr>
        <w:keepNext/>
        <w:spacing w:after="40"/>
      </w:pPr>
      <w:r>
        <w:rPr>
          <w:b/>
        </w:rPr>
        <w:t xml:space="preserve">Câu 6. </w:t>
      </w:r>
      <w:r>
        <w:t>12 máy giống nhau làm được 360 sản phẩm trong cùng một giờ. 20 máy làm được bao nhiêu sản phẩm trong một giờ?</w:t>
      </w:r>
    </w:p>
    <w:p>
      <w:pPr>
        <w:spacing w:after="80"/>
        <w:ind w:left="283"/>
      </w:pPr>
      <w:r>
        <w:t>Đáp số: ........................................................</w:t>
      </w:r>
    </w:p>
    <w:p>
      <w:pPr>
        <w:keepNext/>
        <w:spacing w:after="40"/>
      </w:pPr>
      <w:r>
        <w:rPr>
          <w:b/>
        </w:rPr>
        <w:t xml:space="preserve">Câu 7. </w:t>
      </w:r>
      <w:r>
        <w:t>Một xe đi đều 225 km trong 5 giờ. Trong 8 giờ với cùng vận tốc, xe đi được bao nhiêu ki-lô-mét?</w:t>
      </w:r>
    </w:p>
    <w:p>
      <w:pPr>
        <w:spacing w:after="80"/>
        <w:ind w:left="283"/>
      </w:pPr>
      <w:r>
        <w:t>Đáp số: ........................................................</w:t>
      </w:r>
    </w:p>
    <w:p>
      <w:pPr>
        <w:keepNext/>
        <w:spacing w:after="40"/>
      </w:pPr>
      <w:r>
        <w:rPr>
          <w:b/>
        </w:rPr>
        <w:t xml:space="preserve">Câu 8. </w:t>
      </w:r>
      <w:r>
        <w:t>9 bạn dùng hết 27 quyển giấy màu như nhau. 15 bạn dùng theo cùng mức thì cần bao nhiêu quyển?</w:t>
      </w:r>
    </w:p>
    <w:p>
      <w:pPr>
        <w:spacing w:after="80"/>
        <w:ind w:left="283"/>
      </w:pPr>
      <w:r>
        <w:t>Đáp số: ........................................................</w:t>
      </w:r>
    </w:p>
    <w:p>
      <w:pPr>
        <w:keepNext/>
        <w:spacing w:after="40"/>
      </w:pPr>
      <w:r>
        <w:rPr>
          <w:b/>
        </w:rPr>
        <w:t xml:space="preserve">Câu 9. </w:t>
      </w:r>
      <w:r>
        <w:t>7 túi gạo như nhau nặng 42 kg. 12 túi như vậy nặng bao nhiêu?</w:t>
      </w:r>
    </w:p>
    <w:p>
      <w:pPr>
        <w:spacing w:after="80"/>
        <w:ind w:left="283"/>
      </w:pPr>
      <w:r>
        <w:t>Đáp số: ........................................................</w:t>
      </w:r>
    </w:p>
    <w:p>
      <w:pPr>
        <w:keepNext/>
        <w:spacing w:after="40"/>
      </w:pPr>
      <w:r>
        <w:rPr>
          <w:b/>
        </w:rPr>
        <w:t xml:space="preserve">Câu 10. </w:t>
      </w:r>
      <w:r>
        <w:t>Trong 4 ngày một đội trồng đều 28 hàng cây. 9 ngày trồng được bao nhiêu hàng nếu năng suất không đổi?</w:t>
      </w:r>
    </w:p>
    <w:p>
      <w:pPr>
        <w:spacing w:after="80"/>
        <w:ind w:left="283"/>
      </w:pPr>
      <w:r>
        <w:t>Đáp số: ........................................................</w:t>
      </w:r>
    </w:p>
    <w:p>
      <w:pPr>
        <w:keepNext/>
        <w:spacing w:after="40"/>
      </w:pPr>
      <w:r>
        <w:rPr>
          <w:b/>
        </w:rPr>
        <w:t xml:space="preserve">Câu 11. </w:t>
      </w:r>
      <w:r>
        <w:t>4 kg táo giá 112 000 đồng. Với 196 000 đồng mua được bao nhiêu ki-lô-gam táo cùng loại?</w:t>
      </w:r>
    </w:p>
    <w:p>
      <w:pPr>
        <w:spacing w:after="80"/>
        <w:ind w:left="283"/>
      </w:pPr>
      <w:r>
        <w:t>Đáp số: ........................................................</w:t>
      </w:r>
    </w:p>
    <w:p>
      <w:pPr>
        <w:keepNext/>
        <w:spacing w:after="40"/>
      </w:pPr>
      <w:r>
        <w:rPr>
          <w:b/>
        </w:rPr>
        <w:t xml:space="preserve">Câu 12. </w:t>
      </w:r>
      <w:r>
        <w:t>6 chiếc bút giá 54 000 đồng. 90 000 đồng mua được bao nhiêu chiếc cùng loại?</w:t>
      </w:r>
    </w:p>
    <w:p>
      <w:pPr>
        <w:spacing w:after="80"/>
        <w:ind w:left="283"/>
      </w:pPr>
      <w:r>
        <w:t>Đáp số: ........................................................</w:t>
      </w:r>
    </w:p>
    <w:p>
      <w:pPr>
        <w:keepNext/>
        <w:spacing w:after="40"/>
      </w:pPr>
      <w:r>
        <w:rPr>
          <w:b/>
        </w:rPr>
        <w:t xml:space="preserve">Câu 13. </w:t>
      </w:r>
      <w:r>
        <w:t>Một máy bơm trong 3 giờ bơm được 1 200 lít. Trong 7 giờ bơm được bao nhiêu lít nếu lưu lượng không đổi?</w:t>
      </w:r>
    </w:p>
    <w:p>
      <w:pPr>
        <w:spacing w:after="80"/>
        <w:ind w:left="283"/>
      </w:pPr>
      <w:r>
        <w:t>Đáp số: ........................................................</w:t>
      </w:r>
    </w:p>
    <w:p>
      <w:pPr>
        <w:keepNext/>
        <w:spacing w:after="40"/>
      </w:pPr>
      <w:r>
        <w:rPr>
          <w:b/>
        </w:rPr>
        <w:t xml:space="preserve">Câu 14. </w:t>
      </w:r>
      <w:r>
        <w:t>5 công nhân đóng được 250 hộp trong một ca với năng suất như nhau. 8 công nhân đóng được bao nhiêu hộp?</w:t>
      </w:r>
    </w:p>
    <w:p>
      <w:pPr>
        <w:spacing w:after="80"/>
        <w:ind w:left="283"/>
      </w:pPr>
      <w:r>
        <w:t>Đáp số: ........................................................</w:t>
      </w:r>
    </w:p>
    <w:p>
      <w:pPr>
        <w:keepNext/>
        <w:spacing w:after="40"/>
      </w:pPr>
      <w:r>
        <w:rPr>
          <w:b/>
        </w:rPr>
        <w:t xml:space="preserve">Câu 15. </w:t>
      </w:r>
      <w:r>
        <w:t>Một công thức cho 4 người cần 300 g bột. Nấu cho 10 người theo cùng tỉ lệ cần bao nhiêu gam bột?</w:t>
      </w:r>
    </w:p>
    <w:p>
      <w:pPr>
        <w:spacing w:after="80"/>
        <w:ind w:left="283"/>
      </w:pPr>
      <w:r>
        <w:t>Đáp số: ........................................................</w:t>
      </w:r>
    </w:p>
    <w:p>
      <w:pPr>
        <w:pStyle w:val="Heading1"/>
      </w:pPr>
      <w:r>
        <w:t>Phần 2. Tỉ lệ nghịch</w:t>
      </w:r>
    </w:p>
    <w:p>
      <w:pPr>
        <w:keepNext/>
        <w:spacing w:after="40"/>
      </w:pPr>
      <w:r>
        <w:rPr>
          <w:b/>
        </w:rPr>
        <w:t xml:space="preserve">Câu 16. </w:t>
      </w:r>
      <w:r>
        <w:t>4 công nhân làm xong một công việc trong 12 ngày. Nếu có 6 công nhân cùng năng suất thì cần bao nhiêu ngày?</w:t>
      </w:r>
    </w:p>
    <w:p>
      <w:pPr>
        <w:spacing w:after="80"/>
        <w:ind w:left="283"/>
      </w:pPr>
      <w:r>
        <w:t>Đáp số: ........................................................</w:t>
      </w:r>
    </w:p>
    <w:p>
      <w:pPr>
        <w:keepNext/>
        <w:spacing w:after="40"/>
      </w:pPr>
      <w:r>
        <w:rPr>
          <w:b/>
        </w:rPr>
        <w:t xml:space="preserve">Câu 17. </w:t>
      </w:r>
      <w:r>
        <w:t>5 người làm xong một công việc trong 18 ngày. 10 người cùng năng suất cần bao nhiêu ngày?</w:t>
      </w:r>
    </w:p>
    <w:p>
      <w:pPr>
        <w:spacing w:after="80"/>
        <w:ind w:left="283"/>
      </w:pPr>
      <w:r>
        <w:t>Đáp số: ........................................................</w:t>
      </w:r>
    </w:p>
    <w:p>
      <w:pPr>
        <w:keepNext/>
        <w:spacing w:after="40"/>
      </w:pPr>
      <w:r>
        <w:rPr>
          <w:b/>
        </w:rPr>
        <w:t xml:space="preserve">Câu 18. </w:t>
      </w:r>
      <w:r>
        <w:t>8 vòi như nhau chảy đầy bể trong 6 giờ. 12 vòi cùng loại chảy đầy bể trong bao lâu?</w:t>
      </w:r>
    </w:p>
    <w:p>
      <w:pPr>
        <w:spacing w:after="80"/>
        <w:ind w:left="283"/>
      </w:pPr>
      <w:r>
        <w:t>Đáp số: ........................................................</w:t>
      </w:r>
    </w:p>
    <w:p>
      <w:pPr>
        <w:keepNext/>
        <w:spacing w:after="40"/>
      </w:pPr>
      <w:r>
        <w:rPr>
          <w:b/>
        </w:rPr>
        <w:t xml:space="preserve">Câu 19. </w:t>
      </w:r>
      <w:r>
        <w:t>6 máy giống nhau hoàn thành đơn hàng trong 15 giờ. 10 máy như vậy cần bao nhiêu giờ?</w:t>
      </w:r>
    </w:p>
    <w:p>
      <w:pPr>
        <w:spacing w:after="80"/>
        <w:ind w:left="283"/>
      </w:pPr>
      <w:r>
        <w:t>Đáp số: ........................................................</w:t>
      </w:r>
    </w:p>
    <w:p>
      <w:pPr>
        <w:keepNext/>
        <w:spacing w:after="40"/>
      </w:pPr>
      <w:r>
        <w:rPr>
          <w:b/>
        </w:rPr>
        <w:t xml:space="preserve">Câu 20. </w:t>
      </w:r>
      <w:r>
        <w:t>12 người làm một công việc trong 10 ngày. 15 người cùng năng suất cần bao nhiêu ngày?</w:t>
      </w:r>
    </w:p>
    <w:p>
      <w:pPr>
        <w:spacing w:after="80"/>
        <w:ind w:left="283"/>
      </w:pPr>
      <w:r>
        <w:t>Đáp số: ........................................................</w:t>
      </w:r>
    </w:p>
    <w:p>
      <w:pPr>
        <w:pStyle w:val="Heading1"/>
      </w:pPr>
      <w:r>
        <w:t>Phần 3. Vận dụng tổng hợp</w:t>
      </w:r>
    </w:p>
    <w:p>
      <w:pPr>
        <w:keepNext/>
        <w:spacing w:after="40"/>
      </w:pPr>
      <w:r>
        <w:rPr>
          <w:b/>
        </w:rPr>
        <w:t xml:space="preserve">Câu 21. </w:t>
      </w:r>
      <w:r>
        <w:t>Một đội 8 người làm xong 240 sản phẩm trong 6 giờ. Trung bình mỗi người làm bao nhiêu sản phẩm trong 1 giờ?</w:t>
      </w:r>
    </w:p>
    <w:p>
      <w:pPr>
        <w:spacing w:after="80"/>
        <w:ind w:left="283"/>
      </w:pPr>
      <w:r>
        <w:t>Đáp số: ........................................................</w:t>
      </w:r>
    </w:p>
    <w:p>
      <w:pPr>
        <w:keepNext/>
        <w:spacing w:after="40"/>
      </w:pPr>
      <w:r>
        <w:rPr>
          <w:b/>
        </w:rPr>
        <w:t xml:space="preserve">Câu 22. </w:t>
      </w:r>
      <w:r>
        <w:t>3 xe chở đều 18 tấn hàng. 8 xe như vậy chở được bao nhiêu tấn?</w:t>
      </w:r>
    </w:p>
    <w:p>
      <w:pPr>
        <w:spacing w:after="80"/>
        <w:ind w:left="283"/>
      </w:pPr>
      <w:r>
        <w:t>Đáp số: ........................................................</w:t>
      </w:r>
    </w:p>
    <w:p>
      <w:pPr>
        <w:keepNext/>
        <w:spacing w:after="40"/>
      </w:pPr>
      <w:r>
        <w:rPr>
          <w:b/>
        </w:rPr>
        <w:t xml:space="preserve">Câu 23. </w:t>
      </w:r>
      <w:r>
        <w:t>Một bếp dùng 2 kg gạo cho 16 suất ăn. 100 suất cần bao nhiêu ki-lô-gam gạo theo cùng định mức?</w:t>
      </w:r>
    </w:p>
    <w:p>
      <w:pPr>
        <w:spacing w:after="80"/>
        <w:ind w:left="283"/>
      </w:pPr>
      <w:r>
        <w:t>Đáp số: ........................................................</w:t>
      </w:r>
    </w:p>
    <w:p>
      <w:pPr>
        <w:keepNext/>
        <w:spacing w:after="40"/>
      </w:pPr>
      <w:r>
        <w:rPr>
          <w:b/>
        </w:rPr>
        <w:t xml:space="preserve">Câu 24. </w:t>
      </w:r>
      <w:r>
        <w:t>Một vòi chảy 15 lít trong 3 phút. Trong 14 phút chảy được bao nhiêu lít?</w:t>
      </w:r>
    </w:p>
    <w:p>
      <w:pPr>
        <w:spacing w:after="80"/>
        <w:ind w:left="283"/>
      </w:pPr>
      <w:r>
        <w:t>Đáp số: ........................................................</w:t>
      </w:r>
    </w:p>
    <w:p>
      <w:pPr>
        <w:keepNext/>
        <w:spacing w:after="40"/>
      </w:pPr>
      <w:r>
        <w:rPr>
          <w:b/>
        </w:rPr>
        <w:t xml:space="preserve">Câu 25. </w:t>
      </w:r>
      <w:r>
        <w:t>6 người làm được 180 sản phẩm trong 5 giờ. Nếu vẫn 6 người, 8 giờ làm được bao nhiêu sản phẩm?</w:t>
      </w:r>
    </w:p>
    <w:p>
      <w:pPr>
        <w:spacing w:after="80"/>
        <w:ind w:left="283"/>
      </w:pPr>
      <w:r>
        <w:t>Đáp số: ........................................................</w:t>
      </w:r>
    </w:p>
    <w:p>
      <w:pPr>
        <w:keepNext/>
        <w:spacing w:after="40"/>
      </w:pPr>
      <w:r>
        <w:rPr>
          <w:b/>
        </w:rPr>
        <w:t xml:space="preserve">Câu 26. </w:t>
      </w:r>
      <w:r>
        <w:t>Một đội 4 xe chở hết hàng trong 15 chuyến mỗi xe. Nếu dùng 6 xe cùng sức chở thì mỗi xe cần bao nhiêu chuyến?</w:t>
      </w:r>
    </w:p>
    <w:p>
      <w:pPr>
        <w:spacing w:after="80"/>
        <w:ind w:left="283"/>
      </w:pPr>
      <w:r>
        <w:t>Đáp số: ........................................................</w:t>
      </w:r>
    </w:p>
    <w:p>
      <w:pPr>
        <w:keepNext/>
        <w:spacing w:after="40"/>
      </w:pPr>
      <w:r>
        <w:rPr>
          <w:b/>
        </w:rPr>
        <w:t xml:space="preserve">Câu 27. </w:t>
      </w:r>
      <w:r>
        <w:t>10 công nhân làm xong việc trong 24 ngày. Sau khi tăng lên 15 công nhân cùng năng suất, thời gian còn bao nhiêu ngày?</w:t>
      </w:r>
    </w:p>
    <w:p>
      <w:pPr>
        <w:spacing w:after="80"/>
        <w:ind w:left="283"/>
      </w:pPr>
      <w:r>
        <w:t>Đáp số: ........................................................</w:t>
      </w:r>
    </w:p>
    <w:p>
      <w:pPr>
        <w:keepNext/>
        <w:spacing w:after="40"/>
      </w:pPr>
      <w:r>
        <w:rPr>
          <w:b/>
        </w:rPr>
        <w:t xml:space="preserve">Câu 28. </w:t>
      </w:r>
      <w:r>
        <w:t>Một nhóm 12 người có đủ lương thực trong 20 ngày. Nếu tăng lên 15 người và mức ăn như nhau, lương thực đủ trong bao nhiêu ngày?</w:t>
      </w:r>
    </w:p>
    <w:p>
      <w:pPr>
        <w:spacing w:after="80"/>
        <w:ind w:left="283"/>
      </w:pPr>
      <w:r>
        <w:t>Đáp số: ........................................................</w:t>
      </w:r>
    </w:p>
    <w:p>
      <w:pPr>
        <w:keepNext/>
        <w:spacing w:after="40"/>
      </w:pPr>
      <w:r>
        <w:rPr>
          <w:b/>
        </w:rPr>
        <w:t xml:space="preserve">Câu 29. </w:t>
      </w:r>
      <w:r>
        <w:t>Một máy in 500 trang trong 4 phút. Cùng tốc độ, in 1 875 trang cần bao nhiêu phút?</w:t>
      </w:r>
    </w:p>
    <w:p>
      <w:pPr>
        <w:spacing w:after="80"/>
        <w:ind w:left="283"/>
      </w:pPr>
      <w:r>
        <w:t>Đáp số: ........................................................</w:t>
      </w:r>
    </w:p>
    <w:p>
      <w:pPr>
        <w:keepNext/>
        <w:spacing w:after="40"/>
      </w:pPr>
      <w:r>
        <w:rPr>
          <w:b/>
        </w:rPr>
        <w:t xml:space="preserve">Câu 30. </w:t>
      </w:r>
      <w:r>
        <w:t>Một xe đi 360 km hết 6 giờ. Nếu vận tốc không đổi, muốn đi 540 km cần bao nhiêu giờ?</w:t>
      </w:r>
    </w:p>
    <w:p>
      <w:pPr>
        <w:spacing w:after="80"/>
        <w:ind w:left="283"/>
      </w:pPr>
      <w:r>
        <w:t>Đáp số: ........................................................</w:t>
      </w:r>
    </w:p>
    <w:p>
      <w:pPr>
        <w:pStyle w:val="Heading1"/>
        <w:pageBreakBefore/>
      </w:pPr>
      <w:r>
        <w:t>Đáp án 30 bài</w:t>
      </w:r>
    </w:p>
    <w:tbl>
      <w:tblPr>
        <w:tblW w:type="auto" w:w="0"/>
        <w:jc w:val="center"/>
        <w:tblLayout w:type="fixed"/>
        <w:tblLook w:firstColumn="1" w:firstRow="1" w:lastColumn="0" w:lastRow="0" w:noHBand="0" w:noVBand="1" w:val="04A0"/>
      </w:tblPr>
      <w:tblGrid>
        <w:gridCol w:w="737"/>
        <w:gridCol w:w="3628"/>
        <w:gridCol w:w="737"/>
        <w:gridCol w:w="3628"/>
      </w:tblGrid>
      <w:tr>
        <w:trPr>
          <w:cantSplit/>
        </w:trPr>
        <w:tc>
          <w:tcPr>
            <w:tcW w:type="dxa" w:w="2550"/>
          </w:tcPr>
          <w:p>
            <w:r>
              <w:t>Câu</w:t>
            </w:r>
          </w:p>
        </w:tc>
        <w:tc>
          <w:tcPr>
            <w:tcW w:type="dxa" w:w="2550"/>
          </w:tcPr>
          <w:p>
            <w:r>
              <w:t>Đáp án</w:t>
            </w:r>
          </w:p>
        </w:tc>
        <w:tc>
          <w:tcPr>
            <w:tcW w:type="dxa" w:w="2550"/>
          </w:tcPr>
          <w:p>
            <w:r>
              <w:t>Câu</w:t>
            </w:r>
          </w:p>
        </w:tc>
        <w:tc>
          <w:tcPr>
            <w:tcW w:type="dxa" w:w="2550"/>
          </w:tcPr>
          <w:p>
            <w:r>
              <w:t>Đáp án</w:t>
            </w:r>
          </w:p>
        </w:tc>
      </w:tr>
      <w:tr>
        <w:trPr>
          <w:cantSplit/>
        </w:trPr>
        <w:tc>
          <w:tcPr>
            <w:tcW w:type="dxa" w:w="737"/>
            <w:vAlign w:val="center"/>
          </w:tcPr>
          <w:p>
            <w:pPr>
              <w:spacing w:after="0"/>
            </w:pPr>
            <w:r>
              <w:rPr>
                <w:rFonts w:ascii="Arial" w:hAnsi="Arial" w:eastAsia="Arial"/>
                <w:sz w:val="18"/>
              </w:rPr>
              <w:t>1</w:t>
            </w:r>
          </w:p>
        </w:tc>
        <w:tc>
          <w:tcPr>
            <w:tcW w:type="dxa" w:w="3628"/>
            <w:vAlign w:val="center"/>
          </w:tcPr>
          <w:p>
            <w:pPr>
              <w:spacing w:after="0"/>
            </w:pPr>
            <w:r>
              <w:rPr>
                <w:rFonts w:ascii="Arial" w:hAnsi="Arial" w:eastAsia="Arial"/>
                <w:sz w:val="18"/>
              </w:rPr>
              <w:t>42 000 đồng</w:t>
            </w:r>
          </w:p>
        </w:tc>
        <w:tc>
          <w:tcPr>
            <w:tcW w:type="dxa" w:w="737"/>
            <w:vAlign w:val="center"/>
          </w:tcPr>
          <w:p>
            <w:pPr>
              <w:spacing w:after="0"/>
            </w:pPr>
            <w:r>
              <w:rPr>
                <w:rFonts w:ascii="Arial" w:hAnsi="Arial" w:eastAsia="Arial"/>
                <w:sz w:val="18"/>
              </w:rPr>
              <w:t>16</w:t>
            </w:r>
          </w:p>
        </w:tc>
        <w:tc>
          <w:tcPr>
            <w:tcW w:type="dxa" w:w="3628"/>
            <w:vAlign w:val="center"/>
          </w:tcPr>
          <w:p>
            <w:pPr>
              <w:spacing w:after="0"/>
            </w:pPr>
            <w:r>
              <w:rPr>
                <w:rFonts w:ascii="Arial" w:hAnsi="Arial" w:eastAsia="Arial"/>
                <w:sz w:val="18"/>
              </w:rPr>
              <w:t>8 ngày</w:t>
            </w:r>
          </w:p>
        </w:tc>
      </w:tr>
      <w:tr>
        <w:trPr>
          <w:cantSplit/>
        </w:trPr>
        <w:tc>
          <w:tcPr>
            <w:tcW w:type="dxa" w:w="737"/>
            <w:vAlign w:val="center"/>
          </w:tcPr>
          <w:p>
            <w:pPr>
              <w:spacing w:after="0"/>
            </w:pPr>
            <w:r>
              <w:rPr>
                <w:rFonts w:ascii="Arial" w:hAnsi="Arial" w:eastAsia="Arial"/>
                <w:sz w:val="18"/>
              </w:rPr>
              <w:t>2</w:t>
            </w:r>
          </w:p>
        </w:tc>
        <w:tc>
          <w:tcPr>
            <w:tcW w:type="dxa" w:w="3628"/>
            <w:vAlign w:val="center"/>
          </w:tcPr>
          <w:p>
            <w:pPr>
              <w:spacing w:after="0"/>
            </w:pPr>
            <w:r>
              <w:rPr>
                <w:rFonts w:ascii="Arial" w:hAnsi="Arial" w:eastAsia="Arial"/>
                <w:sz w:val="18"/>
              </w:rPr>
              <w:t>144 000 đồng</w:t>
            </w:r>
          </w:p>
        </w:tc>
        <w:tc>
          <w:tcPr>
            <w:tcW w:type="dxa" w:w="737"/>
            <w:vAlign w:val="center"/>
          </w:tcPr>
          <w:p>
            <w:pPr>
              <w:spacing w:after="0"/>
            </w:pPr>
            <w:r>
              <w:rPr>
                <w:rFonts w:ascii="Arial" w:hAnsi="Arial" w:eastAsia="Arial"/>
                <w:sz w:val="18"/>
              </w:rPr>
              <w:t>17</w:t>
            </w:r>
          </w:p>
        </w:tc>
        <w:tc>
          <w:tcPr>
            <w:tcW w:type="dxa" w:w="3628"/>
            <w:vAlign w:val="center"/>
          </w:tcPr>
          <w:p>
            <w:pPr>
              <w:spacing w:after="0"/>
            </w:pPr>
            <w:r>
              <w:rPr>
                <w:rFonts w:ascii="Arial" w:hAnsi="Arial" w:eastAsia="Arial"/>
                <w:sz w:val="18"/>
              </w:rPr>
              <w:t>9 ngày</w:t>
            </w:r>
          </w:p>
        </w:tc>
      </w:tr>
      <w:tr>
        <w:trPr>
          <w:cantSplit/>
        </w:trPr>
        <w:tc>
          <w:tcPr>
            <w:tcW w:type="dxa" w:w="737"/>
            <w:vAlign w:val="center"/>
          </w:tcPr>
          <w:p>
            <w:pPr>
              <w:spacing w:after="0"/>
            </w:pPr>
            <w:r>
              <w:rPr>
                <w:rFonts w:ascii="Arial" w:hAnsi="Arial" w:eastAsia="Arial"/>
                <w:sz w:val="18"/>
              </w:rPr>
              <w:t>3</w:t>
            </w:r>
          </w:p>
        </w:tc>
        <w:tc>
          <w:tcPr>
            <w:tcW w:type="dxa" w:w="3628"/>
            <w:vAlign w:val="center"/>
          </w:tcPr>
          <w:p>
            <w:pPr>
              <w:spacing w:after="0"/>
            </w:pPr>
            <w:r>
              <w:rPr>
                <w:rFonts w:ascii="Arial" w:hAnsi="Arial" w:eastAsia="Arial"/>
                <w:sz w:val="18"/>
              </w:rPr>
              <w:t>210 000 đồng</w:t>
            </w:r>
          </w:p>
        </w:tc>
        <w:tc>
          <w:tcPr>
            <w:tcW w:type="dxa" w:w="737"/>
            <w:vAlign w:val="center"/>
          </w:tcPr>
          <w:p>
            <w:pPr>
              <w:spacing w:after="0"/>
            </w:pPr>
            <w:r>
              <w:rPr>
                <w:rFonts w:ascii="Arial" w:hAnsi="Arial" w:eastAsia="Arial"/>
                <w:sz w:val="18"/>
              </w:rPr>
              <w:t>18</w:t>
            </w:r>
          </w:p>
        </w:tc>
        <w:tc>
          <w:tcPr>
            <w:tcW w:type="dxa" w:w="3628"/>
            <w:vAlign w:val="center"/>
          </w:tcPr>
          <w:p>
            <w:pPr>
              <w:spacing w:after="0"/>
            </w:pPr>
            <w:r>
              <w:rPr>
                <w:rFonts w:ascii="Arial" w:hAnsi="Arial" w:eastAsia="Arial"/>
                <w:sz w:val="18"/>
              </w:rPr>
              <w:t>4 giờ</w:t>
            </w:r>
          </w:p>
        </w:tc>
      </w:tr>
      <w:tr>
        <w:trPr>
          <w:cantSplit/>
        </w:trPr>
        <w:tc>
          <w:tcPr>
            <w:tcW w:type="dxa" w:w="737"/>
            <w:vAlign w:val="center"/>
          </w:tcPr>
          <w:p>
            <w:pPr>
              <w:spacing w:after="0"/>
            </w:pPr>
            <w:r>
              <w:rPr>
                <w:rFonts w:ascii="Arial" w:hAnsi="Arial" w:eastAsia="Arial"/>
                <w:sz w:val="18"/>
              </w:rPr>
              <w:t>4</w:t>
            </w:r>
          </w:p>
        </w:tc>
        <w:tc>
          <w:tcPr>
            <w:tcW w:type="dxa" w:w="3628"/>
            <w:vAlign w:val="center"/>
          </w:tcPr>
          <w:p>
            <w:pPr>
              <w:spacing w:after="0"/>
            </w:pPr>
            <w:r>
              <w:rPr>
                <w:rFonts w:ascii="Arial" w:hAnsi="Arial" w:eastAsia="Arial"/>
                <w:sz w:val="18"/>
              </w:rPr>
              <w:t>120 chai</w:t>
            </w:r>
          </w:p>
        </w:tc>
        <w:tc>
          <w:tcPr>
            <w:tcW w:type="dxa" w:w="737"/>
            <w:vAlign w:val="center"/>
          </w:tcPr>
          <w:p>
            <w:pPr>
              <w:spacing w:after="0"/>
            </w:pPr>
            <w:r>
              <w:rPr>
                <w:rFonts w:ascii="Arial" w:hAnsi="Arial" w:eastAsia="Arial"/>
                <w:sz w:val="18"/>
              </w:rPr>
              <w:t>19</w:t>
            </w:r>
          </w:p>
        </w:tc>
        <w:tc>
          <w:tcPr>
            <w:tcW w:type="dxa" w:w="3628"/>
            <w:vAlign w:val="center"/>
          </w:tcPr>
          <w:p>
            <w:pPr>
              <w:spacing w:after="0"/>
            </w:pPr>
            <w:r>
              <w:rPr>
                <w:rFonts w:ascii="Arial" w:hAnsi="Arial" w:eastAsia="Arial"/>
                <w:sz w:val="18"/>
              </w:rPr>
              <w:t>9 giờ</w:t>
            </w:r>
          </w:p>
        </w:tc>
      </w:tr>
      <w:tr>
        <w:trPr>
          <w:cantSplit/>
        </w:trPr>
        <w:tc>
          <w:tcPr>
            <w:tcW w:type="dxa" w:w="737"/>
            <w:vAlign w:val="center"/>
          </w:tcPr>
          <w:p>
            <w:pPr>
              <w:spacing w:after="0"/>
            </w:pPr>
            <w:r>
              <w:rPr>
                <w:rFonts w:ascii="Arial" w:hAnsi="Arial" w:eastAsia="Arial"/>
                <w:sz w:val="18"/>
              </w:rPr>
              <w:t>5</w:t>
            </w:r>
          </w:p>
        </w:tc>
        <w:tc>
          <w:tcPr>
            <w:tcW w:type="dxa" w:w="3628"/>
            <w:vAlign w:val="center"/>
          </w:tcPr>
          <w:p>
            <w:pPr>
              <w:spacing w:after="0"/>
            </w:pPr>
            <w:r>
              <w:rPr>
                <w:rFonts w:ascii="Arial" w:hAnsi="Arial" w:eastAsia="Arial"/>
                <w:sz w:val="18"/>
              </w:rPr>
              <w:t>30 lít</w:t>
            </w:r>
          </w:p>
        </w:tc>
        <w:tc>
          <w:tcPr>
            <w:tcW w:type="dxa" w:w="737"/>
            <w:vAlign w:val="center"/>
          </w:tcPr>
          <w:p>
            <w:pPr>
              <w:spacing w:after="0"/>
            </w:pPr>
            <w:r>
              <w:rPr>
                <w:rFonts w:ascii="Arial" w:hAnsi="Arial" w:eastAsia="Arial"/>
                <w:sz w:val="18"/>
              </w:rPr>
              <w:t>20</w:t>
            </w:r>
          </w:p>
        </w:tc>
        <w:tc>
          <w:tcPr>
            <w:tcW w:type="dxa" w:w="3628"/>
            <w:vAlign w:val="center"/>
          </w:tcPr>
          <w:p>
            <w:pPr>
              <w:spacing w:after="0"/>
            </w:pPr>
            <w:r>
              <w:rPr>
                <w:rFonts w:ascii="Arial" w:hAnsi="Arial" w:eastAsia="Arial"/>
                <w:sz w:val="18"/>
              </w:rPr>
              <w:t>8 ngày</w:t>
            </w:r>
          </w:p>
        </w:tc>
      </w:tr>
      <w:tr>
        <w:trPr>
          <w:cantSplit/>
        </w:trPr>
        <w:tc>
          <w:tcPr>
            <w:tcW w:type="dxa" w:w="737"/>
            <w:vAlign w:val="center"/>
          </w:tcPr>
          <w:p>
            <w:pPr>
              <w:spacing w:after="0"/>
            </w:pPr>
            <w:r>
              <w:rPr>
                <w:rFonts w:ascii="Arial" w:hAnsi="Arial" w:eastAsia="Arial"/>
                <w:sz w:val="18"/>
              </w:rPr>
              <w:t>6</w:t>
            </w:r>
          </w:p>
        </w:tc>
        <w:tc>
          <w:tcPr>
            <w:tcW w:type="dxa" w:w="3628"/>
            <w:vAlign w:val="center"/>
          </w:tcPr>
          <w:p>
            <w:pPr>
              <w:spacing w:after="0"/>
            </w:pPr>
            <w:r>
              <w:rPr>
                <w:rFonts w:ascii="Arial" w:hAnsi="Arial" w:eastAsia="Arial"/>
                <w:sz w:val="18"/>
              </w:rPr>
              <w:t>600 sản phẩm</w:t>
            </w:r>
          </w:p>
        </w:tc>
        <w:tc>
          <w:tcPr>
            <w:tcW w:type="dxa" w:w="737"/>
            <w:vAlign w:val="center"/>
          </w:tcPr>
          <w:p>
            <w:pPr>
              <w:spacing w:after="0"/>
            </w:pPr>
            <w:r>
              <w:rPr>
                <w:rFonts w:ascii="Arial" w:hAnsi="Arial" w:eastAsia="Arial"/>
                <w:sz w:val="18"/>
              </w:rPr>
              <w:t>21</w:t>
            </w:r>
          </w:p>
        </w:tc>
        <w:tc>
          <w:tcPr>
            <w:tcW w:type="dxa" w:w="3628"/>
            <w:vAlign w:val="center"/>
          </w:tcPr>
          <w:p>
            <w:pPr>
              <w:spacing w:after="0"/>
            </w:pPr>
            <w:r>
              <w:rPr>
                <w:rFonts w:ascii="Arial" w:hAnsi="Arial" w:eastAsia="Arial"/>
                <w:sz w:val="18"/>
              </w:rPr>
              <w:t>5 sản phẩm</w:t>
            </w:r>
          </w:p>
        </w:tc>
      </w:tr>
      <w:tr>
        <w:trPr>
          <w:cantSplit/>
        </w:trPr>
        <w:tc>
          <w:tcPr>
            <w:tcW w:type="dxa" w:w="737"/>
            <w:vAlign w:val="center"/>
          </w:tcPr>
          <w:p>
            <w:pPr>
              <w:spacing w:after="0"/>
            </w:pPr>
            <w:r>
              <w:rPr>
                <w:rFonts w:ascii="Arial" w:hAnsi="Arial" w:eastAsia="Arial"/>
                <w:sz w:val="18"/>
              </w:rPr>
              <w:t>7</w:t>
            </w:r>
          </w:p>
        </w:tc>
        <w:tc>
          <w:tcPr>
            <w:tcW w:type="dxa" w:w="3628"/>
            <w:vAlign w:val="center"/>
          </w:tcPr>
          <w:p>
            <w:pPr>
              <w:spacing w:after="0"/>
            </w:pPr>
            <w:r>
              <w:rPr>
                <w:rFonts w:ascii="Arial" w:hAnsi="Arial" w:eastAsia="Arial"/>
                <w:sz w:val="18"/>
              </w:rPr>
              <w:t>360 km</w:t>
            </w:r>
          </w:p>
        </w:tc>
        <w:tc>
          <w:tcPr>
            <w:tcW w:type="dxa" w:w="737"/>
            <w:vAlign w:val="center"/>
          </w:tcPr>
          <w:p>
            <w:pPr>
              <w:spacing w:after="0"/>
            </w:pPr>
            <w:r>
              <w:rPr>
                <w:rFonts w:ascii="Arial" w:hAnsi="Arial" w:eastAsia="Arial"/>
                <w:sz w:val="18"/>
              </w:rPr>
              <w:t>22</w:t>
            </w:r>
          </w:p>
        </w:tc>
        <w:tc>
          <w:tcPr>
            <w:tcW w:type="dxa" w:w="3628"/>
            <w:vAlign w:val="center"/>
          </w:tcPr>
          <w:p>
            <w:pPr>
              <w:spacing w:after="0"/>
            </w:pPr>
            <w:r>
              <w:rPr>
                <w:rFonts w:ascii="Arial" w:hAnsi="Arial" w:eastAsia="Arial"/>
                <w:sz w:val="18"/>
              </w:rPr>
              <w:t>48 tấn</w:t>
            </w:r>
          </w:p>
        </w:tc>
      </w:tr>
      <w:tr>
        <w:trPr>
          <w:cantSplit/>
        </w:trPr>
        <w:tc>
          <w:tcPr>
            <w:tcW w:type="dxa" w:w="737"/>
            <w:vAlign w:val="center"/>
          </w:tcPr>
          <w:p>
            <w:pPr>
              <w:spacing w:after="0"/>
            </w:pPr>
            <w:r>
              <w:rPr>
                <w:rFonts w:ascii="Arial" w:hAnsi="Arial" w:eastAsia="Arial"/>
                <w:sz w:val="18"/>
              </w:rPr>
              <w:t>8</w:t>
            </w:r>
          </w:p>
        </w:tc>
        <w:tc>
          <w:tcPr>
            <w:tcW w:type="dxa" w:w="3628"/>
            <w:vAlign w:val="center"/>
          </w:tcPr>
          <w:p>
            <w:pPr>
              <w:spacing w:after="0"/>
            </w:pPr>
            <w:r>
              <w:rPr>
                <w:rFonts w:ascii="Arial" w:hAnsi="Arial" w:eastAsia="Arial"/>
                <w:sz w:val="18"/>
              </w:rPr>
              <w:t>45 quyển</w:t>
            </w:r>
          </w:p>
        </w:tc>
        <w:tc>
          <w:tcPr>
            <w:tcW w:type="dxa" w:w="737"/>
            <w:vAlign w:val="center"/>
          </w:tcPr>
          <w:p>
            <w:pPr>
              <w:spacing w:after="0"/>
            </w:pPr>
            <w:r>
              <w:rPr>
                <w:rFonts w:ascii="Arial" w:hAnsi="Arial" w:eastAsia="Arial"/>
                <w:sz w:val="18"/>
              </w:rPr>
              <w:t>23</w:t>
            </w:r>
          </w:p>
        </w:tc>
        <w:tc>
          <w:tcPr>
            <w:tcW w:type="dxa" w:w="3628"/>
            <w:vAlign w:val="center"/>
          </w:tcPr>
          <w:p>
            <w:pPr>
              <w:spacing w:after="0"/>
            </w:pPr>
            <w:r>
              <w:rPr>
                <w:rFonts w:ascii="Arial" w:hAnsi="Arial" w:eastAsia="Arial"/>
                <w:sz w:val="18"/>
              </w:rPr>
              <w:t>12,5 kg</w:t>
            </w:r>
          </w:p>
        </w:tc>
      </w:tr>
      <w:tr>
        <w:trPr>
          <w:cantSplit/>
        </w:trPr>
        <w:tc>
          <w:tcPr>
            <w:tcW w:type="dxa" w:w="737"/>
            <w:vAlign w:val="center"/>
          </w:tcPr>
          <w:p>
            <w:pPr>
              <w:spacing w:after="0"/>
            </w:pPr>
            <w:r>
              <w:rPr>
                <w:rFonts w:ascii="Arial" w:hAnsi="Arial" w:eastAsia="Arial"/>
                <w:sz w:val="18"/>
              </w:rPr>
              <w:t>9</w:t>
            </w:r>
          </w:p>
        </w:tc>
        <w:tc>
          <w:tcPr>
            <w:tcW w:type="dxa" w:w="3628"/>
            <w:vAlign w:val="center"/>
          </w:tcPr>
          <w:p>
            <w:pPr>
              <w:spacing w:after="0"/>
            </w:pPr>
            <w:r>
              <w:rPr>
                <w:rFonts w:ascii="Arial" w:hAnsi="Arial" w:eastAsia="Arial"/>
                <w:sz w:val="18"/>
              </w:rPr>
              <w:t>72 kg</w:t>
            </w:r>
          </w:p>
        </w:tc>
        <w:tc>
          <w:tcPr>
            <w:tcW w:type="dxa" w:w="737"/>
            <w:vAlign w:val="center"/>
          </w:tcPr>
          <w:p>
            <w:pPr>
              <w:spacing w:after="0"/>
            </w:pPr>
            <w:r>
              <w:rPr>
                <w:rFonts w:ascii="Arial" w:hAnsi="Arial" w:eastAsia="Arial"/>
                <w:sz w:val="18"/>
              </w:rPr>
              <w:t>24</w:t>
            </w:r>
          </w:p>
        </w:tc>
        <w:tc>
          <w:tcPr>
            <w:tcW w:type="dxa" w:w="3628"/>
            <w:vAlign w:val="center"/>
          </w:tcPr>
          <w:p>
            <w:pPr>
              <w:spacing w:after="0"/>
            </w:pPr>
            <w:r>
              <w:rPr>
                <w:rFonts w:ascii="Arial" w:hAnsi="Arial" w:eastAsia="Arial"/>
                <w:sz w:val="18"/>
              </w:rPr>
              <w:t>70 lít</w:t>
            </w:r>
          </w:p>
        </w:tc>
      </w:tr>
      <w:tr>
        <w:trPr>
          <w:cantSplit/>
        </w:trPr>
        <w:tc>
          <w:tcPr>
            <w:tcW w:type="dxa" w:w="737"/>
            <w:vAlign w:val="center"/>
          </w:tcPr>
          <w:p>
            <w:pPr>
              <w:spacing w:after="0"/>
            </w:pPr>
            <w:r>
              <w:rPr>
                <w:rFonts w:ascii="Arial" w:hAnsi="Arial" w:eastAsia="Arial"/>
                <w:sz w:val="18"/>
              </w:rPr>
              <w:t>10</w:t>
            </w:r>
          </w:p>
        </w:tc>
        <w:tc>
          <w:tcPr>
            <w:tcW w:type="dxa" w:w="3628"/>
            <w:vAlign w:val="center"/>
          </w:tcPr>
          <w:p>
            <w:pPr>
              <w:spacing w:after="0"/>
            </w:pPr>
            <w:r>
              <w:rPr>
                <w:rFonts w:ascii="Arial" w:hAnsi="Arial" w:eastAsia="Arial"/>
                <w:sz w:val="18"/>
              </w:rPr>
              <w:t>63 hàng</w:t>
            </w:r>
          </w:p>
        </w:tc>
        <w:tc>
          <w:tcPr>
            <w:tcW w:type="dxa" w:w="737"/>
            <w:vAlign w:val="center"/>
          </w:tcPr>
          <w:p>
            <w:pPr>
              <w:spacing w:after="0"/>
            </w:pPr>
            <w:r>
              <w:rPr>
                <w:rFonts w:ascii="Arial" w:hAnsi="Arial" w:eastAsia="Arial"/>
                <w:sz w:val="18"/>
              </w:rPr>
              <w:t>25</w:t>
            </w:r>
          </w:p>
        </w:tc>
        <w:tc>
          <w:tcPr>
            <w:tcW w:type="dxa" w:w="3628"/>
            <w:vAlign w:val="center"/>
          </w:tcPr>
          <w:p>
            <w:pPr>
              <w:spacing w:after="0"/>
            </w:pPr>
            <w:r>
              <w:rPr>
                <w:rFonts w:ascii="Arial" w:hAnsi="Arial" w:eastAsia="Arial"/>
                <w:sz w:val="18"/>
              </w:rPr>
              <w:t>288 sản phẩm</w:t>
            </w:r>
          </w:p>
        </w:tc>
      </w:tr>
      <w:tr>
        <w:trPr>
          <w:cantSplit/>
        </w:trPr>
        <w:tc>
          <w:tcPr>
            <w:tcW w:type="dxa" w:w="737"/>
            <w:vAlign w:val="center"/>
          </w:tcPr>
          <w:p>
            <w:pPr>
              <w:spacing w:after="0"/>
            </w:pPr>
            <w:r>
              <w:rPr>
                <w:rFonts w:ascii="Arial" w:hAnsi="Arial" w:eastAsia="Arial"/>
                <w:sz w:val="18"/>
              </w:rPr>
              <w:t>11</w:t>
            </w:r>
          </w:p>
        </w:tc>
        <w:tc>
          <w:tcPr>
            <w:tcW w:type="dxa" w:w="3628"/>
            <w:vAlign w:val="center"/>
          </w:tcPr>
          <w:p>
            <w:pPr>
              <w:spacing w:after="0"/>
            </w:pPr>
            <w:r>
              <w:rPr>
                <w:rFonts w:ascii="Arial" w:hAnsi="Arial" w:eastAsia="Arial"/>
                <w:sz w:val="18"/>
              </w:rPr>
              <w:t>7 kg</w:t>
            </w:r>
          </w:p>
        </w:tc>
        <w:tc>
          <w:tcPr>
            <w:tcW w:type="dxa" w:w="737"/>
            <w:vAlign w:val="center"/>
          </w:tcPr>
          <w:p>
            <w:pPr>
              <w:spacing w:after="0"/>
            </w:pPr>
            <w:r>
              <w:rPr>
                <w:rFonts w:ascii="Arial" w:hAnsi="Arial" w:eastAsia="Arial"/>
                <w:sz w:val="18"/>
              </w:rPr>
              <w:t>26</w:t>
            </w:r>
          </w:p>
        </w:tc>
        <w:tc>
          <w:tcPr>
            <w:tcW w:type="dxa" w:w="3628"/>
            <w:vAlign w:val="center"/>
          </w:tcPr>
          <w:p>
            <w:pPr>
              <w:spacing w:after="0"/>
            </w:pPr>
            <w:r>
              <w:rPr>
                <w:rFonts w:ascii="Arial" w:hAnsi="Arial" w:eastAsia="Arial"/>
                <w:sz w:val="18"/>
              </w:rPr>
              <w:t>10 chuyến</w:t>
            </w:r>
          </w:p>
        </w:tc>
      </w:tr>
      <w:tr>
        <w:trPr>
          <w:cantSplit/>
        </w:trPr>
        <w:tc>
          <w:tcPr>
            <w:tcW w:type="dxa" w:w="737"/>
            <w:vAlign w:val="center"/>
          </w:tcPr>
          <w:p>
            <w:pPr>
              <w:spacing w:after="0"/>
            </w:pPr>
            <w:r>
              <w:rPr>
                <w:rFonts w:ascii="Arial" w:hAnsi="Arial" w:eastAsia="Arial"/>
                <w:sz w:val="18"/>
              </w:rPr>
              <w:t>12</w:t>
            </w:r>
          </w:p>
        </w:tc>
        <w:tc>
          <w:tcPr>
            <w:tcW w:type="dxa" w:w="3628"/>
            <w:vAlign w:val="center"/>
          </w:tcPr>
          <w:p>
            <w:pPr>
              <w:spacing w:after="0"/>
            </w:pPr>
            <w:r>
              <w:rPr>
                <w:rFonts w:ascii="Arial" w:hAnsi="Arial" w:eastAsia="Arial"/>
                <w:sz w:val="18"/>
              </w:rPr>
              <w:t>10 chiếc</w:t>
            </w:r>
          </w:p>
        </w:tc>
        <w:tc>
          <w:tcPr>
            <w:tcW w:type="dxa" w:w="737"/>
            <w:vAlign w:val="center"/>
          </w:tcPr>
          <w:p>
            <w:pPr>
              <w:spacing w:after="0"/>
            </w:pPr>
            <w:r>
              <w:rPr>
                <w:rFonts w:ascii="Arial" w:hAnsi="Arial" w:eastAsia="Arial"/>
                <w:sz w:val="18"/>
              </w:rPr>
              <w:t>27</w:t>
            </w:r>
          </w:p>
        </w:tc>
        <w:tc>
          <w:tcPr>
            <w:tcW w:type="dxa" w:w="3628"/>
            <w:vAlign w:val="center"/>
          </w:tcPr>
          <w:p>
            <w:pPr>
              <w:spacing w:after="0"/>
            </w:pPr>
            <w:r>
              <w:rPr>
                <w:rFonts w:ascii="Arial" w:hAnsi="Arial" w:eastAsia="Arial"/>
                <w:sz w:val="18"/>
              </w:rPr>
              <w:t>16 ngày</w:t>
            </w:r>
          </w:p>
        </w:tc>
      </w:tr>
      <w:tr>
        <w:trPr>
          <w:cantSplit/>
        </w:trPr>
        <w:tc>
          <w:tcPr>
            <w:tcW w:type="dxa" w:w="737"/>
            <w:vAlign w:val="center"/>
          </w:tcPr>
          <w:p>
            <w:pPr>
              <w:spacing w:after="0"/>
            </w:pPr>
            <w:r>
              <w:rPr>
                <w:rFonts w:ascii="Arial" w:hAnsi="Arial" w:eastAsia="Arial"/>
                <w:sz w:val="18"/>
              </w:rPr>
              <w:t>13</w:t>
            </w:r>
          </w:p>
        </w:tc>
        <w:tc>
          <w:tcPr>
            <w:tcW w:type="dxa" w:w="3628"/>
            <w:vAlign w:val="center"/>
          </w:tcPr>
          <w:p>
            <w:pPr>
              <w:spacing w:after="0"/>
            </w:pPr>
            <w:r>
              <w:rPr>
                <w:rFonts w:ascii="Arial" w:hAnsi="Arial" w:eastAsia="Arial"/>
                <w:sz w:val="18"/>
              </w:rPr>
              <w:t>2 800 lít</w:t>
            </w:r>
          </w:p>
        </w:tc>
        <w:tc>
          <w:tcPr>
            <w:tcW w:type="dxa" w:w="737"/>
            <w:vAlign w:val="center"/>
          </w:tcPr>
          <w:p>
            <w:pPr>
              <w:spacing w:after="0"/>
            </w:pPr>
            <w:r>
              <w:rPr>
                <w:rFonts w:ascii="Arial" w:hAnsi="Arial" w:eastAsia="Arial"/>
                <w:sz w:val="18"/>
              </w:rPr>
              <w:t>28</w:t>
            </w:r>
          </w:p>
        </w:tc>
        <w:tc>
          <w:tcPr>
            <w:tcW w:type="dxa" w:w="3628"/>
            <w:vAlign w:val="center"/>
          </w:tcPr>
          <w:p>
            <w:pPr>
              <w:spacing w:after="0"/>
            </w:pPr>
            <w:r>
              <w:rPr>
                <w:rFonts w:ascii="Arial" w:hAnsi="Arial" w:eastAsia="Arial"/>
                <w:sz w:val="18"/>
              </w:rPr>
              <w:t>16 ngày</w:t>
            </w:r>
          </w:p>
        </w:tc>
      </w:tr>
      <w:tr>
        <w:trPr>
          <w:cantSplit/>
        </w:trPr>
        <w:tc>
          <w:tcPr>
            <w:tcW w:type="dxa" w:w="737"/>
            <w:vAlign w:val="center"/>
          </w:tcPr>
          <w:p>
            <w:pPr>
              <w:spacing w:after="0"/>
            </w:pPr>
            <w:r>
              <w:rPr>
                <w:rFonts w:ascii="Arial" w:hAnsi="Arial" w:eastAsia="Arial"/>
                <w:sz w:val="18"/>
              </w:rPr>
              <w:t>14</w:t>
            </w:r>
          </w:p>
        </w:tc>
        <w:tc>
          <w:tcPr>
            <w:tcW w:type="dxa" w:w="3628"/>
            <w:vAlign w:val="center"/>
          </w:tcPr>
          <w:p>
            <w:pPr>
              <w:spacing w:after="0"/>
            </w:pPr>
            <w:r>
              <w:rPr>
                <w:rFonts w:ascii="Arial" w:hAnsi="Arial" w:eastAsia="Arial"/>
                <w:sz w:val="18"/>
              </w:rPr>
              <w:t>400 hộp</w:t>
            </w:r>
          </w:p>
        </w:tc>
        <w:tc>
          <w:tcPr>
            <w:tcW w:type="dxa" w:w="737"/>
            <w:vAlign w:val="center"/>
          </w:tcPr>
          <w:p>
            <w:pPr>
              <w:spacing w:after="0"/>
            </w:pPr>
            <w:r>
              <w:rPr>
                <w:rFonts w:ascii="Arial" w:hAnsi="Arial" w:eastAsia="Arial"/>
                <w:sz w:val="18"/>
              </w:rPr>
              <w:t>29</w:t>
            </w:r>
          </w:p>
        </w:tc>
        <w:tc>
          <w:tcPr>
            <w:tcW w:type="dxa" w:w="3628"/>
            <w:vAlign w:val="center"/>
          </w:tcPr>
          <w:p>
            <w:pPr>
              <w:spacing w:after="0"/>
            </w:pPr>
            <w:r>
              <w:rPr>
                <w:rFonts w:ascii="Arial" w:hAnsi="Arial" w:eastAsia="Arial"/>
                <w:sz w:val="18"/>
              </w:rPr>
              <w:t>15 phút</w:t>
            </w:r>
          </w:p>
        </w:tc>
      </w:tr>
      <w:tr>
        <w:trPr>
          <w:cantSplit/>
        </w:trPr>
        <w:tc>
          <w:tcPr>
            <w:tcW w:type="dxa" w:w="737"/>
            <w:vAlign w:val="center"/>
          </w:tcPr>
          <w:p>
            <w:pPr>
              <w:spacing w:after="0"/>
            </w:pPr>
            <w:r>
              <w:rPr>
                <w:rFonts w:ascii="Arial" w:hAnsi="Arial" w:eastAsia="Arial"/>
                <w:sz w:val="18"/>
              </w:rPr>
              <w:t>15</w:t>
            </w:r>
          </w:p>
        </w:tc>
        <w:tc>
          <w:tcPr>
            <w:tcW w:type="dxa" w:w="3628"/>
            <w:vAlign w:val="center"/>
          </w:tcPr>
          <w:p>
            <w:pPr>
              <w:spacing w:after="0"/>
            </w:pPr>
            <w:r>
              <w:rPr>
                <w:rFonts w:ascii="Arial" w:hAnsi="Arial" w:eastAsia="Arial"/>
                <w:sz w:val="18"/>
              </w:rPr>
              <w:t>750 g</w:t>
            </w:r>
          </w:p>
        </w:tc>
        <w:tc>
          <w:tcPr>
            <w:tcW w:type="dxa" w:w="737"/>
            <w:vAlign w:val="center"/>
          </w:tcPr>
          <w:p>
            <w:pPr>
              <w:spacing w:after="0"/>
            </w:pPr>
            <w:r>
              <w:rPr>
                <w:rFonts w:ascii="Arial" w:hAnsi="Arial" w:eastAsia="Arial"/>
                <w:sz w:val="18"/>
              </w:rPr>
              <w:t>30</w:t>
            </w:r>
          </w:p>
        </w:tc>
        <w:tc>
          <w:tcPr>
            <w:tcW w:type="dxa" w:w="3628"/>
            <w:vAlign w:val="center"/>
          </w:tcPr>
          <w:p>
            <w:pPr>
              <w:spacing w:after="0"/>
            </w:pPr>
            <w:r>
              <w:rPr>
                <w:rFonts w:ascii="Arial" w:hAnsi="Arial" w:eastAsia="Arial"/>
                <w:sz w:val="18"/>
              </w:rPr>
              <w:t>9 giờ</w:t>
            </w:r>
          </w:p>
        </w:tc>
      </w:tr>
    </w:tbl>
    <w:sectPr w:rsidR="00FC693F" w:rsidRPr="0006063C" w:rsidSect="00034616">
      <w:pgSz w:w="12240" w:h="15840"/>
      <w:pgMar w:top="879" w:right="1020" w:bottom="879"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