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40 BÀI TẬP ĐƠN VỊ ĐO DIỆN TÍCH LỚP 5</w:t>
      </w:r>
    </w:p>
    <w:p>
      <w:pPr>
        <w:jc w:val="center"/>
      </w:pPr>
      <w:r>
        <w:rPr>
          <w:i/>
        </w:rPr>
        <w:t>mm² - cm² - dm² - m² - ha - km²; đổi đơn vị và bài toán</w:t>
      </w:r>
    </w:p>
    <w:p>
      <w:pPr>
        <w:jc w:val="center"/>
      </w:pPr>
      <w:r>
        <w:t>ToanCap1.com - Toán tiểu học</w:t>
      </w:r>
    </w:p>
    <w:p>
      <w:r>
        <w:t>Ghi nhớ: giữa hai đơn vị diện tích liền nhau trong hệ mét, số đo hơn kém nhau 100 lần. 1 ha = 10 000 m²; 1 km² = 100 ha = 1 000 000 m².</w:t>
      </w:r>
    </w:p>
    <w:p>
      <w:pPr>
        <w:pStyle w:val="Heading1"/>
      </w:pPr>
      <w:r>
        <w:t>Phần 1. Đổi đơn vị</w:t>
      </w:r>
    </w:p>
    <w:p>
      <w:pPr>
        <w:spacing w:after="80"/>
      </w:pPr>
      <w:r>
        <w:rPr>
          <w:b/>
        </w:rPr>
        <w:t xml:space="preserve">Câu 1. </w:t>
      </w:r>
      <w:r>
        <w:t>Điền số thích hợp: 3 m² = __ dm².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2. </w:t>
      </w:r>
      <w:r>
        <w:t>Điền số thích hợp: 5 dm² = __ cm².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3. </w:t>
      </w:r>
      <w:r>
        <w:t>Điền số thích hợp: 7 cm² = __ mm².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4. </w:t>
      </w:r>
      <w:r>
        <w:t>Điền số thích hợp: 2 ha = __ m².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5. </w:t>
      </w:r>
      <w:r>
        <w:t>Điền số thích hợp: 4 km² = __ ha.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6. </w:t>
      </w:r>
      <w:r>
        <w:t>Điền số thích hợp: 900 dm² = __ m².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7. </w:t>
      </w:r>
      <w:r>
        <w:t>Điền số thích hợp: 2500 cm² = __ dm².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8. </w:t>
      </w:r>
      <w:r>
        <w:t>Điền số thích hợp: 60000 m² = __ ha.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9. </w:t>
      </w:r>
      <w:r>
        <w:t>Điền số thích hợp: 300 ha = __ km².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10. </w:t>
      </w:r>
      <w:r>
        <w:t>Điền số thích hợp: 80000 mm² = __ cm².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11. </w:t>
      </w:r>
      <w:r>
        <w:t>Điền số thích hợp: 2 m² 35 dm² = __ dm².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12. </w:t>
      </w:r>
      <w:r>
        <w:t>Điền số thích hợp: 5 ha 3000 m² = __ m².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13. </w:t>
      </w:r>
      <w:r>
        <w:t>Điền số thích hợp: 1 km² 25 ha = __ ha.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14. </w:t>
      </w:r>
      <w:r>
        <w:t>Điền số thích hợp: 4 dm² 20 cm² = __ cm².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15. </w:t>
      </w:r>
      <w:r>
        <w:t>Điền số thích hợp: 3 m² 8 dm² = __ dm².</w:t>
      </w:r>
    </w:p>
    <w:p>
      <w:pPr>
        <w:ind w:left="283"/>
      </w:pPr>
      <w:r>
        <w:t>Đáp số: ........................................................</w:t>
      </w:r>
    </w:p>
    <w:p>
      <w:pPr>
        <w:pStyle w:val="Heading1"/>
      </w:pPr>
      <w:r>
        <w:t>Phần 2. So sánh số đo diện tích</w:t>
      </w:r>
    </w:p>
    <w:p>
      <w:pPr>
        <w:spacing w:after="80"/>
      </w:pPr>
      <w:r>
        <w:rPr>
          <w:b/>
        </w:rPr>
        <w:t xml:space="preserve">Câu 16. </w:t>
      </w:r>
      <w:r>
        <w:t>Điền dấu &gt;, &lt; hoặc =: 4 m² __ 350 dm².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17. </w:t>
      </w:r>
      <w:r>
        <w:t>Điền dấu &gt;, &lt; hoặc =: 2 ha __ 19000 m².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18. </w:t>
      </w:r>
      <w:r>
        <w:t>Điền dấu &gt;, &lt; hoặc =: 1 km² __ 100 ha.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19. </w:t>
      </w:r>
      <w:r>
        <w:t>Điền dấu &gt;, &lt; hoặc =: 7500 cm² __ 75 dm².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20. </w:t>
      </w:r>
      <w:r>
        <w:t>Điền dấu &gt;, &lt; hoặc =: 6 dm² __ 650 cm².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21. </w:t>
      </w:r>
      <w:r>
        <w:t>Điền dấu &gt;, &lt; hoặc =: 3 ha 5000 m² __ 4 ha.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22. </w:t>
      </w:r>
      <w:r>
        <w:t>Điền dấu &gt;, &lt; hoặc =: 900000 m² __ 1 km².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23. </w:t>
      </w:r>
      <w:r>
        <w:t>Điền dấu &gt;, &lt; hoặc =: 25 dm² __ 2400 cm².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24. </w:t>
      </w:r>
      <w:r>
        <w:t>Điền dấu &gt;, &lt; hoặc =: 2 m² 5 dm² __ 205 dm².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25. </w:t>
      </w:r>
      <w:r>
        <w:t>Điền dấu &gt;, &lt; hoặc =: 150 ha __ 1 km² 40 ha.</w:t>
      </w:r>
    </w:p>
    <w:p>
      <w:pPr>
        <w:ind w:left="283"/>
      </w:pPr>
      <w:r>
        <w:t>Đáp số: ........................................................</w:t>
      </w:r>
    </w:p>
    <w:p>
      <w:pPr>
        <w:pStyle w:val="Heading1"/>
      </w:pPr>
      <w:r>
        <w:t>Phần 3. Tính toán và bài toán</w:t>
      </w:r>
    </w:p>
    <w:p>
      <w:pPr>
        <w:spacing w:after="80"/>
      </w:pPr>
      <w:r>
        <w:rPr>
          <w:b/>
        </w:rPr>
        <w:t xml:space="preserve">Câu 26. </w:t>
      </w:r>
      <w:r>
        <w:t>Tính: 2 m² + 350 dm² = __ dm².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27. </w:t>
      </w:r>
      <w:r>
        <w:t>Tính: 5 ha - 12000 m² = __ m².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28. </w:t>
      </w:r>
      <w:r>
        <w:t>Tính: 3 km² + 50 ha = __ ha.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29. </w:t>
      </w:r>
      <w:r>
        <w:t>Tính: 7000 cm² + 30 dm² = __ cm².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30. </w:t>
      </w:r>
      <w:r>
        <w:t>Tính: 8 m² - 250 dm² = __ dm².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31. </w:t>
      </w:r>
      <w:r>
        <w:t>Một mảnh vườn có diện tích 3500 m². Viết diện tích đó theo héc-ta và mét vuông.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32. </w:t>
      </w:r>
      <w:r>
        <w:t>Một khu đất rộng 2 ha, đã dùng 6500 m². Diện tích còn lại là bao nhiêu mét vuông?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33. </w:t>
      </w:r>
      <w:r>
        <w:t>Một cánh đồng rộng 3 km². Diện tích đó bằng bao nhiêu héc-ta?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34. </w:t>
      </w:r>
      <w:r>
        <w:t>Một sân hình chữ nhật dài 40 m, rộng 25 m. Diện tích sân bằng bao nhiêu mét vuông?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35. </w:t>
      </w:r>
      <w:r>
        <w:t>Một khu rừng rộng 125 ha. Viết theo km² và ha.</w:t>
      </w:r>
    </w:p>
    <w:p>
      <w:pPr>
        <w:ind w:left="283"/>
      </w:pPr>
      <w:r>
        <w:t>Đáp số: ........................................................</w:t>
      </w:r>
    </w:p>
    <w:p>
      <w:pPr>
        <w:pStyle w:val="Heading1"/>
      </w:pPr>
      <w:r>
        <w:t>Phần 4. Vận dụng</w:t>
      </w:r>
    </w:p>
    <w:p>
      <w:pPr>
        <w:spacing w:after="80"/>
      </w:pPr>
      <w:r>
        <w:rPr>
          <w:b/>
        </w:rPr>
        <w:t xml:space="preserve">Câu 36. </w:t>
      </w:r>
      <w:r>
        <w:t>Tìm số m² còn thiếu: 4 ha = 25 000 m² + __ m².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37. </w:t>
      </w:r>
      <w:r>
        <w:t>Tìm số ha còn thiếu: 3 km² = 120 ha + __ ha.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38. </w:t>
      </w:r>
      <w:r>
        <w:t>Sắp xếp 2 ha, 15 000 m², 1 km² theo thứ tự tăng dần.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39. </w:t>
      </w:r>
      <w:r>
        <w:t>Một khu đất 5 ha chia đều thành 10 phần. Mỗi phần rộng bao nhiêu mét vuông?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40. </w:t>
      </w:r>
      <w:r>
        <w:t>Một khu bảo tồn rộng 2 km² 30 ha. Diện tích đó bằng bao nhiêu héc-ta?</w:t>
      </w:r>
    </w:p>
    <w:p>
      <w:pPr>
        <w:ind w:left="283"/>
      </w:pPr>
      <w:r>
        <w:t>Đáp số: ........................................................</w:t>
      </w:r>
    </w:p>
    <w:p>
      <w:r>
        <w:br w:type="page"/>
      </w:r>
    </w:p>
    <w:p>
      <w:pPr>
        <w:pStyle w:val="Heading1"/>
      </w:pPr>
      <w:r>
        <w:t>Đáp án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21"/>
        <w:gridCol w:w="2521"/>
        <w:gridCol w:w="2521"/>
        <w:gridCol w:w="2521"/>
      </w:tblGrid>
      <w:tr>
        <w:tc>
          <w:tcPr>
            <w:tcW w:type="dxa" w:w="2521"/>
            <w:vAlign w:val="center"/>
          </w:tcPr>
          <w:p>
            <w:r>
              <w:t>Câu</w:t>
            </w:r>
          </w:p>
        </w:tc>
        <w:tc>
          <w:tcPr>
            <w:tcW w:type="dxa" w:w="2521"/>
            <w:vAlign w:val="center"/>
          </w:tcPr>
          <w:p>
            <w:r>
              <w:t>Đáp án</w:t>
            </w:r>
          </w:p>
        </w:tc>
        <w:tc>
          <w:tcPr>
            <w:tcW w:type="dxa" w:w="2521"/>
            <w:vAlign w:val="center"/>
          </w:tcPr>
          <w:p>
            <w:r>
              <w:t>Câu</w:t>
            </w:r>
          </w:p>
        </w:tc>
        <w:tc>
          <w:tcPr>
            <w:tcW w:type="dxa" w:w="2521"/>
            <w:vAlign w:val="center"/>
          </w:tcPr>
          <w:p>
            <w:r>
              <w:t>Đáp án</w:t>
            </w:r>
          </w:p>
        </w:tc>
      </w:tr>
      <w:tr>
        <w:tc>
          <w:tcPr>
            <w:tcW w:type="dxa" w:w="2521"/>
          </w:tcPr>
          <w:p>
            <w:r>
              <w:t>1</w:t>
            </w:r>
          </w:p>
        </w:tc>
        <w:tc>
          <w:tcPr>
            <w:tcW w:type="dxa" w:w="2521"/>
          </w:tcPr>
          <w:p>
            <w:r>
              <w:t>300</w:t>
            </w:r>
          </w:p>
        </w:tc>
        <w:tc>
          <w:tcPr>
            <w:tcW w:type="dxa" w:w="2521"/>
          </w:tcPr>
          <w:p>
            <w:r>
              <w:t>21</w:t>
            </w:r>
          </w:p>
        </w:tc>
        <w:tc>
          <w:tcPr>
            <w:tcW w:type="dxa" w:w="2521"/>
          </w:tcPr>
          <w:p>
            <w:r>
              <w:t>&lt;</w:t>
            </w:r>
          </w:p>
        </w:tc>
      </w:tr>
      <w:tr>
        <w:tc>
          <w:tcPr>
            <w:tcW w:type="dxa" w:w="2521"/>
          </w:tcPr>
          <w:p>
            <w:r>
              <w:t>2</w:t>
            </w:r>
          </w:p>
        </w:tc>
        <w:tc>
          <w:tcPr>
            <w:tcW w:type="dxa" w:w="2521"/>
          </w:tcPr>
          <w:p>
            <w:r>
              <w:t>500</w:t>
            </w:r>
          </w:p>
        </w:tc>
        <w:tc>
          <w:tcPr>
            <w:tcW w:type="dxa" w:w="2521"/>
          </w:tcPr>
          <w:p>
            <w:r>
              <w:t>22</w:t>
            </w:r>
          </w:p>
        </w:tc>
        <w:tc>
          <w:tcPr>
            <w:tcW w:type="dxa" w:w="2521"/>
          </w:tcPr>
          <w:p>
            <w:r>
              <w:t>&lt;</w:t>
            </w:r>
          </w:p>
        </w:tc>
      </w:tr>
      <w:tr>
        <w:tc>
          <w:tcPr>
            <w:tcW w:type="dxa" w:w="2521"/>
          </w:tcPr>
          <w:p>
            <w:r>
              <w:t>3</w:t>
            </w:r>
          </w:p>
        </w:tc>
        <w:tc>
          <w:tcPr>
            <w:tcW w:type="dxa" w:w="2521"/>
          </w:tcPr>
          <w:p>
            <w:r>
              <w:t>700</w:t>
            </w:r>
          </w:p>
        </w:tc>
        <w:tc>
          <w:tcPr>
            <w:tcW w:type="dxa" w:w="2521"/>
          </w:tcPr>
          <w:p>
            <w:r>
              <w:t>23</w:t>
            </w:r>
          </w:p>
        </w:tc>
        <w:tc>
          <w:tcPr>
            <w:tcW w:type="dxa" w:w="2521"/>
          </w:tcPr>
          <w:p>
            <w:r>
              <w:t>&gt;</w:t>
            </w:r>
          </w:p>
        </w:tc>
      </w:tr>
      <w:tr>
        <w:tc>
          <w:tcPr>
            <w:tcW w:type="dxa" w:w="2521"/>
          </w:tcPr>
          <w:p>
            <w:r>
              <w:t>4</w:t>
            </w:r>
          </w:p>
        </w:tc>
        <w:tc>
          <w:tcPr>
            <w:tcW w:type="dxa" w:w="2521"/>
          </w:tcPr>
          <w:p>
            <w:r>
              <w:t>20000</w:t>
            </w:r>
          </w:p>
        </w:tc>
        <w:tc>
          <w:tcPr>
            <w:tcW w:type="dxa" w:w="2521"/>
          </w:tcPr>
          <w:p>
            <w:r>
              <w:t>24</w:t>
            </w:r>
          </w:p>
        </w:tc>
        <w:tc>
          <w:tcPr>
            <w:tcW w:type="dxa" w:w="2521"/>
          </w:tcPr>
          <w:p>
            <w:r>
              <w:t>=</w:t>
            </w:r>
          </w:p>
        </w:tc>
      </w:tr>
      <w:tr>
        <w:tc>
          <w:tcPr>
            <w:tcW w:type="dxa" w:w="2521"/>
          </w:tcPr>
          <w:p>
            <w:r>
              <w:t>5</w:t>
            </w:r>
          </w:p>
        </w:tc>
        <w:tc>
          <w:tcPr>
            <w:tcW w:type="dxa" w:w="2521"/>
          </w:tcPr>
          <w:p>
            <w:r>
              <w:t>400</w:t>
            </w:r>
          </w:p>
        </w:tc>
        <w:tc>
          <w:tcPr>
            <w:tcW w:type="dxa" w:w="2521"/>
          </w:tcPr>
          <w:p>
            <w:r>
              <w:t>25</w:t>
            </w:r>
          </w:p>
        </w:tc>
        <w:tc>
          <w:tcPr>
            <w:tcW w:type="dxa" w:w="2521"/>
          </w:tcPr>
          <w:p>
            <w:r>
              <w:t>&gt;</w:t>
            </w:r>
          </w:p>
        </w:tc>
      </w:tr>
      <w:tr>
        <w:tc>
          <w:tcPr>
            <w:tcW w:type="dxa" w:w="2521"/>
          </w:tcPr>
          <w:p>
            <w:r>
              <w:t>6</w:t>
            </w:r>
          </w:p>
        </w:tc>
        <w:tc>
          <w:tcPr>
            <w:tcW w:type="dxa" w:w="2521"/>
          </w:tcPr>
          <w:p>
            <w:r>
              <w:t>9</w:t>
            </w:r>
          </w:p>
        </w:tc>
        <w:tc>
          <w:tcPr>
            <w:tcW w:type="dxa" w:w="2521"/>
          </w:tcPr>
          <w:p>
            <w:r>
              <w:t>26</w:t>
            </w:r>
          </w:p>
        </w:tc>
        <w:tc>
          <w:tcPr>
            <w:tcW w:type="dxa" w:w="2521"/>
          </w:tcPr>
          <w:p>
            <w:r>
              <w:t>550</w:t>
            </w:r>
          </w:p>
        </w:tc>
      </w:tr>
      <w:tr>
        <w:tc>
          <w:tcPr>
            <w:tcW w:type="dxa" w:w="2521"/>
          </w:tcPr>
          <w:p>
            <w:r>
              <w:t>7</w:t>
            </w:r>
          </w:p>
        </w:tc>
        <w:tc>
          <w:tcPr>
            <w:tcW w:type="dxa" w:w="2521"/>
          </w:tcPr>
          <w:p>
            <w:r>
              <w:t>25</w:t>
            </w:r>
          </w:p>
        </w:tc>
        <w:tc>
          <w:tcPr>
            <w:tcW w:type="dxa" w:w="2521"/>
          </w:tcPr>
          <w:p>
            <w:r>
              <w:t>27</w:t>
            </w:r>
          </w:p>
        </w:tc>
        <w:tc>
          <w:tcPr>
            <w:tcW w:type="dxa" w:w="2521"/>
          </w:tcPr>
          <w:p>
            <w:r>
              <w:t>38000</w:t>
            </w:r>
          </w:p>
        </w:tc>
      </w:tr>
      <w:tr>
        <w:tc>
          <w:tcPr>
            <w:tcW w:type="dxa" w:w="2521"/>
          </w:tcPr>
          <w:p>
            <w:r>
              <w:t>8</w:t>
            </w:r>
          </w:p>
        </w:tc>
        <w:tc>
          <w:tcPr>
            <w:tcW w:type="dxa" w:w="2521"/>
          </w:tcPr>
          <w:p>
            <w:r>
              <w:t>6</w:t>
            </w:r>
          </w:p>
        </w:tc>
        <w:tc>
          <w:tcPr>
            <w:tcW w:type="dxa" w:w="2521"/>
          </w:tcPr>
          <w:p>
            <w:r>
              <w:t>28</w:t>
            </w:r>
          </w:p>
        </w:tc>
        <w:tc>
          <w:tcPr>
            <w:tcW w:type="dxa" w:w="2521"/>
          </w:tcPr>
          <w:p>
            <w:r>
              <w:t>350</w:t>
            </w:r>
          </w:p>
        </w:tc>
      </w:tr>
      <w:tr>
        <w:tc>
          <w:tcPr>
            <w:tcW w:type="dxa" w:w="2521"/>
          </w:tcPr>
          <w:p>
            <w:r>
              <w:t>9</w:t>
            </w:r>
          </w:p>
        </w:tc>
        <w:tc>
          <w:tcPr>
            <w:tcW w:type="dxa" w:w="2521"/>
          </w:tcPr>
          <w:p>
            <w:r>
              <w:t>3</w:t>
            </w:r>
          </w:p>
        </w:tc>
        <w:tc>
          <w:tcPr>
            <w:tcW w:type="dxa" w:w="2521"/>
          </w:tcPr>
          <w:p>
            <w:r>
              <w:t>29</w:t>
            </w:r>
          </w:p>
        </w:tc>
        <w:tc>
          <w:tcPr>
            <w:tcW w:type="dxa" w:w="2521"/>
          </w:tcPr>
          <w:p>
            <w:r>
              <w:t>10000</w:t>
            </w:r>
          </w:p>
        </w:tc>
      </w:tr>
      <w:tr>
        <w:tc>
          <w:tcPr>
            <w:tcW w:type="dxa" w:w="2521"/>
          </w:tcPr>
          <w:p>
            <w:r>
              <w:t>10</w:t>
            </w:r>
          </w:p>
        </w:tc>
        <w:tc>
          <w:tcPr>
            <w:tcW w:type="dxa" w:w="2521"/>
          </w:tcPr>
          <w:p>
            <w:r>
              <w:t>800</w:t>
            </w:r>
          </w:p>
        </w:tc>
        <w:tc>
          <w:tcPr>
            <w:tcW w:type="dxa" w:w="2521"/>
          </w:tcPr>
          <w:p>
            <w:r>
              <w:t>30</w:t>
            </w:r>
          </w:p>
        </w:tc>
        <w:tc>
          <w:tcPr>
            <w:tcW w:type="dxa" w:w="2521"/>
          </w:tcPr>
          <w:p>
            <w:r>
              <w:t>550</w:t>
            </w:r>
          </w:p>
        </w:tc>
      </w:tr>
      <w:tr>
        <w:tc>
          <w:tcPr>
            <w:tcW w:type="dxa" w:w="2521"/>
          </w:tcPr>
          <w:p>
            <w:r>
              <w:t>11</w:t>
            </w:r>
          </w:p>
        </w:tc>
        <w:tc>
          <w:tcPr>
            <w:tcW w:type="dxa" w:w="2521"/>
          </w:tcPr>
          <w:p>
            <w:r>
              <w:t>235</w:t>
            </w:r>
          </w:p>
        </w:tc>
        <w:tc>
          <w:tcPr>
            <w:tcW w:type="dxa" w:w="2521"/>
          </w:tcPr>
          <w:p>
            <w:r>
              <w:t>31</w:t>
            </w:r>
          </w:p>
        </w:tc>
        <w:tc>
          <w:tcPr>
            <w:tcW w:type="dxa" w:w="2521"/>
          </w:tcPr>
          <w:p>
            <w:r>
              <w:t>0 ha 3500 m²</w:t>
            </w:r>
          </w:p>
        </w:tc>
      </w:tr>
      <w:tr>
        <w:tc>
          <w:tcPr>
            <w:tcW w:type="dxa" w:w="2521"/>
          </w:tcPr>
          <w:p>
            <w:r>
              <w:t>12</w:t>
            </w:r>
          </w:p>
        </w:tc>
        <w:tc>
          <w:tcPr>
            <w:tcW w:type="dxa" w:w="2521"/>
          </w:tcPr>
          <w:p>
            <w:r>
              <w:t>53000</w:t>
            </w:r>
          </w:p>
        </w:tc>
        <w:tc>
          <w:tcPr>
            <w:tcW w:type="dxa" w:w="2521"/>
          </w:tcPr>
          <w:p>
            <w:r>
              <w:t>32</w:t>
            </w:r>
          </w:p>
        </w:tc>
        <w:tc>
          <w:tcPr>
            <w:tcW w:type="dxa" w:w="2521"/>
          </w:tcPr>
          <w:p>
            <w:r>
              <w:t>13500 m²</w:t>
            </w:r>
          </w:p>
        </w:tc>
      </w:tr>
      <w:tr>
        <w:tc>
          <w:tcPr>
            <w:tcW w:type="dxa" w:w="2521"/>
          </w:tcPr>
          <w:p>
            <w:r>
              <w:t>13</w:t>
            </w:r>
          </w:p>
        </w:tc>
        <w:tc>
          <w:tcPr>
            <w:tcW w:type="dxa" w:w="2521"/>
          </w:tcPr>
          <w:p>
            <w:r>
              <w:t>125</w:t>
            </w:r>
          </w:p>
        </w:tc>
        <w:tc>
          <w:tcPr>
            <w:tcW w:type="dxa" w:w="2521"/>
          </w:tcPr>
          <w:p>
            <w:r>
              <w:t>33</w:t>
            </w:r>
          </w:p>
        </w:tc>
        <w:tc>
          <w:tcPr>
            <w:tcW w:type="dxa" w:w="2521"/>
          </w:tcPr>
          <w:p>
            <w:r>
              <w:t>300 ha</w:t>
            </w:r>
          </w:p>
        </w:tc>
      </w:tr>
      <w:tr>
        <w:tc>
          <w:tcPr>
            <w:tcW w:type="dxa" w:w="2521"/>
          </w:tcPr>
          <w:p>
            <w:r>
              <w:t>14</w:t>
            </w:r>
          </w:p>
        </w:tc>
        <w:tc>
          <w:tcPr>
            <w:tcW w:type="dxa" w:w="2521"/>
          </w:tcPr>
          <w:p>
            <w:r>
              <w:t>420</w:t>
            </w:r>
          </w:p>
        </w:tc>
        <w:tc>
          <w:tcPr>
            <w:tcW w:type="dxa" w:w="2521"/>
          </w:tcPr>
          <w:p>
            <w:r>
              <w:t>34</w:t>
            </w:r>
          </w:p>
        </w:tc>
        <w:tc>
          <w:tcPr>
            <w:tcW w:type="dxa" w:w="2521"/>
          </w:tcPr>
          <w:p>
            <w:r>
              <w:t>1000 m²</w:t>
            </w:r>
          </w:p>
        </w:tc>
      </w:tr>
      <w:tr>
        <w:tc>
          <w:tcPr>
            <w:tcW w:type="dxa" w:w="2521"/>
          </w:tcPr>
          <w:p>
            <w:r>
              <w:t>15</w:t>
            </w:r>
          </w:p>
        </w:tc>
        <w:tc>
          <w:tcPr>
            <w:tcW w:type="dxa" w:w="2521"/>
          </w:tcPr>
          <w:p>
            <w:r>
              <w:t>308</w:t>
            </w:r>
          </w:p>
        </w:tc>
        <w:tc>
          <w:tcPr>
            <w:tcW w:type="dxa" w:w="2521"/>
          </w:tcPr>
          <w:p>
            <w:r>
              <w:t>35</w:t>
            </w:r>
          </w:p>
        </w:tc>
        <w:tc>
          <w:tcPr>
            <w:tcW w:type="dxa" w:w="2521"/>
          </w:tcPr>
          <w:p>
            <w:r>
              <w:t>1 km² 25 ha</w:t>
            </w:r>
          </w:p>
        </w:tc>
      </w:tr>
      <w:tr>
        <w:tc>
          <w:tcPr>
            <w:tcW w:type="dxa" w:w="2521"/>
          </w:tcPr>
          <w:p>
            <w:r>
              <w:t>16</w:t>
            </w:r>
          </w:p>
        </w:tc>
        <w:tc>
          <w:tcPr>
            <w:tcW w:type="dxa" w:w="2521"/>
          </w:tcPr>
          <w:p>
            <w:r>
              <w:t>&gt;</w:t>
            </w:r>
          </w:p>
        </w:tc>
        <w:tc>
          <w:tcPr>
            <w:tcW w:type="dxa" w:w="2521"/>
          </w:tcPr>
          <w:p>
            <w:r>
              <w:t>36</w:t>
            </w:r>
          </w:p>
        </w:tc>
        <w:tc>
          <w:tcPr>
            <w:tcW w:type="dxa" w:w="2521"/>
          </w:tcPr>
          <w:p>
            <w:r>
              <w:t>15 000 m²</w:t>
            </w:r>
          </w:p>
        </w:tc>
      </w:tr>
      <w:tr>
        <w:tc>
          <w:tcPr>
            <w:tcW w:type="dxa" w:w="2521"/>
          </w:tcPr>
          <w:p>
            <w:r>
              <w:t>17</w:t>
            </w:r>
          </w:p>
        </w:tc>
        <w:tc>
          <w:tcPr>
            <w:tcW w:type="dxa" w:w="2521"/>
          </w:tcPr>
          <w:p>
            <w:r>
              <w:t>&gt;</w:t>
            </w:r>
          </w:p>
        </w:tc>
        <w:tc>
          <w:tcPr>
            <w:tcW w:type="dxa" w:w="2521"/>
          </w:tcPr>
          <w:p>
            <w:r>
              <w:t>37</w:t>
            </w:r>
          </w:p>
        </w:tc>
        <w:tc>
          <w:tcPr>
            <w:tcW w:type="dxa" w:w="2521"/>
          </w:tcPr>
          <w:p>
            <w:r>
              <w:t>180 ha</w:t>
            </w:r>
          </w:p>
        </w:tc>
      </w:tr>
      <w:tr>
        <w:tc>
          <w:tcPr>
            <w:tcW w:type="dxa" w:w="2521"/>
          </w:tcPr>
          <w:p>
            <w:r>
              <w:t>18</w:t>
            </w:r>
          </w:p>
        </w:tc>
        <w:tc>
          <w:tcPr>
            <w:tcW w:type="dxa" w:w="2521"/>
          </w:tcPr>
          <w:p>
            <w:r>
              <w:t>=</w:t>
            </w:r>
          </w:p>
        </w:tc>
        <w:tc>
          <w:tcPr>
            <w:tcW w:type="dxa" w:w="2521"/>
          </w:tcPr>
          <w:p>
            <w:r>
              <w:t>38</w:t>
            </w:r>
          </w:p>
        </w:tc>
        <w:tc>
          <w:tcPr>
            <w:tcW w:type="dxa" w:w="2521"/>
          </w:tcPr>
          <w:p>
            <w:r>
              <w:t>15 000 m²; 2 ha; 1 km²</w:t>
            </w:r>
          </w:p>
        </w:tc>
      </w:tr>
      <w:tr>
        <w:tc>
          <w:tcPr>
            <w:tcW w:type="dxa" w:w="2521"/>
          </w:tcPr>
          <w:p>
            <w:r>
              <w:t>19</w:t>
            </w:r>
          </w:p>
        </w:tc>
        <w:tc>
          <w:tcPr>
            <w:tcW w:type="dxa" w:w="2521"/>
          </w:tcPr>
          <w:p>
            <w:r>
              <w:t>=</w:t>
            </w:r>
          </w:p>
        </w:tc>
        <w:tc>
          <w:tcPr>
            <w:tcW w:type="dxa" w:w="2521"/>
          </w:tcPr>
          <w:p>
            <w:r>
              <w:t>39</w:t>
            </w:r>
          </w:p>
        </w:tc>
        <w:tc>
          <w:tcPr>
            <w:tcW w:type="dxa" w:w="2521"/>
          </w:tcPr>
          <w:p>
            <w:r>
              <w:t>5000 m²</w:t>
            </w:r>
          </w:p>
        </w:tc>
      </w:tr>
      <w:tr>
        <w:tc>
          <w:tcPr>
            <w:tcW w:type="dxa" w:w="2521"/>
          </w:tcPr>
          <w:p>
            <w:r>
              <w:t>20</w:t>
            </w:r>
          </w:p>
        </w:tc>
        <w:tc>
          <w:tcPr>
            <w:tcW w:type="dxa" w:w="2521"/>
          </w:tcPr>
          <w:p>
            <w:r>
              <w:t>&lt;</w:t>
            </w:r>
          </w:p>
        </w:tc>
        <w:tc>
          <w:tcPr>
            <w:tcW w:type="dxa" w:w="2521"/>
          </w:tcPr>
          <w:p>
            <w:r>
              <w:t>40</w:t>
            </w:r>
          </w:p>
        </w:tc>
        <w:tc>
          <w:tcPr>
            <w:tcW w:type="dxa" w:w="2521"/>
          </w:tcPr>
          <w:p>
            <w:r>
              <w:t>230 ha</w:t>
            </w:r>
          </w:p>
        </w:tc>
      </w:tr>
    </w:tbl>
    <w:sectPr w:rsidR="00FC693F" w:rsidRPr="0006063C" w:rsidSect="00034616">
      <w:pgSz w:w="12240" w:h="15840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