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50 BÀI TẬP ĐỔI ĐƠN VỊ LỚP 5 NÂNG CAO</w:t>
      </w:r>
    </w:p>
    <w:p>
      <w:pPr>
        <w:jc w:val="center"/>
      </w:pPr>
      <w:r>
        <w:rPr>
          <w:i/>
        </w:rPr>
        <w:t>Độ dài - khối lượng - diện tích; có đáp án</w:t>
      </w:r>
    </w:p>
    <w:p>
      <w:pPr>
        <w:jc w:val="center"/>
      </w:pPr>
      <w:r>
        <w:t>ToanCap1.com - Toán tiểu học</w:t>
      </w:r>
    </w:p>
    <w:p>
      <w:r>
        <w:t>Ghi nhớ: khi cộng, trừ hoặc so sánh số đo phải đưa về cùng một đơn vị. Với độ dài và khối lượng, hai đơn vị liền nhau thường hơn kém nhau 10 lần; với diện tích, hai đơn vị diện tích liền nhau hơn kém nhau 100 lần.</w:t>
      </w:r>
    </w:p>
    <w:p>
      <w:pPr>
        <w:pStyle w:val="Heading1"/>
      </w:pPr>
      <w:r>
        <w:t>Phần 1. Đổi đơn vị độ dài</w:t>
      </w:r>
    </w:p>
    <w:p>
      <w:pPr>
        <w:spacing w:after="80"/>
      </w:pPr>
      <w:r>
        <w:rPr>
          <w:b/>
        </w:rPr>
        <w:t xml:space="preserve">Câu 1. </w:t>
      </w:r>
      <w:r>
        <w:t>Điền số thích hợp: 3,5 km = __ m.</w:t>
      </w:r>
    </w:p>
    <w:p>
      <w:pPr>
        <w:ind w:left="283"/>
      </w:pPr>
      <w:r>
        <w:t>Đáp số: ........................................................</w:t>
      </w:r>
    </w:p>
    <w:p>
      <w:pPr>
        <w:spacing w:after="80"/>
      </w:pPr>
      <w:r>
        <w:rPr>
          <w:b/>
        </w:rPr>
        <w:t xml:space="preserve">Câu 2. </w:t>
      </w:r>
      <w:r>
        <w:t>Điền số thích hợp: 4 250 m = __ km.</w:t>
      </w:r>
    </w:p>
    <w:p>
      <w:pPr>
        <w:ind w:left="283"/>
      </w:pPr>
      <w:r>
        <w:t>Đáp số: ........................................................</w:t>
      </w:r>
    </w:p>
    <w:p>
      <w:pPr>
        <w:spacing w:after="80"/>
      </w:pPr>
      <w:r>
        <w:rPr>
          <w:b/>
        </w:rPr>
        <w:t xml:space="preserve">Câu 3. </w:t>
      </w:r>
      <w:r>
        <w:t>Điền số thích hợp: 2 m 35 cm = __ cm.</w:t>
      </w:r>
    </w:p>
    <w:p>
      <w:pPr>
        <w:ind w:left="283"/>
      </w:pPr>
      <w:r>
        <w:t>Đáp số: ........................................................</w:t>
      </w:r>
    </w:p>
    <w:p>
      <w:pPr>
        <w:spacing w:after="80"/>
      </w:pPr>
      <w:r>
        <w:rPr>
          <w:b/>
        </w:rPr>
        <w:t xml:space="preserve">Câu 4. </w:t>
      </w:r>
      <w:r>
        <w:t>Điền số thích hợp: 7,08 m = __ cm.</w:t>
      </w:r>
    </w:p>
    <w:p>
      <w:pPr>
        <w:ind w:left="283"/>
      </w:pPr>
      <w:r>
        <w:t>Đáp số: ........................................................</w:t>
      </w:r>
    </w:p>
    <w:p>
      <w:pPr>
        <w:spacing w:after="80"/>
      </w:pPr>
      <w:r>
        <w:rPr>
          <w:b/>
        </w:rPr>
        <w:t xml:space="preserve">Câu 5. </w:t>
      </w:r>
      <w:r>
        <w:t>Điền số thích hợp: 5 dm 6 cm = __ cm.</w:t>
      </w:r>
    </w:p>
    <w:p>
      <w:pPr>
        <w:ind w:left="283"/>
      </w:pPr>
      <w:r>
        <w:t>Đáp số: ........................................................</w:t>
      </w:r>
    </w:p>
    <w:p>
      <w:pPr>
        <w:spacing w:after="80"/>
      </w:pPr>
      <w:r>
        <w:rPr>
          <w:b/>
        </w:rPr>
        <w:t xml:space="preserve">Câu 6. </w:t>
      </w:r>
      <w:r>
        <w:t>Điền số thích hợp: 830 cm = __ m.</w:t>
      </w:r>
    </w:p>
    <w:p>
      <w:pPr>
        <w:ind w:left="283"/>
      </w:pPr>
      <w:r>
        <w:t>Đáp số: ........................................................</w:t>
      </w:r>
    </w:p>
    <w:p>
      <w:pPr>
        <w:spacing w:after="80"/>
      </w:pPr>
      <w:r>
        <w:rPr>
          <w:b/>
        </w:rPr>
        <w:t xml:space="preserve">Câu 7. </w:t>
      </w:r>
      <w:r>
        <w:t>Điền số thích hợp: 12,5 dm = __ cm.</w:t>
      </w:r>
    </w:p>
    <w:p>
      <w:pPr>
        <w:ind w:left="283"/>
      </w:pPr>
      <w:r>
        <w:t>Đáp số: ........................................................</w:t>
      </w:r>
    </w:p>
    <w:p>
      <w:pPr>
        <w:spacing w:after="80"/>
      </w:pPr>
      <w:r>
        <w:rPr>
          <w:b/>
        </w:rPr>
        <w:t xml:space="preserve">Câu 8. </w:t>
      </w:r>
      <w:r>
        <w:t>Điền số thích hợp: 0,75 km = __ m.</w:t>
      </w:r>
    </w:p>
    <w:p>
      <w:pPr>
        <w:ind w:left="283"/>
      </w:pPr>
      <w:r>
        <w:t>Đáp số: ........................................................</w:t>
      </w:r>
    </w:p>
    <w:p>
      <w:pPr>
        <w:spacing w:after="80"/>
      </w:pPr>
      <w:r>
        <w:rPr>
          <w:b/>
        </w:rPr>
        <w:t xml:space="preserve">Câu 9. </w:t>
      </w:r>
      <w:r>
        <w:t>Điền số thích hợp: 4 m 8 mm = __ mm.</w:t>
      </w:r>
    </w:p>
    <w:p>
      <w:pPr>
        <w:ind w:left="283"/>
      </w:pPr>
      <w:r>
        <w:t>Đáp số: ........................................................</w:t>
      </w:r>
    </w:p>
    <w:p>
      <w:pPr>
        <w:spacing w:after="80"/>
      </w:pPr>
      <w:r>
        <w:rPr>
          <w:b/>
        </w:rPr>
        <w:t xml:space="preserve">Câu 10. </w:t>
      </w:r>
      <w:r>
        <w:t>Điền số thích hợp: 3 650 mm = __ m.</w:t>
      </w:r>
    </w:p>
    <w:p>
      <w:pPr>
        <w:ind w:left="283"/>
      </w:pPr>
      <w:r>
        <w:t>Đáp số: ........................................................</w:t>
      </w:r>
    </w:p>
    <w:p>
      <w:pPr>
        <w:spacing w:after="80"/>
      </w:pPr>
      <w:r>
        <w:rPr>
          <w:b/>
        </w:rPr>
        <w:t xml:space="preserve">Câu 11. </w:t>
      </w:r>
      <w:r>
        <w:t>Điền số thích hợp: 2,4 hm = __ m.</w:t>
      </w:r>
    </w:p>
    <w:p>
      <w:pPr>
        <w:ind w:left="283"/>
      </w:pPr>
      <w:r>
        <w:t>Đáp số: ........................................................</w:t>
      </w:r>
    </w:p>
    <w:p>
      <w:pPr>
        <w:spacing w:after="80"/>
      </w:pPr>
      <w:r>
        <w:rPr>
          <w:b/>
        </w:rPr>
        <w:t xml:space="preserve">Câu 12. </w:t>
      </w:r>
      <w:r>
        <w:t>Điền số thích hợp: 6 300 dm = __ m.</w:t>
      </w:r>
    </w:p>
    <w:p>
      <w:pPr>
        <w:ind w:left="283"/>
      </w:pPr>
      <w:r>
        <w:t>Đáp số: ........................................................</w:t>
      </w:r>
    </w:p>
    <w:p>
      <w:pPr>
        <w:spacing w:after="80"/>
      </w:pPr>
      <w:r>
        <w:rPr>
          <w:b/>
        </w:rPr>
        <w:t xml:space="preserve">Câu 13. </w:t>
      </w:r>
      <w:r>
        <w:t>Điền số thích hợp: 1,25 m = __ mm.</w:t>
      </w:r>
    </w:p>
    <w:p>
      <w:pPr>
        <w:ind w:left="283"/>
      </w:pPr>
      <w:r>
        <w:t>Đáp số: ........................................................</w:t>
      </w:r>
    </w:p>
    <w:p>
      <w:pPr>
        <w:spacing w:after="80"/>
      </w:pPr>
      <w:r>
        <w:rPr>
          <w:b/>
        </w:rPr>
        <w:t xml:space="preserve">Câu 14. </w:t>
      </w:r>
      <w:r>
        <w:t>Điền số thích hợp: 5 km 75 m = __ m.</w:t>
      </w:r>
    </w:p>
    <w:p>
      <w:pPr>
        <w:ind w:left="283"/>
      </w:pPr>
      <w:r>
        <w:t>Đáp số: ........................................................</w:t>
      </w:r>
    </w:p>
    <w:p>
      <w:pPr>
        <w:spacing w:after="80"/>
      </w:pPr>
      <w:r>
        <w:rPr>
          <w:b/>
        </w:rPr>
        <w:t xml:space="preserve">Câu 15. </w:t>
      </w:r>
      <w:r>
        <w:t>Điền số thích hợp: 9 045 m = __ km __ m.</w:t>
      </w:r>
    </w:p>
    <w:p>
      <w:pPr>
        <w:ind w:left="283"/>
      </w:pPr>
      <w:r>
        <w:t>Đáp số: ........................................................</w:t>
      </w:r>
    </w:p>
    <w:p>
      <w:pPr>
        <w:pStyle w:val="Heading1"/>
      </w:pPr>
      <w:r>
        <w:t>Phần 2. Đổi đơn vị khối lượng</w:t>
      </w:r>
    </w:p>
    <w:p>
      <w:pPr>
        <w:spacing w:after="80"/>
      </w:pPr>
      <w:r>
        <w:rPr>
          <w:b/>
        </w:rPr>
        <w:t xml:space="preserve">Câu 16. </w:t>
      </w:r>
      <w:r>
        <w:t>Điền số thích hợp: 2,5 tấn = __ kg.</w:t>
      </w:r>
    </w:p>
    <w:p>
      <w:pPr>
        <w:ind w:left="283"/>
      </w:pPr>
      <w:r>
        <w:t>Đáp số: ........................................................</w:t>
      </w:r>
    </w:p>
    <w:p>
      <w:pPr>
        <w:spacing w:after="80"/>
      </w:pPr>
      <w:r>
        <w:rPr>
          <w:b/>
        </w:rPr>
        <w:t xml:space="preserve">Câu 17. </w:t>
      </w:r>
      <w:r>
        <w:t>Điền số thích hợp: 3,6 tạ = __ kg.</w:t>
      </w:r>
    </w:p>
    <w:p>
      <w:pPr>
        <w:ind w:left="283"/>
      </w:pPr>
      <w:r>
        <w:t>Đáp số: ........................................................</w:t>
      </w:r>
    </w:p>
    <w:p>
      <w:pPr>
        <w:spacing w:after="80"/>
      </w:pPr>
      <w:r>
        <w:rPr>
          <w:b/>
        </w:rPr>
        <w:t xml:space="preserve">Câu 18. </w:t>
      </w:r>
      <w:r>
        <w:t>Điền số thích hợp: 4 yến 5 kg = __ kg.</w:t>
      </w:r>
    </w:p>
    <w:p>
      <w:pPr>
        <w:ind w:left="283"/>
      </w:pPr>
      <w:r>
        <w:t>Đáp số: ........................................................</w:t>
      </w:r>
    </w:p>
    <w:p>
      <w:pPr>
        <w:spacing w:after="80"/>
      </w:pPr>
      <w:r>
        <w:rPr>
          <w:b/>
        </w:rPr>
        <w:t xml:space="preserve">Câu 19. </w:t>
      </w:r>
      <w:r>
        <w:t>Điền số thích hợp: 0,75 kg = __ g.</w:t>
      </w:r>
    </w:p>
    <w:p>
      <w:pPr>
        <w:ind w:left="283"/>
      </w:pPr>
      <w:r>
        <w:t>Đáp số: ........................................................</w:t>
      </w:r>
    </w:p>
    <w:p>
      <w:pPr>
        <w:spacing w:after="80"/>
      </w:pPr>
      <w:r>
        <w:rPr>
          <w:b/>
        </w:rPr>
        <w:t xml:space="preserve">Câu 20. </w:t>
      </w:r>
      <w:r>
        <w:t>Điền số thích hợp: 6 250 g = __ kg.</w:t>
      </w:r>
    </w:p>
    <w:p>
      <w:pPr>
        <w:ind w:left="283"/>
      </w:pPr>
      <w:r>
        <w:t>Đáp số: ........................................................</w:t>
      </w:r>
    </w:p>
    <w:p>
      <w:pPr>
        <w:spacing w:after="80"/>
      </w:pPr>
      <w:r>
        <w:rPr>
          <w:b/>
        </w:rPr>
        <w:t xml:space="preserve">Câu 21. </w:t>
      </w:r>
      <w:r>
        <w:t>Điền số thích hợp: 1,2 tấn = __ tạ.</w:t>
      </w:r>
    </w:p>
    <w:p>
      <w:pPr>
        <w:ind w:left="283"/>
      </w:pPr>
      <w:r>
        <w:t>Đáp số: ........................................................</w:t>
      </w:r>
    </w:p>
    <w:p>
      <w:pPr>
        <w:spacing w:after="80"/>
      </w:pPr>
      <w:r>
        <w:rPr>
          <w:b/>
        </w:rPr>
        <w:t xml:space="preserve">Câu 22. </w:t>
      </w:r>
      <w:r>
        <w:t>Điền số thích hợp: 3,45 kg = __ g.</w:t>
      </w:r>
    </w:p>
    <w:p>
      <w:pPr>
        <w:ind w:left="283"/>
      </w:pPr>
      <w:r>
        <w:t>Đáp số: ........................................................</w:t>
      </w:r>
    </w:p>
    <w:p>
      <w:pPr>
        <w:spacing w:after="80"/>
      </w:pPr>
      <w:r>
        <w:rPr>
          <w:b/>
        </w:rPr>
        <w:t xml:space="preserve">Câu 23. </w:t>
      </w:r>
      <w:r>
        <w:t>Điền số thích hợp: 2 tạ 8 kg = __ kg.</w:t>
      </w:r>
    </w:p>
    <w:p>
      <w:pPr>
        <w:ind w:left="283"/>
      </w:pPr>
      <w:r>
        <w:t>Đáp số: ........................................................</w:t>
      </w:r>
    </w:p>
    <w:p>
      <w:pPr>
        <w:spacing w:after="80"/>
      </w:pPr>
      <w:r>
        <w:rPr>
          <w:b/>
        </w:rPr>
        <w:t xml:space="preserve">Câu 24. </w:t>
      </w:r>
      <w:r>
        <w:t>Điền số thích hợp: 4 500 kg = __ tấn.</w:t>
      </w:r>
    </w:p>
    <w:p>
      <w:pPr>
        <w:ind w:left="283"/>
      </w:pPr>
      <w:r>
        <w:t>Đáp số: ........................................................</w:t>
      </w:r>
    </w:p>
    <w:p>
      <w:pPr>
        <w:spacing w:after="80"/>
      </w:pPr>
      <w:r>
        <w:rPr>
          <w:b/>
        </w:rPr>
        <w:t xml:space="preserve">Câu 25. </w:t>
      </w:r>
      <w:r>
        <w:t>Điền số thích hợp: 75 kg = __ tạ.</w:t>
      </w:r>
    </w:p>
    <w:p>
      <w:pPr>
        <w:ind w:left="283"/>
      </w:pPr>
      <w:r>
        <w:t>Đáp số: ........................................................</w:t>
      </w:r>
    </w:p>
    <w:p>
      <w:pPr>
        <w:spacing w:after="80"/>
      </w:pPr>
      <w:r>
        <w:rPr>
          <w:b/>
        </w:rPr>
        <w:t xml:space="preserve">Câu 26. </w:t>
      </w:r>
      <w:r>
        <w:t>Điền số thích hợp: 0,4 yến = __ kg.</w:t>
      </w:r>
    </w:p>
    <w:p>
      <w:pPr>
        <w:ind w:left="283"/>
      </w:pPr>
      <w:r>
        <w:t>Đáp số: ........................................................</w:t>
      </w:r>
    </w:p>
    <w:p>
      <w:pPr>
        <w:spacing w:after="80"/>
      </w:pPr>
      <w:r>
        <w:rPr>
          <w:b/>
        </w:rPr>
        <w:t xml:space="preserve">Câu 27. </w:t>
      </w:r>
      <w:r>
        <w:t>Điền số thích hợp: 5 tấn 80 kg = __ kg.</w:t>
      </w:r>
    </w:p>
    <w:p>
      <w:pPr>
        <w:ind w:left="283"/>
      </w:pPr>
      <w:r>
        <w:t>Đáp số: ........................................................</w:t>
      </w:r>
    </w:p>
    <w:p>
      <w:pPr>
        <w:spacing w:after="80"/>
      </w:pPr>
      <w:r>
        <w:rPr>
          <w:b/>
        </w:rPr>
        <w:t xml:space="preserve">Câu 28. </w:t>
      </w:r>
      <w:r>
        <w:t>Điền số thích hợp: 2 350 g = __ kg __ g.</w:t>
      </w:r>
    </w:p>
    <w:p>
      <w:pPr>
        <w:ind w:left="283"/>
      </w:pPr>
      <w:r>
        <w:t>Đáp số: ........................................................</w:t>
      </w:r>
    </w:p>
    <w:p>
      <w:pPr>
        <w:spacing w:after="80"/>
      </w:pPr>
      <w:r>
        <w:rPr>
          <w:b/>
        </w:rPr>
        <w:t xml:space="preserve">Câu 29. </w:t>
      </w:r>
      <w:r>
        <w:t>Điền số thích hợp: 7,5 tấn = __ yến.</w:t>
      </w:r>
    </w:p>
    <w:p>
      <w:pPr>
        <w:ind w:left="283"/>
      </w:pPr>
      <w:r>
        <w:t>Đáp số: ........................................................</w:t>
      </w:r>
    </w:p>
    <w:p>
      <w:pPr>
        <w:spacing w:after="80"/>
      </w:pPr>
      <w:r>
        <w:rPr>
          <w:b/>
        </w:rPr>
        <w:t xml:space="preserve">Câu 30. </w:t>
      </w:r>
      <w:r>
        <w:t>Điền số thích hợp: 960 kg = __ tạ.</w:t>
      </w:r>
    </w:p>
    <w:p>
      <w:pPr>
        <w:ind w:left="283"/>
      </w:pPr>
      <w:r>
        <w:t>Đáp số: ........................................................</w:t>
      </w:r>
    </w:p>
    <w:p>
      <w:pPr>
        <w:pStyle w:val="Heading1"/>
      </w:pPr>
      <w:r>
        <w:t>Phần 3. Đổi đơn vị diện tích</w:t>
      </w:r>
    </w:p>
    <w:p>
      <w:pPr>
        <w:spacing w:after="80"/>
      </w:pPr>
      <w:r>
        <w:rPr>
          <w:b/>
        </w:rPr>
        <w:t xml:space="preserve">Câu 31. </w:t>
      </w:r>
      <w:r>
        <w:t>Điền số thích hợp: 3 m² = __ dm².</w:t>
      </w:r>
    </w:p>
    <w:p>
      <w:pPr>
        <w:ind w:left="283"/>
      </w:pPr>
      <w:r>
        <w:t>Đáp số: ........................................................</w:t>
      </w:r>
    </w:p>
    <w:p>
      <w:pPr>
        <w:spacing w:after="80"/>
      </w:pPr>
      <w:r>
        <w:rPr>
          <w:b/>
        </w:rPr>
        <w:t xml:space="preserve">Câu 32. </w:t>
      </w:r>
      <w:r>
        <w:t>Điền số thích hợp: 4,5 m² = __ dm².</w:t>
      </w:r>
    </w:p>
    <w:p>
      <w:pPr>
        <w:ind w:left="283"/>
      </w:pPr>
      <w:r>
        <w:t>Đáp số: ........................................................</w:t>
      </w:r>
    </w:p>
    <w:p>
      <w:pPr>
        <w:spacing w:after="80"/>
      </w:pPr>
      <w:r>
        <w:rPr>
          <w:b/>
        </w:rPr>
        <w:t xml:space="preserve">Câu 33. </w:t>
      </w:r>
      <w:r>
        <w:t>Điền số thích hợp: 750 dm² = __ m².</w:t>
      </w:r>
    </w:p>
    <w:p>
      <w:pPr>
        <w:ind w:left="283"/>
      </w:pPr>
      <w:r>
        <w:t>Đáp số: ........................................................</w:t>
      </w:r>
    </w:p>
    <w:p>
      <w:pPr>
        <w:spacing w:after="80"/>
      </w:pPr>
      <w:r>
        <w:rPr>
          <w:b/>
        </w:rPr>
        <w:t xml:space="preserve">Câu 34. </w:t>
      </w:r>
      <w:r>
        <w:t>Điền số thích hợp: 2 ha = __ m².</w:t>
      </w:r>
    </w:p>
    <w:p>
      <w:pPr>
        <w:ind w:left="283"/>
      </w:pPr>
      <w:r>
        <w:t>Đáp số: ........................................................</w:t>
      </w:r>
    </w:p>
    <w:p>
      <w:pPr>
        <w:spacing w:after="80"/>
      </w:pPr>
      <w:r>
        <w:rPr>
          <w:b/>
        </w:rPr>
        <w:t xml:space="preserve">Câu 35. </w:t>
      </w:r>
      <w:r>
        <w:t>Điền số thích hợp: 3,25 ha = __ m².</w:t>
      </w:r>
    </w:p>
    <w:p>
      <w:pPr>
        <w:ind w:left="283"/>
      </w:pPr>
      <w:r>
        <w:t>Đáp số: ........................................................</w:t>
      </w:r>
    </w:p>
    <w:p>
      <w:pPr>
        <w:spacing w:after="80"/>
      </w:pPr>
      <w:r>
        <w:rPr>
          <w:b/>
        </w:rPr>
        <w:t xml:space="preserve">Câu 36. </w:t>
      </w:r>
      <w:r>
        <w:t>Điền số thích hợp: 1,2 km² = __ ha.</w:t>
      </w:r>
    </w:p>
    <w:p>
      <w:pPr>
        <w:ind w:left="283"/>
      </w:pPr>
      <w:r>
        <w:t>Đáp số: ........................................................</w:t>
      </w:r>
    </w:p>
    <w:p>
      <w:pPr>
        <w:spacing w:after="80"/>
      </w:pPr>
      <w:r>
        <w:rPr>
          <w:b/>
        </w:rPr>
        <w:t xml:space="preserve">Câu 37. </w:t>
      </w:r>
      <w:r>
        <w:t>Điền số thích hợp: 6 500 m² = __ ha.</w:t>
      </w:r>
    </w:p>
    <w:p>
      <w:pPr>
        <w:ind w:left="283"/>
      </w:pPr>
      <w:r>
        <w:t>Đáp số: ........................................................</w:t>
      </w:r>
    </w:p>
    <w:p>
      <w:pPr>
        <w:spacing w:after="80"/>
      </w:pPr>
      <w:r>
        <w:rPr>
          <w:b/>
        </w:rPr>
        <w:t xml:space="preserve">Câu 38. </w:t>
      </w:r>
      <w:r>
        <w:t>Điền số thích hợp: 45 dm² = __ cm².</w:t>
      </w:r>
    </w:p>
    <w:p>
      <w:pPr>
        <w:ind w:left="283"/>
      </w:pPr>
      <w:r>
        <w:t>Đáp số: ........................................................</w:t>
      </w:r>
    </w:p>
    <w:p>
      <w:pPr>
        <w:spacing w:after="80"/>
      </w:pPr>
      <w:r>
        <w:rPr>
          <w:b/>
        </w:rPr>
        <w:t xml:space="preserve">Câu 39. </w:t>
      </w:r>
      <w:r>
        <w:t>Điền số thích hợp: 8 000 cm² = __ dm².</w:t>
      </w:r>
    </w:p>
    <w:p>
      <w:pPr>
        <w:ind w:left="283"/>
      </w:pPr>
      <w:r>
        <w:t>Đáp số: ........................................................</w:t>
      </w:r>
    </w:p>
    <w:p>
      <w:pPr>
        <w:spacing w:after="80"/>
      </w:pPr>
      <w:r>
        <w:rPr>
          <w:b/>
        </w:rPr>
        <w:t xml:space="preserve">Câu 40. </w:t>
      </w:r>
      <w:r>
        <w:t>Điền số thích hợp: 2 m² 35 dm² = __ dm².</w:t>
      </w:r>
    </w:p>
    <w:p>
      <w:pPr>
        <w:ind w:left="283"/>
      </w:pPr>
      <w:r>
        <w:t>Đáp số: ........................................................</w:t>
      </w:r>
    </w:p>
    <w:p>
      <w:pPr>
        <w:spacing w:after="80"/>
      </w:pPr>
      <w:r>
        <w:rPr>
          <w:b/>
        </w:rPr>
        <w:t xml:space="preserve">Câu 41. </w:t>
      </w:r>
      <w:r>
        <w:t>Điền số thích hợp: 4 ha 2 500 m² = __ m².</w:t>
      </w:r>
    </w:p>
    <w:p>
      <w:pPr>
        <w:ind w:left="283"/>
      </w:pPr>
      <w:r>
        <w:t>Đáp số: ........................................................</w:t>
      </w:r>
    </w:p>
    <w:p>
      <w:pPr>
        <w:spacing w:after="80"/>
      </w:pPr>
      <w:r>
        <w:rPr>
          <w:b/>
        </w:rPr>
        <w:t xml:space="preserve">Câu 42. </w:t>
      </w:r>
      <w:r>
        <w:t>Điền số thích hợp: 1 km² 35 ha = __ ha.</w:t>
      </w:r>
    </w:p>
    <w:p>
      <w:pPr>
        <w:ind w:left="283"/>
      </w:pPr>
      <w:r>
        <w:t>Đáp số: ........................................................</w:t>
      </w:r>
    </w:p>
    <w:p>
      <w:pPr>
        <w:spacing w:after="80"/>
      </w:pPr>
      <w:r>
        <w:rPr>
          <w:b/>
        </w:rPr>
        <w:t xml:space="preserve">Câu 43. </w:t>
      </w:r>
      <w:r>
        <w:t>Điền số thích hợp: 5,06 m² = __ dm².</w:t>
      </w:r>
    </w:p>
    <w:p>
      <w:pPr>
        <w:ind w:left="283"/>
      </w:pPr>
      <w:r>
        <w:t>Đáp số: ........................................................</w:t>
      </w:r>
    </w:p>
    <w:p>
      <w:pPr>
        <w:spacing w:after="80"/>
      </w:pPr>
      <w:r>
        <w:rPr>
          <w:b/>
        </w:rPr>
        <w:t xml:space="preserve">Câu 44. </w:t>
      </w:r>
      <w:r>
        <w:t>Điền số thích hợp: 70 000 m² = __ ha.</w:t>
      </w:r>
    </w:p>
    <w:p>
      <w:pPr>
        <w:ind w:left="283"/>
      </w:pPr>
      <w:r>
        <w:t>Đáp số: ........................................................</w:t>
      </w:r>
    </w:p>
    <w:p>
      <w:pPr>
        <w:spacing w:after="80"/>
      </w:pPr>
      <w:r>
        <w:rPr>
          <w:b/>
        </w:rPr>
        <w:t xml:space="preserve">Câu 45. </w:t>
      </w:r>
      <w:r>
        <w:t>Điền số thích hợp: 350 ha = __ km².</w:t>
      </w:r>
    </w:p>
    <w:p>
      <w:pPr>
        <w:ind w:left="283"/>
      </w:pPr>
      <w:r>
        <w:t>Đáp số: ........................................................</w:t>
      </w:r>
    </w:p>
    <w:p>
      <w:pPr>
        <w:pStyle w:val="Heading1"/>
      </w:pPr>
      <w:r>
        <w:t>Phần 4. Vận dụng</w:t>
      </w:r>
    </w:p>
    <w:p>
      <w:pPr>
        <w:spacing w:after="80"/>
      </w:pPr>
      <w:r>
        <w:rPr>
          <w:b/>
        </w:rPr>
        <w:t xml:space="preserve">Câu 46. </w:t>
      </w:r>
      <w:r>
        <w:t>Một đoạn đường dài 2,75 km. Một xe đã đi 1 850 m. Xe còn phải đi bao nhiêu mét?</w:t>
      </w:r>
    </w:p>
    <w:p>
      <w:pPr>
        <w:ind w:left="283"/>
      </w:pPr>
      <w:r>
        <w:t>Đáp số: ........................................................</w:t>
      </w:r>
    </w:p>
    <w:p>
      <w:pPr>
        <w:spacing w:after="80"/>
      </w:pPr>
      <w:r>
        <w:rPr>
          <w:b/>
        </w:rPr>
        <w:t xml:space="preserve">Câu 47. </w:t>
      </w:r>
      <w:r>
        <w:t>Một kho có 3,2 tấn gạo, đã xuất 850 kg. Kho còn bao nhiêu ki-lô-gam gạo?</w:t>
      </w:r>
    </w:p>
    <w:p>
      <w:pPr>
        <w:ind w:left="283"/>
      </w:pPr>
      <w:r>
        <w:t>Đáp số: ........................................................</w:t>
      </w:r>
    </w:p>
    <w:p>
      <w:pPr>
        <w:spacing w:after="80"/>
      </w:pPr>
      <w:r>
        <w:rPr>
          <w:b/>
        </w:rPr>
        <w:t xml:space="preserve">Câu 48. </w:t>
      </w:r>
      <w:r>
        <w:t>Một khu đất rộng 2 ha 4 000 m². Đã sử dụng 15 000 m². Còn lại bao nhiêu mét vuông?</w:t>
      </w:r>
    </w:p>
    <w:p>
      <w:pPr>
        <w:ind w:left="283"/>
      </w:pPr>
      <w:r>
        <w:t>Đáp số: ........................................................</w:t>
      </w:r>
    </w:p>
    <w:p>
      <w:pPr>
        <w:spacing w:after="80"/>
      </w:pPr>
      <w:r>
        <w:rPr>
          <w:b/>
        </w:rPr>
        <w:t xml:space="preserve">Câu 49. </w:t>
      </w:r>
      <w:r>
        <w:t>So sánh 3,5 m và 345 cm.</w:t>
      </w:r>
    </w:p>
    <w:p>
      <w:pPr>
        <w:ind w:left="283"/>
      </w:pPr>
      <w:r>
        <w:t>Đáp số: ........................................................</w:t>
      </w:r>
    </w:p>
    <w:p>
      <w:pPr>
        <w:spacing w:after="80"/>
      </w:pPr>
      <w:r>
        <w:rPr>
          <w:b/>
        </w:rPr>
        <w:t xml:space="preserve">Câu 50. </w:t>
      </w:r>
      <w:r>
        <w:t>So sánh 2,4 tạ và 245 kg.</w:t>
      </w:r>
    </w:p>
    <w:p>
      <w:pPr>
        <w:ind w:left="283"/>
      </w:pPr>
      <w:r>
        <w:t>Đáp số: ........................................................</w:t>
      </w:r>
    </w:p>
    <w:p>
      <w:r>
        <w:br w:type="page"/>
      </w:r>
    </w:p>
    <w:p>
      <w:pPr>
        <w:pStyle w:val="Heading1"/>
      </w:pPr>
      <w:r>
        <w:t>Đáp án</w:t>
      </w:r>
    </w:p>
    <w:tbl>
      <w:tblPr>
        <w:tblW w:type="auto" w:w="0"/>
        <w:jc w:val="center"/>
        <w:tblLayout w:type="fixed"/>
        <w:tblLook w:firstColumn="1" w:firstRow="1" w:lastColumn="0" w:lastRow="0" w:noHBand="0" w:noVBand="1" w:val="04A0"/>
      </w:tblPr>
      <w:tblGrid>
        <w:gridCol w:w="1247"/>
        <w:gridCol w:w="7937"/>
      </w:tblGrid>
      <w:tr>
        <w:trPr>
          <w:cantSplit/>
        </w:trPr>
        <w:tc>
          <w:tcPr>
            <w:tcW w:type="dxa" w:w="5043"/>
          </w:tcPr>
          <w:p>
            <w:r>
              <w:t>Câu</w:t>
            </w:r>
          </w:p>
        </w:tc>
        <w:tc>
          <w:tcPr>
            <w:tcW w:type="dxa" w:w="5043"/>
          </w:tcPr>
          <w:p>
            <w:r>
              <w:t>Đáp án</w:t>
            </w:r>
          </w:p>
        </w:tc>
      </w:tr>
      <w:tr>
        <w:trPr>
          <w:cantSplit/>
        </w:trPr>
        <w:tc>
          <w:tcPr>
            <w:tcW w:type="dxa" w:w="1247"/>
            <w:vAlign w:val="center"/>
          </w:tcPr>
          <w:p>
            <w:r>
              <w:rPr>
                <w:rFonts w:ascii="Arial" w:hAnsi="Arial" w:eastAsia="Arial"/>
                <w:sz w:val="20"/>
              </w:rPr>
              <w:t>1</w:t>
            </w:r>
          </w:p>
        </w:tc>
        <w:tc>
          <w:tcPr>
            <w:tcW w:type="dxa" w:w="7937"/>
            <w:vAlign w:val="center"/>
          </w:tcPr>
          <w:p>
            <w:r>
              <w:rPr>
                <w:rFonts w:ascii="Arial" w:hAnsi="Arial" w:eastAsia="Arial"/>
                <w:sz w:val="20"/>
              </w:rPr>
              <w:t>3500 m</w:t>
            </w:r>
          </w:p>
        </w:tc>
      </w:tr>
      <w:tr>
        <w:trPr>
          <w:cantSplit/>
        </w:trPr>
        <w:tc>
          <w:tcPr>
            <w:tcW w:type="dxa" w:w="1247"/>
            <w:vAlign w:val="center"/>
          </w:tcPr>
          <w:p>
            <w:r>
              <w:rPr>
                <w:rFonts w:ascii="Arial" w:hAnsi="Arial" w:eastAsia="Arial"/>
                <w:sz w:val="20"/>
              </w:rPr>
              <w:t>2</w:t>
            </w:r>
          </w:p>
        </w:tc>
        <w:tc>
          <w:tcPr>
            <w:tcW w:type="dxa" w:w="7937"/>
            <w:vAlign w:val="center"/>
          </w:tcPr>
          <w:p>
            <w:r>
              <w:rPr>
                <w:rFonts w:ascii="Arial" w:hAnsi="Arial" w:eastAsia="Arial"/>
                <w:sz w:val="20"/>
              </w:rPr>
              <w:t>4,25 km</w:t>
            </w:r>
          </w:p>
        </w:tc>
      </w:tr>
      <w:tr>
        <w:trPr>
          <w:cantSplit/>
        </w:trPr>
        <w:tc>
          <w:tcPr>
            <w:tcW w:type="dxa" w:w="1247"/>
            <w:vAlign w:val="center"/>
          </w:tcPr>
          <w:p>
            <w:r>
              <w:rPr>
                <w:rFonts w:ascii="Arial" w:hAnsi="Arial" w:eastAsia="Arial"/>
                <w:sz w:val="20"/>
              </w:rPr>
              <w:t>3</w:t>
            </w:r>
          </w:p>
        </w:tc>
        <w:tc>
          <w:tcPr>
            <w:tcW w:type="dxa" w:w="7937"/>
            <w:vAlign w:val="center"/>
          </w:tcPr>
          <w:p>
            <w:r>
              <w:rPr>
                <w:rFonts w:ascii="Arial" w:hAnsi="Arial" w:eastAsia="Arial"/>
                <w:sz w:val="20"/>
              </w:rPr>
              <w:t>235 cm</w:t>
            </w:r>
          </w:p>
        </w:tc>
      </w:tr>
      <w:tr>
        <w:trPr>
          <w:cantSplit/>
        </w:trPr>
        <w:tc>
          <w:tcPr>
            <w:tcW w:type="dxa" w:w="1247"/>
            <w:vAlign w:val="center"/>
          </w:tcPr>
          <w:p>
            <w:r>
              <w:rPr>
                <w:rFonts w:ascii="Arial" w:hAnsi="Arial" w:eastAsia="Arial"/>
                <w:sz w:val="20"/>
              </w:rPr>
              <w:t>4</w:t>
            </w:r>
          </w:p>
        </w:tc>
        <w:tc>
          <w:tcPr>
            <w:tcW w:type="dxa" w:w="7937"/>
            <w:vAlign w:val="center"/>
          </w:tcPr>
          <w:p>
            <w:r>
              <w:rPr>
                <w:rFonts w:ascii="Arial" w:hAnsi="Arial" w:eastAsia="Arial"/>
                <w:sz w:val="20"/>
              </w:rPr>
              <w:t>708 cm</w:t>
            </w:r>
          </w:p>
        </w:tc>
      </w:tr>
      <w:tr>
        <w:trPr>
          <w:cantSplit/>
        </w:trPr>
        <w:tc>
          <w:tcPr>
            <w:tcW w:type="dxa" w:w="1247"/>
            <w:vAlign w:val="center"/>
          </w:tcPr>
          <w:p>
            <w:r>
              <w:rPr>
                <w:rFonts w:ascii="Arial" w:hAnsi="Arial" w:eastAsia="Arial"/>
                <w:sz w:val="20"/>
              </w:rPr>
              <w:t>5</w:t>
            </w:r>
          </w:p>
        </w:tc>
        <w:tc>
          <w:tcPr>
            <w:tcW w:type="dxa" w:w="7937"/>
            <w:vAlign w:val="center"/>
          </w:tcPr>
          <w:p>
            <w:r>
              <w:rPr>
                <w:rFonts w:ascii="Arial" w:hAnsi="Arial" w:eastAsia="Arial"/>
                <w:sz w:val="20"/>
              </w:rPr>
              <w:t>56 cm</w:t>
            </w:r>
          </w:p>
        </w:tc>
      </w:tr>
      <w:tr>
        <w:trPr>
          <w:cantSplit/>
        </w:trPr>
        <w:tc>
          <w:tcPr>
            <w:tcW w:type="dxa" w:w="1247"/>
            <w:vAlign w:val="center"/>
          </w:tcPr>
          <w:p>
            <w:r>
              <w:rPr>
                <w:rFonts w:ascii="Arial" w:hAnsi="Arial" w:eastAsia="Arial"/>
                <w:sz w:val="20"/>
              </w:rPr>
              <w:t>6</w:t>
            </w:r>
          </w:p>
        </w:tc>
        <w:tc>
          <w:tcPr>
            <w:tcW w:type="dxa" w:w="7937"/>
            <w:vAlign w:val="center"/>
          </w:tcPr>
          <w:p>
            <w:r>
              <w:rPr>
                <w:rFonts w:ascii="Arial" w:hAnsi="Arial" w:eastAsia="Arial"/>
                <w:sz w:val="20"/>
              </w:rPr>
              <w:t>8,3 m</w:t>
            </w:r>
          </w:p>
        </w:tc>
      </w:tr>
      <w:tr>
        <w:trPr>
          <w:cantSplit/>
        </w:trPr>
        <w:tc>
          <w:tcPr>
            <w:tcW w:type="dxa" w:w="1247"/>
            <w:vAlign w:val="center"/>
          </w:tcPr>
          <w:p>
            <w:r>
              <w:rPr>
                <w:rFonts w:ascii="Arial" w:hAnsi="Arial" w:eastAsia="Arial"/>
                <w:sz w:val="20"/>
              </w:rPr>
              <w:t>7</w:t>
            </w:r>
          </w:p>
        </w:tc>
        <w:tc>
          <w:tcPr>
            <w:tcW w:type="dxa" w:w="7937"/>
            <w:vAlign w:val="center"/>
          </w:tcPr>
          <w:p>
            <w:r>
              <w:rPr>
                <w:rFonts w:ascii="Arial" w:hAnsi="Arial" w:eastAsia="Arial"/>
                <w:sz w:val="20"/>
              </w:rPr>
              <w:t>125 cm</w:t>
            </w:r>
          </w:p>
        </w:tc>
      </w:tr>
      <w:tr>
        <w:trPr>
          <w:cantSplit/>
        </w:trPr>
        <w:tc>
          <w:tcPr>
            <w:tcW w:type="dxa" w:w="1247"/>
            <w:vAlign w:val="center"/>
          </w:tcPr>
          <w:p>
            <w:r>
              <w:rPr>
                <w:rFonts w:ascii="Arial" w:hAnsi="Arial" w:eastAsia="Arial"/>
                <w:sz w:val="20"/>
              </w:rPr>
              <w:t>8</w:t>
            </w:r>
          </w:p>
        </w:tc>
        <w:tc>
          <w:tcPr>
            <w:tcW w:type="dxa" w:w="7937"/>
            <w:vAlign w:val="center"/>
          </w:tcPr>
          <w:p>
            <w:r>
              <w:rPr>
                <w:rFonts w:ascii="Arial" w:hAnsi="Arial" w:eastAsia="Arial"/>
                <w:sz w:val="20"/>
              </w:rPr>
              <w:t>750 m</w:t>
            </w:r>
          </w:p>
        </w:tc>
      </w:tr>
      <w:tr>
        <w:trPr>
          <w:cantSplit/>
        </w:trPr>
        <w:tc>
          <w:tcPr>
            <w:tcW w:type="dxa" w:w="1247"/>
            <w:vAlign w:val="center"/>
          </w:tcPr>
          <w:p>
            <w:r>
              <w:rPr>
                <w:rFonts w:ascii="Arial" w:hAnsi="Arial" w:eastAsia="Arial"/>
                <w:sz w:val="20"/>
              </w:rPr>
              <w:t>9</w:t>
            </w:r>
          </w:p>
        </w:tc>
        <w:tc>
          <w:tcPr>
            <w:tcW w:type="dxa" w:w="7937"/>
            <w:vAlign w:val="center"/>
          </w:tcPr>
          <w:p>
            <w:r>
              <w:rPr>
                <w:rFonts w:ascii="Arial" w:hAnsi="Arial" w:eastAsia="Arial"/>
                <w:sz w:val="20"/>
              </w:rPr>
              <w:t>4008 mm</w:t>
            </w:r>
          </w:p>
        </w:tc>
      </w:tr>
      <w:tr>
        <w:trPr>
          <w:cantSplit/>
        </w:trPr>
        <w:tc>
          <w:tcPr>
            <w:tcW w:type="dxa" w:w="1247"/>
            <w:vAlign w:val="center"/>
          </w:tcPr>
          <w:p>
            <w:r>
              <w:rPr>
                <w:rFonts w:ascii="Arial" w:hAnsi="Arial" w:eastAsia="Arial"/>
                <w:sz w:val="20"/>
              </w:rPr>
              <w:t>10</w:t>
            </w:r>
          </w:p>
        </w:tc>
        <w:tc>
          <w:tcPr>
            <w:tcW w:type="dxa" w:w="7937"/>
            <w:vAlign w:val="center"/>
          </w:tcPr>
          <w:p>
            <w:r>
              <w:rPr>
                <w:rFonts w:ascii="Arial" w:hAnsi="Arial" w:eastAsia="Arial"/>
                <w:sz w:val="20"/>
              </w:rPr>
              <w:t>3,65 m</w:t>
            </w:r>
          </w:p>
        </w:tc>
      </w:tr>
      <w:tr>
        <w:trPr>
          <w:cantSplit/>
        </w:trPr>
        <w:tc>
          <w:tcPr>
            <w:tcW w:type="dxa" w:w="1247"/>
            <w:vAlign w:val="center"/>
          </w:tcPr>
          <w:p>
            <w:r>
              <w:rPr>
                <w:rFonts w:ascii="Arial" w:hAnsi="Arial" w:eastAsia="Arial"/>
                <w:sz w:val="20"/>
              </w:rPr>
              <w:t>11</w:t>
            </w:r>
          </w:p>
        </w:tc>
        <w:tc>
          <w:tcPr>
            <w:tcW w:type="dxa" w:w="7937"/>
            <w:vAlign w:val="center"/>
          </w:tcPr>
          <w:p>
            <w:r>
              <w:rPr>
                <w:rFonts w:ascii="Arial" w:hAnsi="Arial" w:eastAsia="Arial"/>
                <w:sz w:val="20"/>
              </w:rPr>
              <w:t>240 m</w:t>
            </w:r>
          </w:p>
        </w:tc>
      </w:tr>
      <w:tr>
        <w:trPr>
          <w:cantSplit/>
        </w:trPr>
        <w:tc>
          <w:tcPr>
            <w:tcW w:type="dxa" w:w="1247"/>
            <w:vAlign w:val="center"/>
          </w:tcPr>
          <w:p>
            <w:r>
              <w:rPr>
                <w:rFonts w:ascii="Arial" w:hAnsi="Arial" w:eastAsia="Arial"/>
                <w:sz w:val="20"/>
              </w:rPr>
              <w:t>12</w:t>
            </w:r>
          </w:p>
        </w:tc>
        <w:tc>
          <w:tcPr>
            <w:tcW w:type="dxa" w:w="7937"/>
            <w:vAlign w:val="center"/>
          </w:tcPr>
          <w:p>
            <w:r>
              <w:rPr>
                <w:rFonts w:ascii="Arial" w:hAnsi="Arial" w:eastAsia="Arial"/>
                <w:sz w:val="20"/>
              </w:rPr>
              <w:t>630 m</w:t>
            </w:r>
          </w:p>
        </w:tc>
      </w:tr>
      <w:tr>
        <w:trPr>
          <w:cantSplit/>
        </w:trPr>
        <w:tc>
          <w:tcPr>
            <w:tcW w:type="dxa" w:w="1247"/>
            <w:vAlign w:val="center"/>
          </w:tcPr>
          <w:p>
            <w:r>
              <w:rPr>
                <w:rFonts w:ascii="Arial" w:hAnsi="Arial" w:eastAsia="Arial"/>
                <w:sz w:val="20"/>
              </w:rPr>
              <w:t>13</w:t>
            </w:r>
          </w:p>
        </w:tc>
        <w:tc>
          <w:tcPr>
            <w:tcW w:type="dxa" w:w="7937"/>
            <w:vAlign w:val="center"/>
          </w:tcPr>
          <w:p>
            <w:r>
              <w:rPr>
                <w:rFonts w:ascii="Arial" w:hAnsi="Arial" w:eastAsia="Arial"/>
                <w:sz w:val="20"/>
              </w:rPr>
              <w:t>1250 mm</w:t>
            </w:r>
          </w:p>
        </w:tc>
      </w:tr>
      <w:tr>
        <w:trPr>
          <w:cantSplit/>
        </w:trPr>
        <w:tc>
          <w:tcPr>
            <w:tcW w:type="dxa" w:w="1247"/>
            <w:vAlign w:val="center"/>
          </w:tcPr>
          <w:p>
            <w:r>
              <w:rPr>
                <w:rFonts w:ascii="Arial" w:hAnsi="Arial" w:eastAsia="Arial"/>
                <w:sz w:val="20"/>
              </w:rPr>
              <w:t>14</w:t>
            </w:r>
          </w:p>
        </w:tc>
        <w:tc>
          <w:tcPr>
            <w:tcW w:type="dxa" w:w="7937"/>
            <w:vAlign w:val="center"/>
          </w:tcPr>
          <w:p>
            <w:r>
              <w:rPr>
                <w:rFonts w:ascii="Arial" w:hAnsi="Arial" w:eastAsia="Arial"/>
                <w:sz w:val="20"/>
              </w:rPr>
              <w:t>5075 m</w:t>
            </w:r>
          </w:p>
        </w:tc>
      </w:tr>
      <w:tr>
        <w:trPr>
          <w:cantSplit/>
        </w:trPr>
        <w:tc>
          <w:tcPr>
            <w:tcW w:type="dxa" w:w="1247"/>
            <w:vAlign w:val="center"/>
          </w:tcPr>
          <w:p>
            <w:r>
              <w:rPr>
                <w:rFonts w:ascii="Arial" w:hAnsi="Arial" w:eastAsia="Arial"/>
                <w:sz w:val="20"/>
              </w:rPr>
              <w:t>15</w:t>
            </w:r>
          </w:p>
        </w:tc>
        <w:tc>
          <w:tcPr>
            <w:tcW w:type="dxa" w:w="7937"/>
            <w:vAlign w:val="center"/>
          </w:tcPr>
          <w:p>
            <w:r>
              <w:rPr>
                <w:rFonts w:ascii="Arial" w:hAnsi="Arial" w:eastAsia="Arial"/>
                <w:sz w:val="20"/>
              </w:rPr>
              <w:t>9 km 45 m</w:t>
            </w:r>
          </w:p>
        </w:tc>
      </w:tr>
      <w:tr>
        <w:trPr>
          <w:cantSplit/>
        </w:trPr>
        <w:tc>
          <w:tcPr>
            <w:tcW w:type="dxa" w:w="1247"/>
            <w:vAlign w:val="center"/>
          </w:tcPr>
          <w:p>
            <w:r>
              <w:rPr>
                <w:rFonts w:ascii="Arial" w:hAnsi="Arial" w:eastAsia="Arial"/>
                <w:sz w:val="20"/>
              </w:rPr>
              <w:t>16</w:t>
            </w:r>
          </w:p>
        </w:tc>
        <w:tc>
          <w:tcPr>
            <w:tcW w:type="dxa" w:w="7937"/>
            <w:vAlign w:val="center"/>
          </w:tcPr>
          <w:p>
            <w:r>
              <w:rPr>
                <w:rFonts w:ascii="Arial" w:hAnsi="Arial" w:eastAsia="Arial"/>
                <w:sz w:val="20"/>
              </w:rPr>
              <w:t>2500 kg</w:t>
            </w:r>
          </w:p>
        </w:tc>
      </w:tr>
      <w:tr>
        <w:trPr>
          <w:cantSplit/>
        </w:trPr>
        <w:tc>
          <w:tcPr>
            <w:tcW w:type="dxa" w:w="1247"/>
            <w:vAlign w:val="center"/>
          </w:tcPr>
          <w:p>
            <w:r>
              <w:rPr>
                <w:rFonts w:ascii="Arial" w:hAnsi="Arial" w:eastAsia="Arial"/>
                <w:sz w:val="20"/>
              </w:rPr>
              <w:t>17</w:t>
            </w:r>
          </w:p>
        </w:tc>
        <w:tc>
          <w:tcPr>
            <w:tcW w:type="dxa" w:w="7937"/>
            <w:vAlign w:val="center"/>
          </w:tcPr>
          <w:p>
            <w:r>
              <w:rPr>
                <w:rFonts w:ascii="Arial" w:hAnsi="Arial" w:eastAsia="Arial"/>
                <w:sz w:val="20"/>
              </w:rPr>
              <w:t>360 kg</w:t>
            </w:r>
          </w:p>
        </w:tc>
      </w:tr>
      <w:tr>
        <w:trPr>
          <w:cantSplit/>
        </w:trPr>
        <w:tc>
          <w:tcPr>
            <w:tcW w:type="dxa" w:w="1247"/>
            <w:vAlign w:val="center"/>
          </w:tcPr>
          <w:p>
            <w:r>
              <w:rPr>
                <w:rFonts w:ascii="Arial" w:hAnsi="Arial" w:eastAsia="Arial"/>
                <w:sz w:val="20"/>
              </w:rPr>
              <w:t>18</w:t>
            </w:r>
          </w:p>
        </w:tc>
        <w:tc>
          <w:tcPr>
            <w:tcW w:type="dxa" w:w="7937"/>
            <w:vAlign w:val="center"/>
          </w:tcPr>
          <w:p>
            <w:r>
              <w:rPr>
                <w:rFonts w:ascii="Arial" w:hAnsi="Arial" w:eastAsia="Arial"/>
                <w:sz w:val="20"/>
              </w:rPr>
              <w:t>45 kg</w:t>
            </w:r>
          </w:p>
        </w:tc>
      </w:tr>
      <w:tr>
        <w:trPr>
          <w:cantSplit/>
        </w:trPr>
        <w:tc>
          <w:tcPr>
            <w:tcW w:type="dxa" w:w="1247"/>
            <w:vAlign w:val="center"/>
          </w:tcPr>
          <w:p>
            <w:r>
              <w:rPr>
                <w:rFonts w:ascii="Arial" w:hAnsi="Arial" w:eastAsia="Arial"/>
                <w:sz w:val="20"/>
              </w:rPr>
              <w:t>19</w:t>
            </w:r>
          </w:p>
        </w:tc>
        <w:tc>
          <w:tcPr>
            <w:tcW w:type="dxa" w:w="7937"/>
            <w:vAlign w:val="center"/>
          </w:tcPr>
          <w:p>
            <w:r>
              <w:rPr>
                <w:rFonts w:ascii="Arial" w:hAnsi="Arial" w:eastAsia="Arial"/>
                <w:sz w:val="20"/>
              </w:rPr>
              <w:t>750 g</w:t>
            </w:r>
          </w:p>
        </w:tc>
      </w:tr>
      <w:tr>
        <w:trPr>
          <w:cantSplit/>
        </w:trPr>
        <w:tc>
          <w:tcPr>
            <w:tcW w:type="dxa" w:w="1247"/>
            <w:vAlign w:val="center"/>
          </w:tcPr>
          <w:p>
            <w:r>
              <w:rPr>
                <w:rFonts w:ascii="Arial" w:hAnsi="Arial" w:eastAsia="Arial"/>
                <w:sz w:val="20"/>
              </w:rPr>
              <w:t>20</w:t>
            </w:r>
          </w:p>
        </w:tc>
        <w:tc>
          <w:tcPr>
            <w:tcW w:type="dxa" w:w="7937"/>
            <w:vAlign w:val="center"/>
          </w:tcPr>
          <w:p>
            <w:r>
              <w:rPr>
                <w:rFonts w:ascii="Arial" w:hAnsi="Arial" w:eastAsia="Arial"/>
                <w:sz w:val="20"/>
              </w:rPr>
              <w:t>6,25 kg</w:t>
            </w:r>
          </w:p>
        </w:tc>
      </w:tr>
      <w:tr>
        <w:trPr>
          <w:cantSplit/>
        </w:trPr>
        <w:tc>
          <w:tcPr>
            <w:tcW w:type="dxa" w:w="1247"/>
            <w:vAlign w:val="center"/>
          </w:tcPr>
          <w:p>
            <w:r>
              <w:rPr>
                <w:rFonts w:ascii="Arial" w:hAnsi="Arial" w:eastAsia="Arial"/>
                <w:sz w:val="20"/>
              </w:rPr>
              <w:t>21</w:t>
            </w:r>
          </w:p>
        </w:tc>
        <w:tc>
          <w:tcPr>
            <w:tcW w:type="dxa" w:w="7937"/>
            <w:vAlign w:val="center"/>
          </w:tcPr>
          <w:p>
            <w:r>
              <w:rPr>
                <w:rFonts w:ascii="Arial" w:hAnsi="Arial" w:eastAsia="Arial"/>
                <w:sz w:val="20"/>
              </w:rPr>
              <w:t>12 tạ</w:t>
            </w:r>
          </w:p>
        </w:tc>
      </w:tr>
      <w:tr>
        <w:trPr>
          <w:cantSplit/>
        </w:trPr>
        <w:tc>
          <w:tcPr>
            <w:tcW w:type="dxa" w:w="1247"/>
            <w:vAlign w:val="center"/>
          </w:tcPr>
          <w:p>
            <w:r>
              <w:rPr>
                <w:rFonts w:ascii="Arial" w:hAnsi="Arial" w:eastAsia="Arial"/>
                <w:sz w:val="20"/>
              </w:rPr>
              <w:t>22</w:t>
            </w:r>
          </w:p>
        </w:tc>
        <w:tc>
          <w:tcPr>
            <w:tcW w:type="dxa" w:w="7937"/>
            <w:vAlign w:val="center"/>
          </w:tcPr>
          <w:p>
            <w:r>
              <w:rPr>
                <w:rFonts w:ascii="Arial" w:hAnsi="Arial" w:eastAsia="Arial"/>
                <w:sz w:val="20"/>
              </w:rPr>
              <w:t>3450 g</w:t>
            </w:r>
          </w:p>
        </w:tc>
      </w:tr>
      <w:tr>
        <w:trPr>
          <w:cantSplit/>
        </w:trPr>
        <w:tc>
          <w:tcPr>
            <w:tcW w:type="dxa" w:w="1247"/>
            <w:vAlign w:val="center"/>
          </w:tcPr>
          <w:p>
            <w:r>
              <w:rPr>
                <w:rFonts w:ascii="Arial" w:hAnsi="Arial" w:eastAsia="Arial"/>
                <w:sz w:val="20"/>
              </w:rPr>
              <w:t>23</w:t>
            </w:r>
          </w:p>
        </w:tc>
        <w:tc>
          <w:tcPr>
            <w:tcW w:type="dxa" w:w="7937"/>
            <w:vAlign w:val="center"/>
          </w:tcPr>
          <w:p>
            <w:r>
              <w:rPr>
                <w:rFonts w:ascii="Arial" w:hAnsi="Arial" w:eastAsia="Arial"/>
                <w:sz w:val="20"/>
              </w:rPr>
              <w:t>208 kg</w:t>
            </w:r>
          </w:p>
        </w:tc>
      </w:tr>
      <w:tr>
        <w:trPr>
          <w:cantSplit/>
        </w:trPr>
        <w:tc>
          <w:tcPr>
            <w:tcW w:type="dxa" w:w="1247"/>
            <w:vAlign w:val="center"/>
          </w:tcPr>
          <w:p>
            <w:r>
              <w:rPr>
                <w:rFonts w:ascii="Arial" w:hAnsi="Arial" w:eastAsia="Arial"/>
                <w:sz w:val="20"/>
              </w:rPr>
              <w:t>24</w:t>
            </w:r>
          </w:p>
        </w:tc>
        <w:tc>
          <w:tcPr>
            <w:tcW w:type="dxa" w:w="7937"/>
            <w:vAlign w:val="center"/>
          </w:tcPr>
          <w:p>
            <w:r>
              <w:rPr>
                <w:rFonts w:ascii="Arial" w:hAnsi="Arial" w:eastAsia="Arial"/>
                <w:sz w:val="20"/>
              </w:rPr>
              <w:t>4,5 tấn</w:t>
            </w:r>
          </w:p>
        </w:tc>
      </w:tr>
      <w:tr>
        <w:trPr>
          <w:cantSplit/>
        </w:trPr>
        <w:tc>
          <w:tcPr>
            <w:tcW w:type="dxa" w:w="1247"/>
            <w:vAlign w:val="center"/>
          </w:tcPr>
          <w:p>
            <w:r>
              <w:rPr>
                <w:rFonts w:ascii="Arial" w:hAnsi="Arial" w:eastAsia="Arial"/>
                <w:sz w:val="20"/>
              </w:rPr>
              <w:t>25</w:t>
            </w:r>
          </w:p>
        </w:tc>
        <w:tc>
          <w:tcPr>
            <w:tcW w:type="dxa" w:w="7937"/>
            <w:vAlign w:val="center"/>
          </w:tcPr>
          <w:p>
            <w:r>
              <w:rPr>
                <w:rFonts w:ascii="Arial" w:hAnsi="Arial" w:eastAsia="Arial"/>
                <w:sz w:val="20"/>
              </w:rPr>
              <w:t>0,75 tạ</w:t>
            </w:r>
          </w:p>
        </w:tc>
      </w:tr>
      <w:tr>
        <w:trPr>
          <w:cantSplit/>
        </w:trPr>
        <w:tc>
          <w:tcPr>
            <w:tcW w:type="dxa" w:w="1247"/>
            <w:vAlign w:val="center"/>
          </w:tcPr>
          <w:p>
            <w:r>
              <w:rPr>
                <w:rFonts w:ascii="Arial" w:hAnsi="Arial" w:eastAsia="Arial"/>
                <w:sz w:val="20"/>
              </w:rPr>
              <w:t>26</w:t>
            </w:r>
          </w:p>
        </w:tc>
        <w:tc>
          <w:tcPr>
            <w:tcW w:type="dxa" w:w="7937"/>
            <w:vAlign w:val="center"/>
          </w:tcPr>
          <w:p>
            <w:r>
              <w:rPr>
                <w:rFonts w:ascii="Arial" w:hAnsi="Arial" w:eastAsia="Arial"/>
                <w:sz w:val="20"/>
              </w:rPr>
              <w:t>4 kg</w:t>
            </w:r>
          </w:p>
        </w:tc>
      </w:tr>
      <w:tr>
        <w:trPr>
          <w:cantSplit/>
        </w:trPr>
        <w:tc>
          <w:tcPr>
            <w:tcW w:type="dxa" w:w="1247"/>
            <w:vAlign w:val="center"/>
          </w:tcPr>
          <w:p>
            <w:r>
              <w:rPr>
                <w:rFonts w:ascii="Arial" w:hAnsi="Arial" w:eastAsia="Arial"/>
                <w:sz w:val="20"/>
              </w:rPr>
              <w:t>27</w:t>
            </w:r>
          </w:p>
        </w:tc>
        <w:tc>
          <w:tcPr>
            <w:tcW w:type="dxa" w:w="7937"/>
            <w:vAlign w:val="center"/>
          </w:tcPr>
          <w:p>
            <w:r>
              <w:rPr>
                <w:rFonts w:ascii="Arial" w:hAnsi="Arial" w:eastAsia="Arial"/>
                <w:sz w:val="20"/>
              </w:rPr>
              <w:t>5080 kg</w:t>
            </w:r>
          </w:p>
        </w:tc>
      </w:tr>
      <w:tr>
        <w:trPr>
          <w:cantSplit/>
        </w:trPr>
        <w:tc>
          <w:tcPr>
            <w:tcW w:type="dxa" w:w="1247"/>
            <w:vAlign w:val="center"/>
          </w:tcPr>
          <w:p>
            <w:r>
              <w:rPr>
                <w:rFonts w:ascii="Arial" w:hAnsi="Arial" w:eastAsia="Arial"/>
                <w:sz w:val="20"/>
              </w:rPr>
              <w:t>28</w:t>
            </w:r>
          </w:p>
        </w:tc>
        <w:tc>
          <w:tcPr>
            <w:tcW w:type="dxa" w:w="7937"/>
            <w:vAlign w:val="center"/>
          </w:tcPr>
          <w:p>
            <w:r>
              <w:rPr>
                <w:rFonts w:ascii="Arial" w:hAnsi="Arial" w:eastAsia="Arial"/>
                <w:sz w:val="20"/>
              </w:rPr>
              <w:t>2 kg 350 g</w:t>
            </w:r>
          </w:p>
        </w:tc>
      </w:tr>
      <w:tr>
        <w:trPr>
          <w:cantSplit/>
        </w:trPr>
        <w:tc>
          <w:tcPr>
            <w:tcW w:type="dxa" w:w="1247"/>
            <w:vAlign w:val="center"/>
          </w:tcPr>
          <w:p>
            <w:r>
              <w:rPr>
                <w:rFonts w:ascii="Arial" w:hAnsi="Arial" w:eastAsia="Arial"/>
                <w:sz w:val="20"/>
              </w:rPr>
              <w:t>29</w:t>
            </w:r>
          </w:p>
        </w:tc>
        <w:tc>
          <w:tcPr>
            <w:tcW w:type="dxa" w:w="7937"/>
            <w:vAlign w:val="center"/>
          </w:tcPr>
          <w:p>
            <w:r>
              <w:rPr>
                <w:rFonts w:ascii="Arial" w:hAnsi="Arial" w:eastAsia="Arial"/>
                <w:sz w:val="20"/>
              </w:rPr>
              <w:t>750 yến</w:t>
            </w:r>
          </w:p>
        </w:tc>
      </w:tr>
      <w:tr>
        <w:trPr>
          <w:cantSplit/>
        </w:trPr>
        <w:tc>
          <w:tcPr>
            <w:tcW w:type="dxa" w:w="1247"/>
            <w:vAlign w:val="center"/>
          </w:tcPr>
          <w:p>
            <w:r>
              <w:rPr>
                <w:rFonts w:ascii="Arial" w:hAnsi="Arial" w:eastAsia="Arial"/>
                <w:sz w:val="20"/>
              </w:rPr>
              <w:t>30</w:t>
            </w:r>
          </w:p>
        </w:tc>
        <w:tc>
          <w:tcPr>
            <w:tcW w:type="dxa" w:w="7937"/>
            <w:vAlign w:val="center"/>
          </w:tcPr>
          <w:p>
            <w:r>
              <w:rPr>
                <w:rFonts w:ascii="Arial" w:hAnsi="Arial" w:eastAsia="Arial"/>
                <w:sz w:val="20"/>
              </w:rPr>
              <w:t>9,6 tạ</w:t>
            </w:r>
          </w:p>
        </w:tc>
      </w:tr>
      <w:tr>
        <w:trPr>
          <w:cantSplit/>
        </w:trPr>
        <w:tc>
          <w:tcPr>
            <w:tcW w:type="dxa" w:w="1247"/>
            <w:vAlign w:val="center"/>
          </w:tcPr>
          <w:p>
            <w:r>
              <w:rPr>
                <w:rFonts w:ascii="Arial" w:hAnsi="Arial" w:eastAsia="Arial"/>
                <w:sz w:val="20"/>
              </w:rPr>
              <w:t>31</w:t>
            </w:r>
          </w:p>
        </w:tc>
        <w:tc>
          <w:tcPr>
            <w:tcW w:type="dxa" w:w="7937"/>
            <w:vAlign w:val="center"/>
          </w:tcPr>
          <w:p>
            <w:r>
              <w:rPr>
                <w:rFonts w:ascii="Arial" w:hAnsi="Arial" w:eastAsia="Arial"/>
                <w:sz w:val="20"/>
              </w:rPr>
              <w:t>300 dm²</w:t>
            </w:r>
          </w:p>
        </w:tc>
      </w:tr>
      <w:tr>
        <w:trPr>
          <w:cantSplit/>
        </w:trPr>
        <w:tc>
          <w:tcPr>
            <w:tcW w:type="dxa" w:w="1247"/>
            <w:vAlign w:val="center"/>
          </w:tcPr>
          <w:p>
            <w:r>
              <w:rPr>
                <w:rFonts w:ascii="Arial" w:hAnsi="Arial" w:eastAsia="Arial"/>
                <w:sz w:val="20"/>
              </w:rPr>
              <w:t>32</w:t>
            </w:r>
          </w:p>
        </w:tc>
        <w:tc>
          <w:tcPr>
            <w:tcW w:type="dxa" w:w="7937"/>
            <w:vAlign w:val="center"/>
          </w:tcPr>
          <w:p>
            <w:r>
              <w:rPr>
                <w:rFonts w:ascii="Arial" w:hAnsi="Arial" w:eastAsia="Arial"/>
                <w:sz w:val="20"/>
              </w:rPr>
              <w:t>450 dm²</w:t>
            </w:r>
          </w:p>
        </w:tc>
      </w:tr>
      <w:tr>
        <w:trPr>
          <w:cantSplit/>
        </w:trPr>
        <w:tc>
          <w:tcPr>
            <w:tcW w:type="dxa" w:w="1247"/>
            <w:vAlign w:val="center"/>
          </w:tcPr>
          <w:p>
            <w:r>
              <w:rPr>
                <w:rFonts w:ascii="Arial" w:hAnsi="Arial" w:eastAsia="Arial"/>
                <w:sz w:val="20"/>
              </w:rPr>
              <w:t>33</w:t>
            </w:r>
          </w:p>
        </w:tc>
        <w:tc>
          <w:tcPr>
            <w:tcW w:type="dxa" w:w="7937"/>
            <w:vAlign w:val="center"/>
          </w:tcPr>
          <w:p>
            <w:r>
              <w:rPr>
                <w:rFonts w:ascii="Arial" w:hAnsi="Arial" w:eastAsia="Arial"/>
                <w:sz w:val="20"/>
              </w:rPr>
              <w:t>7,5 m²</w:t>
            </w:r>
          </w:p>
        </w:tc>
      </w:tr>
      <w:tr>
        <w:trPr>
          <w:cantSplit/>
        </w:trPr>
        <w:tc>
          <w:tcPr>
            <w:tcW w:type="dxa" w:w="1247"/>
            <w:vAlign w:val="center"/>
          </w:tcPr>
          <w:p>
            <w:r>
              <w:rPr>
                <w:rFonts w:ascii="Arial" w:hAnsi="Arial" w:eastAsia="Arial"/>
                <w:sz w:val="20"/>
              </w:rPr>
              <w:t>34</w:t>
            </w:r>
          </w:p>
        </w:tc>
        <w:tc>
          <w:tcPr>
            <w:tcW w:type="dxa" w:w="7937"/>
            <w:vAlign w:val="center"/>
          </w:tcPr>
          <w:p>
            <w:r>
              <w:rPr>
                <w:rFonts w:ascii="Arial" w:hAnsi="Arial" w:eastAsia="Arial"/>
                <w:sz w:val="20"/>
              </w:rPr>
              <w:t>20 000 m²</w:t>
            </w:r>
          </w:p>
        </w:tc>
      </w:tr>
      <w:tr>
        <w:trPr>
          <w:cantSplit/>
        </w:trPr>
        <w:tc>
          <w:tcPr>
            <w:tcW w:type="dxa" w:w="1247"/>
            <w:vAlign w:val="center"/>
          </w:tcPr>
          <w:p>
            <w:r>
              <w:rPr>
                <w:rFonts w:ascii="Arial" w:hAnsi="Arial" w:eastAsia="Arial"/>
                <w:sz w:val="20"/>
              </w:rPr>
              <w:t>35</w:t>
            </w:r>
          </w:p>
        </w:tc>
        <w:tc>
          <w:tcPr>
            <w:tcW w:type="dxa" w:w="7937"/>
            <w:vAlign w:val="center"/>
          </w:tcPr>
          <w:p>
            <w:r>
              <w:rPr>
                <w:rFonts w:ascii="Arial" w:hAnsi="Arial" w:eastAsia="Arial"/>
                <w:sz w:val="20"/>
              </w:rPr>
              <w:t>32 500 m²</w:t>
            </w:r>
          </w:p>
        </w:tc>
      </w:tr>
      <w:tr>
        <w:trPr>
          <w:cantSplit/>
        </w:trPr>
        <w:tc>
          <w:tcPr>
            <w:tcW w:type="dxa" w:w="1247"/>
            <w:vAlign w:val="center"/>
          </w:tcPr>
          <w:p>
            <w:r>
              <w:rPr>
                <w:rFonts w:ascii="Arial" w:hAnsi="Arial" w:eastAsia="Arial"/>
                <w:sz w:val="20"/>
              </w:rPr>
              <w:t>36</w:t>
            </w:r>
          </w:p>
        </w:tc>
        <w:tc>
          <w:tcPr>
            <w:tcW w:type="dxa" w:w="7937"/>
            <w:vAlign w:val="center"/>
          </w:tcPr>
          <w:p>
            <w:r>
              <w:rPr>
                <w:rFonts w:ascii="Arial" w:hAnsi="Arial" w:eastAsia="Arial"/>
                <w:sz w:val="20"/>
              </w:rPr>
              <w:t>120 ha</w:t>
            </w:r>
          </w:p>
        </w:tc>
      </w:tr>
      <w:tr>
        <w:trPr>
          <w:cantSplit/>
        </w:trPr>
        <w:tc>
          <w:tcPr>
            <w:tcW w:type="dxa" w:w="1247"/>
            <w:vAlign w:val="center"/>
          </w:tcPr>
          <w:p>
            <w:r>
              <w:rPr>
                <w:rFonts w:ascii="Arial" w:hAnsi="Arial" w:eastAsia="Arial"/>
                <w:sz w:val="20"/>
              </w:rPr>
              <w:t>37</w:t>
            </w:r>
          </w:p>
        </w:tc>
        <w:tc>
          <w:tcPr>
            <w:tcW w:type="dxa" w:w="7937"/>
            <w:vAlign w:val="center"/>
          </w:tcPr>
          <w:p>
            <w:r>
              <w:rPr>
                <w:rFonts w:ascii="Arial" w:hAnsi="Arial" w:eastAsia="Arial"/>
                <w:sz w:val="20"/>
              </w:rPr>
              <w:t>0,65 ha</w:t>
            </w:r>
          </w:p>
        </w:tc>
      </w:tr>
      <w:tr>
        <w:trPr>
          <w:cantSplit/>
        </w:trPr>
        <w:tc>
          <w:tcPr>
            <w:tcW w:type="dxa" w:w="1247"/>
            <w:vAlign w:val="center"/>
          </w:tcPr>
          <w:p>
            <w:r>
              <w:rPr>
                <w:rFonts w:ascii="Arial" w:hAnsi="Arial" w:eastAsia="Arial"/>
                <w:sz w:val="20"/>
              </w:rPr>
              <w:t>38</w:t>
            </w:r>
          </w:p>
        </w:tc>
        <w:tc>
          <w:tcPr>
            <w:tcW w:type="dxa" w:w="7937"/>
            <w:vAlign w:val="center"/>
          </w:tcPr>
          <w:p>
            <w:r>
              <w:rPr>
                <w:rFonts w:ascii="Arial" w:hAnsi="Arial" w:eastAsia="Arial"/>
                <w:sz w:val="20"/>
              </w:rPr>
              <w:t>4500 cm²</w:t>
            </w:r>
          </w:p>
        </w:tc>
      </w:tr>
      <w:tr>
        <w:trPr>
          <w:cantSplit/>
        </w:trPr>
        <w:tc>
          <w:tcPr>
            <w:tcW w:type="dxa" w:w="1247"/>
            <w:vAlign w:val="center"/>
          </w:tcPr>
          <w:p>
            <w:r>
              <w:rPr>
                <w:rFonts w:ascii="Arial" w:hAnsi="Arial" w:eastAsia="Arial"/>
                <w:sz w:val="20"/>
              </w:rPr>
              <w:t>39</w:t>
            </w:r>
          </w:p>
        </w:tc>
        <w:tc>
          <w:tcPr>
            <w:tcW w:type="dxa" w:w="7937"/>
            <w:vAlign w:val="center"/>
          </w:tcPr>
          <w:p>
            <w:r>
              <w:rPr>
                <w:rFonts w:ascii="Arial" w:hAnsi="Arial" w:eastAsia="Arial"/>
                <w:sz w:val="20"/>
              </w:rPr>
              <w:t>80 dm²</w:t>
            </w:r>
          </w:p>
        </w:tc>
      </w:tr>
      <w:tr>
        <w:trPr>
          <w:cantSplit/>
        </w:trPr>
        <w:tc>
          <w:tcPr>
            <w:tcW w:type="dxa" w:w="1247"/>
            <w:vAlign w:val="center"/>
          </w:tcPr>
          <w:p>
            <w:r>
              <w:rPr>
                <w:rFonts w:ascii="Arial" w:hAnsi="Arial" w:eastAsia="Arial"/>
                <w:sz w:val="20"/>
              </w:rPr>
              <w:t>40</w:t>
            </w:r>
          </w:p>
        </w:tc>
        <w:tc>
          <w:tcPr>
            <w:tcW w:type="dxa" w:w="7937"/>
            <w:vAlign w:val="center"/>
          </w:tcPr>
          <w:p>
            <w:r>
              <w:rPr>
                <w:rFonts w:ascii="Arial" w:hAnsi="Arial" w:eastAsia="Arial"/>
                <w:sz w:val="20"/>
              </w:rPr>
              <w:t>235 dm²</w:t>
            </w:r>
          </w:p>
        </w:tc>
      </w:tr>
      <w:tr>
        <w:trPr>
          <w:cantSplit/>
        </w:trPr>
        <w:tc>
          <w:tcPr>
            <w:tcW w:type="dxa" w:w="1247"/>
            <w:vAlign w:val="center"/>
          </w:tcPr>
          <w:p>
            <w:r>
              <w:rPr>
                <w:rFonts w:ascii="Arial" w:hAnsi="Arial" w:eastAsia="Arial"/>
                <w:sz w:val="20"/>
              </w:rPr>
              <w:t>41</w:t>
            </w:r>
          </w:p>
        </w:tc>
        <w:tc>
          <w:tcPr>
            <w:tcW w:type="dxa" w:w="7937"/>
            <w:vAlign w:val="center"/>
          </w:tcPr>
          <w:p>
            <w:r>
              <w:rPr>
                <w:rFonts w:ascii="Arial" w:hAnsi="Arial" w:eastAsia="Arial"/>
                <w:sz w:val="20"/>
              </w:rPr>
              <w:t>42 500 m²</w:t>
            </w:r>
          </w:p>
        </w:tc>
      </w:tr>
      <w:tr>
        <w:trPr>
          <w:cantSplit/>
        </w:trPr>
        <w:tc>
          <w:tcPr>
            <w:tcW w:type="dxa" w:w="1247"/>
            <w:vAlign w:val="center"/>
          </w:tcPr>
          <w:p>
            <w:r>
              <w:rPr>
                <w:rFonts w:ascii="Arial" w:hAnsi="Arial" w:eastAsia="Arial"/>
                <w:sz w:val="20"/>
              </w:rPr>
              <w:t>42</w:t>
            </w:r>
          </w:p>
        </w:tc>
        <w:tc>
          <w:tcPr>
            <w:tcW w:type="dxa" w:w="7937"/>
            <w:vAlign w:val="center"/>
          </w:tcPr>
          <w:p>
            <w:r>
              <w:rPr>
                <w:rFonts w:ascii="Arial" w:hAnsi="Arial" w:eastAsia="Arial"/>
                <w:sz w:val="20"/>
              </w:rPr>
              <w:t>135 ha</w:t>
            </w:r>
          </w:p>
        </w:tc>
      </w:tr>
      <w:tr>
        <w:trPr>
          <w:cantSplit/>
        </w:trPr>
        <w:tc>
          <w:tcPr>
            <w:tcW w:type="dxa" w:w="1247"/>
            <w:vAlign w:val="center"/>
          </w:tcPr>
          <w:p>
            <w:r>
              <w:rPr>
                <w:rFonts w:ascii="Arial" w:hAnsi="Arial" w:eastAsia="Arial"/>
                <w:sz w:val="20"/>
              </w:rPr>
              <w:t>43</w:t>
            </w:r>
          </w:p>
        </w:tc>
        <w:tc>
          <w:tcPr>
            <w:tcW w:type="dxa" w:w="7937"/>
            <w:vAlign w:val="center"/>
          </w:tcPr>
          <w:p>
            <w:r>
              <w:rPr>
                <w:rFonts w:ascii="Arial" w:hAnsi="Arial" w:eastAsia="Arial"/>
                <w:sz w:val="20"/>
              </w:rPr>
              <w:t>506 dm²</w:t>
            </w:r>
          </w:p>
        </w:tc>
      </w:tr>
      <w:tr>
        <w:trPr>
          <w:cantSplit/>
        </w:trPr>
        <w:tc>
          <w:tcPr>
            <w:tcW w:type="dxa" w:w="1247"/>
            <w:vAlign w:val="center"/>
          </w:tcPr>
          <w:p>
            <w:r>
              <w:rPr>
                <w:rFonts w:ascii="Arial" w:hAnsi="Arial" w:eastAsia="Arial"/>
                <w:sz w:val="20"/>
              </w:rPr>
              <w:t>44</w:t>
            </w:r>
          </w:p>
        </w:tc>
        <w:tc>
          <w:tcPr>
            <w:tcW w:type="dxa" w:w="7937"/>
            <w:vAlign w:val="center"/>
          </w:tcPr>
          <w:p>
            <w:r>
              <w:rPr>
                <w:rFonts w:ascii="Arial" w:hAnsi="Arial" w:eastAsia="Arial"/>
                <w:sz w:val="20"/>
              </w:rPr>
              <w:t>7 ha</w:t>
            </w:r>
          </w:p>
        </w:tc>
      </w:tr>
      <w:tr>
        <w:trPr>
          <w:cantSplit/>
        </w:trPr>
        <w:tc>
          <w:tcPr>
            <w:tcW w:type="dxa" w:w="1247"/>
            <w:vAlign w:val="center"/>
          </w:tcPr>
          <w:p>
            <w:r>
              <w:rPr>
                <w:rFonts w:ascii="Arial" w:hAnsi="Arial" w:eastAsia="Arial"/>
                <w:sz w:val="20"/>
              </w:rPr>
              <w:t>45</w:t>
            </w:r>
          </w:p>
        </w:tc>
        <w:tc>
          <w:tcPr>
            <w:tcW w:type="dxa" w:w="7937"/>
            <w:vAlign w:val="center"/>
          </w:tcPr>
          <w:p>
            <w:r>
              <w:rPr>
                <w:rFonts w:ascii="Arial" w:hAnsi="Arial" w:eastAsia="Arial"/>
                <w:sz w:val="20"/>
              </w:rPr>
              <w:t>3,5 km²</w:t>
            </w:r>
          </w:p>
        </w:tc>
      </w:tr>
      <w:tr>
        <w:trPr>
          <w:cantSplit/>
        </w:trPr>
        <w:tc>
          <w:tcPr>
            <w:tcW w:type="dxa" w:w="1247"/>
            <w:vAlign w:val="center"/>
          </w:tcPr>
          <w:p>
            <w:r>
              <w:rPr>
                <w:rFonts w:ascii="Arial" w:hAnsi="Arial" w:eastAsia="Arial"/>
                <w:sz w:val="20"/>
              </w:rPr>
              <w:t>46</w:t>
            </w:r>
          </w:p>
        </w:tc>
        <w:tc>
          <w:tcPr>
            <w:tcW w:type="dxa" w:w="7937"/>
            <w:vAlign w:val="center"/>
          </w:tcPr>
          <w:p>
            <w:r>
              <w:rPr>
                <w:rFonts w:ascii="Arial" w:hAnsi="Arial" w:eastAsia="Arial"/>
                <w:sz w:val="20"/>
              </w:rPr>
              <w:t>900 m</w:t>
            </w:r>
          </w:p>
        </w:tc>
      </w:tr>
      <w:tr>
        <w:trPr>
          <w:cantSplit/>
        </w:trPr>
        <w:tc>
          <w:tcPr>
            <w:tcW w:type="dxa" w:w="1247"/>
            <w:vAlign w:val="center"/>
          </w:tcPr>
          <w:p>
            <w:r>
              <w:rPr>
                <w:rFonts w:ascii="Arial" w:hAnsi="Arial" w:eastAsia="Arial"/>
                <w:sz w:val="20"/>
              </w:rPr>
              <w:t>47</w:t>
            </w:r>
          </w:p>
        </w:tc>
        <w:tc>
          <w:tcPr>
            <w:tcW w:type="dxa" w:w="7937"/>
            <w:vAlign w:val="center"/>
          </w:tcPr>
          <w:p>
            <w:r>
              <w:rPr>
                <w:rFonts w:ascii="Arial" w:hAnsi="Arial" w:eastAsia="Arial"/>
                <w:sz w:val="20"/>
              </w:rPr>
              <w:t>2350 kg</w:t>
            </w:r>
          </w:p>
        </w:tc>
      </w:tr>
      <w:tr>
        <w:trPr>
          <w:cantSplit/>
        </w:trPr>
        <w:tc>
          <w:tcPr>
            <w:tcW w:type="dxa" w:w="1247"/>
            <w:vAlign w:val="center"/>
          </w:tcPr>
          <w:p>
            <w:r>
              <w:rPr>
                <w:rFonts w:ascii="Arial" w:hAnsi="Arial" w:eastAsia="Arial"/>
                <w:sz w:val="20"/>
              </w:rPr>
              <w:t>48</w:t>
            </w:r>
          </w:p>
        </w:tc>
        <w:tc>
          <w:tcPr>
            <w:tcW w:type="dxa" w:w="7937"/>
            <w:vAlign w:val="center"/>
          </w:tcPr>
          <w:p>
            <w:r>
              <w:rPr>
                <w:rFonts w:ascii="Arial" w:hAnsi="Arial" w:eastAsia="Arial"/>
                <w:sz w:val="20"/>
              </w:rPr>
              <w:t>9000 m²</w:t>
            </w:r>
          </w:p>
        </w:tc>
      </w:tr>
      <w:tr>
        <w:trPr>
          <w:cantSplit/>
        </w:trPr>
        <w:tc>
          <w:tcPr>
            <w:tcW w:type="dxa" w:w="1247"/>
            <w:vAlign w:val="center"/>
          </w:tcPr>
          <w:p>
            <w:r>
              <w:rPr>
                <w:rFonts w:ascii="Arial" w:hAnsi="Arial" w:eastAsia="Arial"/>
                <w:sz w:val="20"/>
              </w:rPr>
              <w:t>49</w:t>
            </w:r>
          </w:p>
        </w:tc>
        <w:tc>
          <w:tcPr>
            <w:tcW w:type="dxa" w:w="7937"/>
            <w:vAlign w:val="center"/>
          </w:tcPr>
          <w:p>
            <w:r>
              <w:rPr>
                <w:rFonts w:ascii="Arial" w:hAnsi="Arial" w:eastAsia="Arial"/>
                <w:sz w:val="20"/>
              </w:rPr>
              <w:t>3,5 m &gt; 345 cm</w:t>
            </w:r>
          </w:p>
        </w:tc>
      </w:tr>
      <w:tr>
        <w:trPr>
          <w:cantSplit/>
        </w:trPr>
        <w:tc>
          <w:tcPr>
            <w:tcW w:type="dxa" w:w="1247"/>
            <w:vAlign w:val="center"/>
          </w:tcPr>
          <w:p>
            <w:r>
              <w:rPr>
                <w:rFonts w:ascii="Arial" w:hAnsi="Arial" w:eastAsia="Arial"/>
                <w:sz w:val="20"/>
              </w:rPr>
              <w:t>50</w:t>
            </w:r>
          </w:p>
        </w:tc>
        <w:tc>
          <w:tcPr>
            <w:tcW w:type="dxa" w:w="7937"/>
            <w:vAlign w:val="center"/>
          </w:tcPr>
          <w:p>
            <w:r>
              <w:rPr>
                <w:rFonts w:ascii="Arial" w:hAnsi="Arial" w:eastAsia="Arial"/>
                <w:sz w:val="20"/>
              </w:rPr>
              <w:t>2,4 tạ &lt; 245 kg</w:t>
            </w:r>
          </w:p>
        </w:tc>
      </w:tr>
    </w:tbl>
    <w:sectPr w:rsidR="00FC693F" w:rsidRPr="0006063C" w:rsidSect="00034616">
      <w:pgSz w:w="12240" w:h="15840"/>
      <w:pgMar w:top="964"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