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50 BÀI TOÁN KHÓ LỚP 5 CÓ LỜI GIẢI CHI TIẾT</w:t>
      </w:r>
    </w:p>
    <w:p>
      <w:pPr>
        <w:jc w:val="center"/>
      </w:pPr>
      <w:r>
        <w:rPr>
          <w:i/>
        </w:rPr>
        <w:t>Tổng - hiệu, tỉ số, phần trăm, trung bình cộng, chuyển động, dãy số và hình học</w:t>
      </w:r>
    </w:p>
    <w:p>
      <w:pPr>
        <w:jc w:val="center"/>
      </w:pPr>
      <w:r>
        <w:t>ToanCap1.com - Toán tiểu học</w:t>
      </w:r>
    </w:p>
    <w:p>
      <w:r>
        <w:t>Tài liệu bám đúng 50 bài trên ToanCap1.com. Học sinh nên tự giải trước, sau đó mới đối chiếu lời giải để rèn cách chọn phương pháp.</w:t>
      </w:r>
    </w:p>
    <w:p>
      <w:pPr>
        <w:pStyle w:val="Heading1"/>
      </w:pPr>
      <w:r>
        <w:t>Bài tập 1 - 10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1. </w:t>
      </w:r>
      <w:r>
        <w:rPr>
          <w:rFonts w:ascii="Arial" w:hAnsi="Arial" w:eastAsia="Arial"/>
        </w:rPr>
        <w:t>Hai số có tổng 500. Chuyển 15 đơn vị từ số lớn sang số bé thì hai số bằng nhau. Tìm hai số ban đầu.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2. </w:t>
      </w:r>
      <w:r>
        <w:rPr>
          <w:rFonts w:ascii="Arial" w:hAnsi="Arial" w:eastAsia="Arial"/>
        </w:rPr>
        <w:t>Một mặt hàng giảm 25% còn 262 500 đồng. Tìm giá trước khi giảm.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3. </w:t>
      </w:r>
      <w:r>
        <w:rPr>
          <w:rFonts w:ascii="Arial" w:hAnsi="Arial" w:eastAsia="Arial"/>
        </w:rPr>
        <w:t>Tam giác có diện tích 98 cm² và chiều cao 14 cm. Tìm độ dài đáy.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4. </w:t>
      </w:r>
      <w:r>
        <w:rPr>
          <w:rFonts w:ascii="Arial" w:hAnsi="Arial" w:eastAsia="Arial"/>
        </w:rPr>
        <w:t xml:space="preserve">Tổng của hai số là 160. Tỉ số của số thứ nhất và số thứ hai là </w:t>
      </w:r>
      <m:oMath>
        <m:f>
          <m:num>
            <m:r>
              <m:t>3</m:t>
            </m:r>
          </m:num>
          <m:den>
            <m:r>
              <m:t>5</m:t>
            </m:r>
          </m:den>
        </m:f>
      </m:oMath>
      <w:r>
        <w:rPr>
          <w:rFonts w:ascii="Arial" w:hAnsi="Arial" w:eastAsia="Arial"/>
        </w:rPr>
        <w:t>. Tìm hai số.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5. </w:t>
      </w:r>
      <w:r>
        <w:rPr>
          <w:rFonts w:ascii="Arial" w:hAnsi="Arial" w:eastAsia="Arial"/>
        </w:rPr>
        <w:t>Hai xe đi ngược chiều, cách nhau 180 km, vận tốc 42 km/h và 48 km/h. Sau bao lâu gặp nhau?</w:t>
      </w:r>
    </w:p>
    <w:p>
      <w:pPr>
        <w:spacing w:after="100"/>
      </w:pPr>
      <w:r>
        <w:rPr>
          <w:rFonts w:ascii="Arial" w:hAnsi="Arial" w:eastAsia="Arial"/>
          <w:b/>
        </w:rPr>
        <w:t xml:space="preserve">Bài 6. </w:t>
      </w:r>
      <w:r>
        <w:rPr>
          <w:rFonts w:ascii="Arial" w:hAnsi="Arial" w:eastAsia="Arial"/>
        </w:rPr>
        <w:t>Trung bình cộng của 5 số là 32. Thêm một số thì trung bình của 6 số là 35. Tìm số được thêm.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7. </w:t>
      </w:r>
      <w:r>
        <w:rPr>
          <w:rFonts w:ascii="Arial" w:hAnsi="Arial" w:eastAsia="Arial"/>
        </w:rPr>
        <w:t>Tính tổng dãy cách đều 12, 16, ... , 68.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8. </w:t>
      </w:r>
      <w:r>
        <w:rPr>
          <w:rFonts w:ascii="Arial" w:hAnsi="Arial" w:eastAsia="Arial"/>
        </w:rPr>
        <w:t xml:space="preserve">Tính nhanh </w:t>
      </w:r>
      <m:oMath>
        <m:f>
          <m:num>
            <m:r>
              <m:t>4</m:t>
            </m:r>
          </m:num>
          <m:den>
            <m:r>
              <m:t>9</m:t>
            </m:r>
          </m:den>
        </m:f>
      </m:oMath>
      <w:r>
        <w:rPr>
          <w:rFonts w:ascii="Arial" w:hAnsi="Arial" w:eastAsia="Arial"/>
        </w:rPr>
        <w:t>+</w:t>
      </w:r>
      <m:oMath>
        <m:f>
          <m:num>
            <m:r>
              <m:t>5</m:t>
            </m:r>
          </m:num>
          <m:den>
            <m:r>
              <m:t>9</m:t>
            </m:r>
          </m:den>
        </m:f>
      </m:oMath>
      <w:r>
        <w:rPr>
          <w:rFonts w:ascii="Arial" w:hAnsi="Arial" w:eastAsia="Arial"/>
        </w:rPr>
        <w:t>+12,5×8.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9. </w:t>
      </w:r>
      <w:r>
        <w:rPr>
          <w:rFonts w:ascii="Arial" w:hAnsi="Arial" w:eastAsia="Arial"/>
        </w:rPr>
        <w:t>Một số chia cho 7 được thương 38, dư 2. Tìm số bị chia.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10. </w:t>
      </w:r>
      <w:r>
        <w:rPr>
          <w:rFonts w:ascii="Arial" w:hAnsi="Arial" w:eastAsia="Arial"/>
        </w:rPr>
        <w:t>Hình tròn bán kính 5 cm. Tính chu vi, lấy π=3,14.</w:t>
      </w:r>
    </w:p>
    <w:p>
      <w:pPr>
        <w:pStyle w:val="Heading1"/>
      </w:pPr>
      <w:r>
        <w:t>Bài tập 11 - 20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11. </w:t>
      </w:r>
      <w:r>
        <w:rPr>
          <w:rFonts w:ascii="Arial" w:hAnsi="Arial" w:eastAsia="Arial"/>
        </w:rPr>
        <w:t>Hai số có tổng 640. Chuyển 20 đơn vị từ số lớn sang số bé thì hai số bằng nhau. Tìm hai số ban đầu.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12. </w:t>
      </w:r>
      <w:r>
        <w:rPr>
          <w:rFonts w:ascii="Arial" w:hAnsi="Arial" w:eastAsia="Arial"/>
        </w:rPr>
        <w:t>Một mặt hàng giảm 45% còn 220 000 đồng. Tìm giá trước khi giảm.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13. </w:t>
      </w:r>
      <w:r>
        <w:rPr>
          <w:rFonts w:ascii="Arial" w:hAnsi="Arial" w:eastAsia="Arial"/>
        </w:rPr>
        <w:t>Tam giác có diện tích 80 cm² và chiều cao 10 cm. Tìm độ dài đáy.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14. </w:t>
      </w:r>
      <w:r>
        <w:rPr>
          <w:rFonts w:ascii="Arial" w:hAnsi="Arial" w:eastAsia="Arial"/>
        </w:rPr>
        <w:t xml:space="preserve">Tổng của hai số là 250. Tỉ số của số thứ nhất và số thứ hai là </w:t>
      </w:r>
      <m:oMath>
        <m:f>
          <m:num>
            <m:r>
              <m:t>4</m:t>
            </m:r>
          </m:num>
          <m:den>
            <m:r>
              <m:t>6</m:t>
            </m:r>
          </m:den>
        </m:f>
      </m:oMath>
      <w:r>
        <w:rPr>
          <w:rFonts w:ascii="Arial" w:hAnsi="Arial" w:eastAsia="Arial"/>
        </w:rPr>
        <w:t>. Tìm hai số.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15. </w:t>
      </w:r>
      <w:r>
        <w:rPr>
          <w:rFonts w:ascii="Arial" w:hAnsi="Arial" w:eastAsia="Arial"/>
        </w:rPr>
        <w:t>Hai xe đi ngược chiều, cách nhau 282 km, vận tốc 44 km/h và 50 km/h. Sau bao lâu gặp nhau?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16. </w:t>
      </w:r>
      <w:r>
        <w:rPr>
          <w:rFonts w:ascii="Arial" w:hAnsi="Arial" w:eastAsia="Arial"/>
        </w:rPr>
        <w:t>Trung bình cộng của 5 số là 34. Thêm một số thì trung bình của 6 số là 37. Tìm số được thêm.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17. </w:t>
      </w:r>
      <w:r>
        <w:rPr>
          <w:rFonts w:ascii="Arial" w:hAnsi="Arial" w:eastAsia="Arial"/>
        </w:rPr>
        <w:t>Tính tổng dãy cách đều 15, 20, ... , 90.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18. </w:t>
      </w:r>
      <w:r>
        <w:rPr>
          <w:rFonts w:ascii="Arial" w:hAnsi="Arial" w:eastAsia="Arial"/>
        </w:rPr>
        <w:t xml:space="preserve">Tính nhanh </w:t>
      </w:r>
      <m:oMath>
        <m:f>
          <m:num>
            <m:r>
              <m:t>4</m:t>
            </m:r>
          </m:num>
          <m:den>
            <m:r>
              <m:t>10</m:t>
            </m:r>
          </m:den>
        </m:f>
      </m:oMath>
      <w:r>
        <w:rPr>
          <w:rFonts w:ascii="Arial" w:hAnsi="Arial" w:eastAsia="Arial"/>
        </w:rPr>
        <w:t>+</w:t>
      </w:r>
      <m:oMath>
        <m:f>
          <m:num>
            <m:r>
              <m:t>6</m:t>
            </m:r>
          </m:num>
          <m:den>
            <m:r>
              <m:t>10</m:t>
            </m:r>
          </m:den>
        </m:f>
      </m:oMath>
      <w:r>
        <w:rPr>
          <w:rFonts w:ascii="Arial" w:hAnsi="Arial" w:eastAsia="Arial"/>
        </w:rPr>
        <w:t>+12,5×8.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19. </w:t>
      </w:r>
      <w:r>
        <w:rPr>
          <w:rFonts w:ascii="Arial" w:hAnsi="Arial" w:eastAsia="Arial"/>
        </w:rPr>
        <w:t>Một số chia cho 8 được thương 48, dư 3. Tìm số bị chia.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20. </w:t>
      </w:r>
      <w:r>
        <w:rPr>
          <w:rFonts w:ascii="Arial" w:hAnsi="Arial" w:eastAsia="Arial"/>
        </w:rPr>
        <w:t>Hình tròn bán kính 6 cm. Tính chu vi, lấy π=3,14.</w:t>
      </w:r>
    </w:p>
    <w:p>
      <w:pPr>
        <w:pStyle w:val="Heading1"/>
      </w:pPr>
      <w:r>
        <w:t>Bài tập 21 - 30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21. </w:t>
      </w:r>
      <w:r>
        <w:rPr>
          <w:rFonts w:ascii="Arial" w:hAnsi="Arial" w:eastAsia="Arial"/>
        </w:rPr>
        <w:t>Hai số có tổng 780. Chuyển 25 đơn vị từ số lớn sang số bé thì hai số bằng nhau. Tìm hai số ban đầu.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22. </w:t>
      </w:r>
      <w:r>
        <w:rPr>
          <w:rFonts w:ascii="Arial" w:hAnsi="Arial" w:eastAsia="Arial"/>
        </w:rPr>
        <w:t>Một mặt hàng giảm 30% còn 315 000 đồng. Tìm giá trước khi giảm.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23. </w:t>
      </w:r>
      <w:r>
        <w:rPr>
          <w:rFonts w:ascii="Arial" w:hAnsi="Arial" w:eastAsia="Arial"/>
        </w:rPr>
        <w:t>Tam giác có diện tích 108 cm² và chiều cao 12 cm. Tìm độ dài đáy.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24. </w:t>
      </w:r>
      <w:r>
        <w:rPr>
          <w:rFonts w:ascii="Arial" w:hAnsi="Arial" w:eastAsia="Arial"/>
        </w:rPr>
        <w:t xml:space="preserve">Tổng của hai số là 360. Tỉ số của số thứ nhất và số thứ hai là </w:t>
      </w:r>
      <m:oMath>
        <m:f>
          <m:num>
            <m:r>
              <m:t>5</m:t>
            </m:r>
          </m:num>
          <m:den>
            <m:r>
              <m:t>7</m:t>
            </m:r>
          </m:den>
        </m:f>
      </m:oMath>
      <w:r>
        <w:rPr>
          <w:rFonts w:ascii="Arial" w:hAnsi="Arial" w:eastAsia="Arial"/>
        </w:rPr>
        <w:t>. Tìm hai số.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25. </w:t>
      </w:r>
      <w:r>
        <w:rPr>
          <w:rFonts w:ascii="Arial" w:hAnsi="Arial" w:eastAsia="Arial"/>
        </w:rPr>
        <w:t>Hai xe đi ngược chiều, cách nhau 392 km, vận tốc 46 km/h và 52 km/h. Sau bao lâu gặp nhau?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26. </w:t>
      </w:r>
      <w:r>
        <w:rPr>
          <w:rFonts w:ascii="Arial" w:hAnsi="Arial" w:eastAsia="Arial"/>
        </w:rPr>
        <w:t>Trung bình cộng của 5 số là 36. Thêm một số thì trung bình của 6 số là 39. Tìm số được thêm.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27. </w:t>
      </w:r>
      <w:r>
        <w:rPr>
          <w:rFonts w:ascii="Arial" w:hAnsi="Arial" w:eastAsia="Arial"/>
        </w:rPr>
        <w:t>Tính tổng dãy cách đều 18, 24, ... , 114.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28. </w:t>
      </w:r>
      <w:r>
        <w:rPr>
          <w:rFonts w:ascii="Arial" w:hAnsi="Arial" w:eastAsia="Arial"/>
        </w:rPr>
        <w:t xml:space="preserve">Tính nhanh </w:t>
      </w:r>
      <m:oMath>
        <m:f>
          <m:num>
            <m:r>
              <m:t>4</m:t>
            </m:r>
          </m:num>
          <m:den>
            <m:r>
              <m:t>11</m:t>
            </m:r>
          </m:den>
        </m:f>
      </m:oMath>
      <w:r>
        <w:rPr>
          <w:rFonts w:ascii="Arial" w:hAnsi="Arial" w:eastAsia="Arial"/>
        </w:rPr>
        <w:t>+</w:t>
      </w:r>
      <m:oMath>
        <m:f>
          <m:num>
            <m:r>
              <m:t>7</m:t>
            </m:r>
          </m:num>
          <m:den>
            <m:r>
              <m:t>11</m:t>
            </m:r>
          </m:den>
        </m:f>
      </m:oMath>
      <w:r>
        <w:rPr>
          <w:rFonts w:ascii="Arial" w:hAnsi="Arial" w:eastAsia="Arial"/>
        </w:rPr>
        <w:t>+12,5×8.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29. </w:t>
      </w:r>
      <w:r>
        <w:rPr>
          <w:rFonts w:ascii="Arial" w:hAnsi="Arial" w:eastAsia="Arial"/>
        </w:rPr>
        <w:t>Một số chia cho 9 được thương 58, dư 4. Tìm số bị chia.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30. </w:t>
      </w:r>
      <w:r>
        <w:rPr>
          <w:rFonts w:ascii="Arial" w:hAnsi="Arial" w:eastAsia="Arial"/>
        </w:rPr>
        <w:t>Hình tròn bán kính 7 cm. Tính chu vi, lấy π=3,14.</w:t>
      </w:r>
    </w:p>
    <w:p>
      <w:pPr>
        <w:pStyle w:val="Heading1"/>
      </w:pPr>
      <w:r>
        <w:t>Bài tập 31 - 40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31. </w:t>
      </w:r>
      <w:r>
        <w:rPr>
          <w:rFonts w:ascii="Arial" w:hAnsi="Arial" w:eastAsia="Arial"/>
        </w:rPr>
        <w:t>Hai số có tổng 920. Chuyển 30 đơn vị từ số lớn sang số bé thì hai số bằng nhau. Tìm hai số ban đầu.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32. </w:t>
      </w:r>
      <w:r>
        <w:rPr>
          <w:rFonts w:ascii="Arial" w:hAnsi="Arial" w:eastAsia="Arial"/>
        </w:rPr>
        <w:t>Một mặt hàng giảm 50% còn 250 000 đồng. Tìm giá trước khi giảm.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33. </w:t>
      </w:r>
      <w:r>
        <w:rPr>
          <w:rFonts w:ascii="Arial" w:hAnsi="Arial" w:eastAsia="Arial"/>
        </w:rPr>
        <w:t>Tam giác có diện tích 140 cm² và chiều cao 14 cm. Tìm độ dài đáy.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34. </w:t>
      </w:r>
      <w:r>
        <w:rPr>
          <w:rFonts w:ascii="Arial" w:hAnsi="Arial" w:eastAsia="Arial"/>
        </w:rPr>
        <w:t xml:space="preserve">Tổng của hai số là 490. Tỉ số của số thứ nhất và số thứ hai là </w:t>
      </w:r>
      <m:oMath>
        <m:f>
          <m:num>
            <m:r>
              <m:t>6</m:t>
            </m:r>
          </m:num>
          <m:den>
            <m:r>
              <m:t>8</m:t>
            </m:r>
          </m:den>
        </m:f>
      </m:oMath>
      <w:r>
        <w:rPr>
          <w:rFonts w:ascii="Arial" w:hAnsi="Arial" w:eastAsia="Arial"/>
        </w:rPr>
        <w:t>. Tìm hai số.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35. </w:t>
      </w:r>
      <w:r>
        <w:rPr>
          <w:rFonts w:ascii="Arial" w:hAnsi="Arial" w:eastAsia="Arial"/>
        </w:rPr>
        <w:t>Hai xe đi ngược chiều, cách nhau 510 km, vận tốc 48 km/h và 54 km/h. Sau bao lâu gặp nhau?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36. </w:t>
      </w:r>
      <w:r>
        <w:rPr>
          <w:rFonts w:ascii="Arial" w:hAnsi="Arial" w:eastAsia="Arial"/>
        </w:rPr>
        <w:t>Trung bình cộng của 5 số là 38. Thêm một số thì trung bình của 6 số là 41. Tìm số được thêm.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37. </w:t>
      </w:r>
      <w:r>
        <w:rPr>
          <w:rFonts w:ascii="Arial" w:hAnsi="Arial" w:eastAsia="Arial"/>
        </w:rPr>
        <w:t>Tính tổng dãy cách đều 21, 28, ... , 140.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38. </w:t>
      </w:r>
      <w:r>
        <w:rPr>
          <w:rFonts w:ascii="Arial" w:hAnsi="Arial" w:eastAsia="Arial"/>
        </w:rPr>
        <w:t xml:space="preserve">Tính nhanh </w:t>
      </w:r>
      <m:oMath>
        <m:f>
          <m:num>
            <m:r>
              <m:t>4</m:t>
            </m:r>
          </m:num>
          <m:den>
            <m:r>
              <m:t>12</m:t>
            </m:r>
          </m:den>
        </m:f>
      </m:oMath>
      <w:r>
        <w:rPr>
          <w:rFonts w:ascii="Arial" w:hAnsi="Arial" w:eastAsia="Arial"/>
        </w:rPr>
        <w:t>+</w:t>
      </w:r>
      <m:oMath>
        <m:f>
          <m:num>
            <m:r>
              <m:t>8</m:t>
            </m:r>
          </m:num>
          <m:den>
            <m:r>
              <m:t>12</m:t>
            </m:r>
          </m:den>
        </m:f>
      </m:oMath>
      <w:r>
        <w:rPr>
          <w:rFonts w:ascii="Arial" w:hAnsi="Arial" w:eastAsia="Arial"/>
        </w:rPr>
        <w:t>+12,5×8.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39. </w:t>
      </w:r>
      <w:r>
        <w:rPr>
          <w:rFonts w:ascii="Arial" w:hAnsi="Arial" w:eastAsia="Arial"/>
        </w:rPr>
        <w:t>Một số chia cho 10 được thương 68, dư 5. Tìm số bị chia.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40. </w:t>
      </w:r>
      <w:r>
        <w:rPr>
          <w:rFonts w:ascii="Arial" w:hAnsi="Arial" w:eastAsia="Arial"/>
        </w:rPr>
        <w:t>Hình tròn bán kính 8 cm. Tính chu vi, lấy π=3,14.</w:t>
      </w:r>
    </w:p>
    <w:p>
      <w:pPr>
        <w:pStyle w:val="Heading1"/>
      </w:pPr>
      <w:r>
        <w:t>Bài tập 41 - 50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41. </w:t>
      </w:r>
      <w:r>
        <w:rPr>
          <w:rFonts w:ascii="Arial" w:hAnsi="Arial" w:eastAsia="Arial"/>
        </w:rPr>
        <w:t>Hai số có tổng 1 060. Chuyển 35 đơn vị từ số lớn sang số bé thì hai số bằng nhau. Tìm hai số ban đầu.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42. </w:t>
      </w:r>
      <w:r>
        <w:rPr>
          <w:rFonts w:ascii="Arial" w:hAnsi="Arial" w:eastAsia="Arial"/>
        </w:rPr>
        <w:t>Một mặt hàng giảm 35% còn 357 500 đồng. Tìm giá trước khi giảm.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43. </w:t>
      </w:r>
      <w:r>
        <w:rPr>
          <w:rFonts w:ascii="Arial" w:hAnsi="Arial" w:eastAsia="Arial"/>
        </w:rPr>
        <w:t>Tam giác có diện tích 110 cm² và chiều cao 10 cm. Tìm độ dài đáy.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44. </w:t>
      </w:r>
      <w:r>
        <w:rPr>
          <w:rFonts w:ascii="Arial" w:hAnsi="Arial" w:eastAsia="Arial"/>
        </w:rPr>
        <w:t xml:space="preserve">Tổng của hai số là 640. Tỉ số của số thứ nhất và số thứ hai là </w:t>
      </w:r>
      <m:oMath>
        <m:f>
          <m:num>
            <m:r>
              <m:t>7</m:t>
            </m:r>
          </m:num>
          <m:den>
            <m:r>
              <m:t>9</m:t>
            </m:r>
          </m:den>
        </m:f>
      </m:oMath>
      <w:r>
        <w:rPr>
          <w:rFonts w:ascii="Arial" w:hAnsi="Arial" w:eastAsia="Arial"/>
        </w:rPr>
        <w:t>. Tìm hai số.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45. </w:t>
      </w:r>
      <w:r>
        <w:rPr>
          <w:rFonts w:ascii="Arial" w:hAnsi="Arial" w:eastAsia="Arial"/>
        </w:rPr>
        <w:t>Hai xe đi ngược chiều, cách nhau 636 km, vận tốc 50 km/h và 56 km/h. Sau bao lâu gặp nhau?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46. </w:t>
      </w:r>
      <w:r>
        <w:rPr>
          <w:rFonts w:ascii="Arial" w:hAnsi="Arial" w:eastAsia="Arial"/>
        </w:rPr>
        <w:t>Trung bình cộng của 5 số là 40. Thêm một số thì trung bình của 6 số là 43. Tìm số được thêm.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47. </w:t>
      </w:r>
      <w:r>
        <w:rPr>
          <w:rFonts w:ascii="Arial" w:hAnsi="Arial" w:eastAsia="Arial"/>
        </w:rPr>
        <w:t>Tính tổng dãy cách đều 24, 32, ... , 168.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48. </w:t>
      </w:r>
      <w:r>
        <w:rPr>
          <w:rFonts w:ascii="Arial" w:hAnsi="Arial" w:eastAsia="Arial"/>
        </w:rPr>
        <w:t xml:space="preserve">Tính nhanh </w:t>
      </w:r>
      <m:oMath>
        <m:f>
          <m:num>
            <m:r>
              <m:t>4</m:t>
            </m:r>
          </m:num>
          <m:den>
            <m:r>
              <m:t>13</m:t>
            </m:r>
          </m:den>
        </m:f>
      </m:oMath>
      <w:r>
        <w:rPr>
          <w:rFonts w:ascii="Arial" w:hAnsi="Arial" w:eastAsia="Arial"/>
        </w:rPr>
        <w:t>+</w:t>
      </w:r>
      <m:oMath>
        <m:f>
          <m:num>
            <m:r>
              <m:t>9</m:t>
            </m:r>
          </m:num>
          <m:den>
            <m:r>
              <m:t>13</m:t>
            </m:r>
          </m:den>
        </m:f>
      </m:oMath>
      <w:r>
        <w:rPr>
          <w:rFonts w:ascii="Arial" w:hAnsi="Arial" w:eastAsia="Arial"/>
        </w:rPr>
        <w:t>+12,5×8.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49. </w:t>
      </w:r>
      <w:r>
        <w:rPr>
          <w:rFonts w:ascii="Arial" w:hAnsi="Arial" w:eastAsia="Arial"/>
        </w:rPr>
        <w:t>Một số chia cho 11 được thương 78, dư 6. Tìm số bị chia.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50. </w:t>
      </w:r>
      <w:r>
        <w:rPr>
          <w:rFonts w:ascii="Arial" w:hAnsi="Arial" w:eastAsia="Arial"/>
        </w:rPr>
        <w:t>Hình tròn bán kính 9 cm. Tính chu vi, lấy π=3,14.</w:t>
      </w:r>
    </w:p>
    <w:p>
      <w:r>
        <w:br w:type="page"/>
      </w:r>
    </w:p>
    <w:p>
      <w:pPr>
        <w:pStyle w:val="Heading1"/>
      </w:pPr>
      <w:r>
        <w:t>Lời giải chi tiết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1. </w:t>
      </w:r>
      <w:r>
        <w:rPr>
          <w:rFonts w:ascii="Arial" w:hAnsi="Arial" w:eastAsia="Arial"/>
        </w:rPr>
        <w:t>Hiệu ban đầu là 15×2=30. Số lớn=(500+30):2=265; số bé=235.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2. </w:t>
      </w:r>
      <w:r>
        <w:rPr>
          <w:rFonts w:ascii="Arial" w:hAnsi="Arial" w:eastAsia="Arial"/>
        </w:rPr>
        <w:t>Giá còn lại bằng 75% giá cũ. Giá cũ=262 500×100:75=350 000 đồng.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3. </w:t>
      </w:r>
      <w:r>
        <w:rPr>
          <w:rFonts w:ascii="Arial" w:hAnsi="Arial" w:eastAsia="Arial"/>
        </w:rPr>
        <w:t>Đáy=98×2:14=14 cm.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4. </w:t>
      </w:r>
      <w:r>
        <w:rPr>
          <w:rFonts w:ascii="Arial" w:hAnsi="Arial" w:eastAsia="Arial"/>
        </w:rPr>
        <w:t>Tổng số phần bằng nhau là 3 + 5 = 8. Giá trị một phần là 160 : 8 = 20. Số thứ nhất là 20 × 3 = 60; số thứ hai là 20 × 5 = 100.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5. </w:t>
      </w:r>
      <w:r>
        <w:rPr>
          <w:rFonts w:ascii="Arial" w:hAnsi="Arial" w:eastAsia="Arial"/>
        </w:rPr>
        <w:t>Tổng vận tốc=42+48=90 km/h. Thời gian=180:90=2 giờ.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6. </w:t>
      </w:r>
      <w:r>
        <w:rPr>
          <w:rFonts w:ascii="Arial" w:hAnsi="Arial" w:eastAsia="Arial"/>
        </w:rPr>
        <w:t>Tổng cũ=32×5=160; tổng mới=35×6=210. Số thêm=50.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7. </w:t>
      </w:r>
      <w:r>
        <w:rPr>
          <w:rFonts w:ascii="Arial" w:hAnsi="Arial" w:eastAsia="Arial"/>
        </w:rPr>
        <w:t>Dãy có 15 số hạng. Tổng=(12+68)×15:2=600.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8. </w:t>
      </w:r>
      <w:r>
        <w:rPr>
          <w:rFonts w:ascii="Arial" w:hAnsi="Arial" w:eastAsia="Arial"/>
        </w:rPr>
        <w:t>Hai phân số có tổng 1; 12,5×8=100. Kết quả 101.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9. </w:t>
      </w:r>
      <w:r>
        <w:rPr>
          <w:rFonts w:ascii="Arial" w:hAnsi="Arial" w:eastAsia="Arial"/>
        </w:rPr>
        <w:t>Số bị chia=7×38+2=268.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10. </w:t>
      </w:r>
      <w:r>
        <w:rPr>
          <w:rFonts w:ascii="Arial" w:hAnsi="Arial" w:eastAsia="Arial"/>
        </w:rPr>
        <w:t>Chu vi=2×5×3,14=31,4 cm.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11. </w:t>
      </w:r>
      <w:r>
        <w:rPr>
          <w:rFonts w:ascii="Arial" w:hAnsi="Arial" w:eastAsia="Arial"/>
        </w:rPr>
        <w:t>Hiệu ban đầu là 20×2=40. Số lớn=(640+40):2=340; số bé=300.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12. </w:t>
      </w:r>
      <w:r>
        <w:rPr>
          <w:rFonts w:ascii="Arial" w:hAnsi="Arial" w:eastAsia="Arial"/>
        </w:rPr>
        <w:t>Giá còn lại bằng 55% giá cũ. Giá cũ=220 000×100:55=400 000 đồng.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13. </w:t>
      </w:r>
      <w:r>
        <w:rPr>
          <w:rFonts w:ascii="Arial" w:hAnsi="Arial" w:eastAsia="Arial"/>
        </w:rPr>
        <w:t>Đáy=80×2:10=16 cm.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14. </w:t>
      </w:r>
      <w:r>
        <w:rPr>
          <w:rFonts w:ascii="Arial" w:hAnsi="Arial" w:eastAsia="Arial"/>
        </w:rPr>
        <w:t>Tổng số phần bằng nhau là 4 + 6 = 10. Giá trị một phần là 250 : 10 = 25. Số thứ nhất là 25 × 4 = 100; số thứ hai là 25 × 6 = 150.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15. </w:t>
      </w:r>
      <w:r>
        <w:rPr>
          <w:rFonts w:ascii="Arial" w:hAnsi="Arial" w:eastAsia="Arial"/>
        </w:rPr>
        <w:t>Tổng vận tốc=44+50=94 km/h. Thời gian=282:94=3 giờ.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16. </w:t>
      </w:r>
      <w:r>
        <w:rPr>
          <w:rFonts w:ascii="Arial" w:hAnsi="Arial" w:eastAsia="Arial"/>
        </w:rPr>
        <w:t>Tổng cũ=34×5=170; tổng mới=37×6=222. Số thêm=52.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17. </w:t>
      </w:r>
      <w:r>
        <w:rPr>
          <w:rFonts w:ascii="Arial" w:hAnsi="Arial" w:eastAsia="Arial"/>
        </w:rPr>
        <w:t>Dãy có 16 số hạng. Tổng=(15+90)×16:2=840.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18. </w:t>
      </w:r>
      <w:r>
        <w:rPr>
          <w:rFonts w:ascii="Arial" w:hAnsi="Arial" w:eastAsia="Arial"/>
        </w:rPr>
        <w:t>Hai phân số có tổng 1; 12,5×8=100. Kết quả 101.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19. </w:t>
      </w:r>
      <w:r>
        <w:rPr>
          <w:rFonts w:ascii="Arial" w:hAnsi="Arial" w:eastAsia="Arial"/>
        </w:rPr>
        <w:t>Số bị chia=8×48+3=387.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20. </w:t>
      </w:r>
      <w:r>
        <w:rPr>
          <w:rFonts w:ascii="Arial" w:hAnsi="Arial" w:eastAsia="Arial"/>
        </w:rPr>
        <w:t>Chu vi=2×6×3,14=37,68 cm.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21. </w:t>
      </w:r>
      <w:r>
        <w:rPr>
          <w:rFonts w:ascii="Arial" w:hAnsi="Arial" w:eastAsia="Arial"/>
        </w:rPr>
        <w:t>Hiệu ban đầu là 25×2=50. Số lớn=(780+50):2=415; số bé=365.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22. </w:t>
      </w:r>
      <w:r>
        <w:rPr>
          <w:rFonts w:ascii="Arial" w:hAnsi="Arial" w:eastAsia="Arial"/>
        </w:rPr>
        <w:t>Giá còn lại bằng 70% giá cũ. Giá cũ=315 000×100:70=450 000 đồng.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23. </w:t>
      </w:r>
      <w:r>
        <w:rPr>
          <w:rFonts w:ascii="Arial" w:hAnsi="Arial" w:eastAsia="Arial"/>
        </w:rPr>
        <w:t>Đáy=108×2:12=18 cm.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24. </w:t>
      </w:r>
      <w:r>
        <w:rPr>
          <w:rFonts w:ascii="Arial" w:hAnsi="Arial" w:eastAsia="Arial"/>
        </w:rPr>
        <w:t>Tổng số phần bằng nhau là 5 + 7 = 12. Giá trị một phần là 360 : 12 = 30. Số thứ nhất là 30 × 5 = 150; số thứ hai là 30 × 7 = 210.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25. </w:t>
      </w:r>
      <w:r>
        <w:rPr>
          <w:rFonts w:ascii="Arial" w:hAnsi="Arial" w:eastAsia="Arial"/>
        </w:rPr>
        <w:t>Tổng vận tốc=46+52=98 km/h. Thời gian=392:98=4 giờ.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26. </w:t>
      </w:r>
      <w:r>
        <w:rPr>
          <w:rFonts w:ascii="Arial" w:hAnsi="Arial" w:eastAsia="Arial"/>
        </w:rPr>
        <w:t>Tổng cũ=36×5=180; tổng mới=39×6=234. Số thêm=54.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27. </w:t>
      </w:r>
      <w:r>
        <w:rPr>
          <w:rFonts w:ascii="Arial" w:hAnsi="Arial" w:eastAsia="Arial"/>
        </w:rPr>
        <w:t>Dãy có 17 số hạng. Tổng=(18+114)×17:2=1 122.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28. </w:t>
      </w:r>
      <w:r>
        <w:rPr>
          <w:rFonts w:ascii="Arial" w:hAnsi="Arial" w:eastAsia="Arial"/>
        </w:rPr>
        <w:t>Hai phân số có tổng 1; 12,5×8=100. Kết quả 101.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29. </w:t>
      </w:r>
      <w:r>
        <w:rPr>
          <w:rFonts w:ascii="Arial" w:hAnsi="Arial" w:eastAsia="Arial"/>
        </w:rPr>
        <w:t>Số bị chia=9×58+4=526.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30. </w:t>
      </w:r>
      <w:r>
        <w:rPr>
          <w:rFonts w:ascii="Arial" w:hAnsi="Arial" w:eastAsia="Arial"/>
        </w:rPr>
        <w:t>Chu vi=2×7×3,14=43,96 cm.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31. </w:t>
      </w:r>
      <w:r>
        <w:rPr>
          <w:rFonts w:ascii="Arial" w:hAnsi="Arial" w:eastAsia="Arial"/>
        </w:rPr>
        <w:t>Hiệu ban đầu là 30×2=60. Số lớn=(920+60):2=490; số bé=430.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32. </w:t>
      </w:r>
      <w:r>
        <w:rPr>
          <w:rFonts w:ascii="Arial" w:hAnsi="Arial" w:eastAsia="Arial"/>
        </w:rPr>
        <w:t>Giá còn lại bằng 50% giá cũ. Giá cũ=250 000×100:50=500 000 đồng.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33. </w:t>
      </w:r>
      <w:r>
        <w:rPr>
          <w:rFonts w:ascii="Arial" w:hAnsi="Arial" w:eastAsia="Arial"/>
        </w:rPr>
        <w:t>Đáy=140×2:14=20 cm.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34. </w:t>
      </w:r>
      <w:r>
        <w:rPr>
          <w:rFonts w:ascii="Arial" w:hAnsi="Arial" w:eastAsia="Arial"/>
        </w:rPr>
        <w:t>Tổng số phần bằng nhau là 6 + 8 = 14. Giá trị một phần là 490 : 14 = 35. Số thứ nhất là 35 × 6 = 210; số thứ hai là 35 × 8 = 280.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35. </w:t>
      </w:r>
      <w:r>
        <w:rPr>
          <w:rFonts w:ascii="Arial" w:hAnsi="Arial" w:eastAsia="Arial"/>
        </w:rPr>
        <w:t>Tổng vận tốc=48+54=102 km/h. Thời gian=510:102=5 giờ.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36. </w:t>
      </w:r>
      <w:r>
        <w:rPr>
          <w:rFonts w:ascii="Arial" w:hAnsi="Arial" w:eastAsia="Arial"/>
        </w:rPr>
        <w:t>Tổng cũ=38×5=190; tổng mới=41×6=246. Số thêm=56.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37. </w:t>
      </w:r>
      <w:r>
        <w:rPr>
          <w:rFonts w:ascii="Arial" w:hAnsi="Arial" w:eastAsia="Arial"/>
        </w:rPr>
        <w:t>Dãy có 18 số hạng. Tổng=(21+140)×18:2=1 449.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38. </w:t>
      </w:r>
      <w:r>
        <w:rPr>
          <w:rFonts w:ascii="Arial" w:hAnsi="Arial" w:eastAsia="Arial"/>
        </w:rPr>
        <w:t>Hai phân số có tổng 1; 12,5×8=100. Kết quả 101.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39. </w:t>
      </w:r>
      <w:r>
        <w:rPr>
          <w:rFonts w:ascii="Arial" w:hAnsi="Arial" w:eastAsia="Arial"/>
        </w:rPr>
        <w:t>Số bị chia=10×68+5=685.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40. </w:t>
      </w:r>
      <w:r>
        <w:rPr>
          <w:rFonts w:ascii="Arial" w:hAnsi="Arial" w:eastAsia="Arial"/>
        </w:rPr>
        <w:t>Chu vi=2×8×3,14=50,24 cm.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41. </w:t>
      </w:r>
      <w:r>
        <w:rPr>
          <w:rFonts w:ascii="Arial" w:hAnsi="Arial" w:eastAsia="Arial"/>
        </w:rPr>
        <w:t>Hiệu ban đầu là 35×2=70. Số lớn=(1 060+70):2=565; số bé=495.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42. </w:t>
      </w:r>
      <w:r>
        <w:rPr>
          <w:rFonts w:ascii="Arial" w:hAnsi="Arial" w:eastAsia="Arial"/>
        </w:rPr>
        <w:t>Giá còn lại bằng 65% giá cũ. Giá cũ=357 500×100:65=550 000 đồng.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43. </w:t>
      </w:r>
      <w:r>
        <w:rPr>
          <w:rFonts w:ascii="Arial" w:hAnsi="Arial" w:eastAsia="Arial"/>
        </w:rPr>
        <w:t>Đáy=110×2:10=22 cm.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44. </w:t>
      </w:r>
      <w:r>
        <w:rPr>
          <w:rFonts w:ascii="Arial" w:hAnsi="Arial" w:eastAsia="Arial"/>
        </w:rPr>
        <w:t>Tổng số phần bằng nhau là 7 + 9 = 16. Giá trị một phần là 640 : 16 = 40. Số thứ nhất là 40 × 7 = 280; số thứ hai là 40 × 9 = 360.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45. </w:t>
      </w:r>
      <w:r>
        <w:rPr>
          <w:rFonts w:ascii="Arial" w:hAnsi="Arial" w:eastAsia="Arial"/>
        </w:rPr>
        <w:t>Tổng vận tốc=50+56=106 km/h. Thời gian=636:106=6 giờ.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46. </w:t>
      </w:r>
      <w:r>
        <w:rPr>
          <w:rFonts w:ascii="Arial" w:hAnsi="Arial" w:eastAsia="Arial"/>
        </w:rPr>
        <w:t>Tổng cũ=40×5=200; tổng mới=43×6=258. Số thêm=58.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47. </w:t>
      </w:r>
      <w:r>
        <w:rPr>
          <w:rFonts w:ascii="Arial" w:hAnsi="Arial" w:eastAsia="Arial"/>
        </w:rPr>
        <w:t>Dãy có 19 số hạng. Tổng=(24+168)×19:2=1 824.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48. </w:t>
      </w:r>
      <w:r>
        <w:rPr>
          <w:rFonts w:ascii="Arial" w:hAnsi="Arial" w:eastAsia="Arial"/>
        </w:rPr>
        <w:t>Hai phân số có tổng 1; 12,5×8=100. Kết quả 101.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49. </w:t>
      </w:r>
      <w:r>
        <w:rPr>
          <w:rFonts w:ascii="Arial" w:hAnsi="Arial" w:eastAsia="Arial"/>
        </w:rPr>
        <w:t>Số bị chia=11×78+6=864.</w:t>
      </w:r>
    </w:p>
    <w:p>
      <w:pPr>
        <w:spacing w:after="100"/>
      </w:pPr>
      <w:r>
        <w:rPr>
          <w:rFonts w:ascii="Arial" w:hAnsi="Arial" w:eastAsia="Arial"/>
          <w:b/>
        </w:rPr>
        <w:t xml:space="preserve">Bài 50. </w:t>
      </w:r>
      <w:r>
        <w:rPr>
          <w:rFonts w:ascii="Arial" w:hAnsi="Arial" w:eastAsia="Arial"/>
        </w:rPr>
        <w:t>Chu vi=2×9×3,14=56,52 cm.</w:t>
      </w:r>
    </w:p>
    <w:sectPr w:rsidR="00FC693F" w:rsidRPr="0006063C" w:rsidSect="00034616">
      <w:pgSz w:w="12240" w:h="15840"/>
      <w:pgMar w:top="879" w:right="1020" w:bottom="879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